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2CoPr/17/2017 z 18. 9. 2018</w:t>
      </w:r>
    </w:p>
    <w:p>
      <w:r>
        <w:t>Rozsudok Krajského súdu Bratislava z 18. septembra 2018, sp. zn. 2CoPr/17/2017, ECLI:SK:KSBA:2018:1213225976.4</w:t>
      </w:r>
    </w:p>
    <w:p>
      <w:r>
        <w:t>Súd: Krajský súd Bratislava</w:t>
      </w:r>
    </w:p>
    <w:p>
      <w:r>
        <w:t>Spisová značka: 2CoPr/17/2017</w:t>
      </w:r>
    </w:p>
    <w:p>
      <w:r>
        <w:t>ECLI: ECLI:SK:KSBA:2018:1213225976.4</w:t>
      </w:r>
    </w:p>
    <w:p>
      <w:r>
        <w:t>Dátum vydania: 18. 9. 2018</w:t>
      </w:r>
    </w:p>
    <w:p>
      <w:r>
        <w:t>Forma: Rozsudok</w:t>
      </w:r>
    </w:p>
    <w:p>
      <w:r>
        <w:t>Oblasť práva: Občianske právo</w:t>
      </w:r>
    </w:p>
    <w:p>
      <w:pPr>
        <w:pStyle w:val="Heading2"/>
      </w:pPr>
      <w:r>
        <w:t>Text rozhodnutia</w:t>
      </w:r>
    </w:p>
    <w:p>
      <w:r>
        <w:t>Súd: Krajský súd Bratislava Spisová značka: 2CoPr/17/2017 Identifikačné číslo súdneho spisu: 1213225976 Dátum vydania rozhodnutia: 19. 09. 2018 Meno a priezvisko sudcu, VSÚ: JUDr. Michaela Králová ECLI: ECLI:SK:KSBA:2018:1213225976.4 ROZSUDOK V MENE SLOVENSKEJ REPUBLIKY Krajský súd v Bratislave v senáte zloženom z predsedníčky senátu JUDr. Michaely Královej a členiek senátu JUDr. Dariny Kriváňovej a JUDr. Ivany Jahnovej v právnej veci žalobcu: D. E., F. X.X.XXXX, T. Ž. K. XX, F. E. F. R., zastúpený Advokátskou kanceláriou JUDr. Henrich Dušek, s.r.o., so sídlom Staré grunty 162, Bratislava, IČO: 36 740 951 proti žalovanému: Železničná spoločnosť Cargo Slovakia, a.s., so sídlom Drieňová 24, Bratislava, IČO: 35914921, zastúpený advokátom JUDr. Peter Pandy, AK so sídlom L. Kossutha 99, Kráľovský Chlmec, o neplatnosť skončenia pracovného pomeru, o odvolaní žalobcu proti rozsudku Okresného súdu Bratislava II, č. k. 21Cpr/4/2013- 427, zo dňa 26.4.2017, takto r o z h o d o l : I. Odvolací súd rozsudok Okresného súdu Bratislava II, č. k. 21Cpr/4/2013-427 zo dňa 26.4.2017 v časti výroku o určenie neplatnosti skončenia pracovného pomeru m e n í tak, že skončenie pracovného pomeru žalobcu okamžitým skončením zo strany žalovaného zo dňa 17.7.2013 pod číslom 18444/2013 - 05 j e n e p l a t n é . II. Odvolací súd rozsudok Okresného súdu Bratislava II, č. k. 21Cpr/4/2013-427 zo dňa 26.4.2017 v zostávajúcej časti týkajúcej sa náhrady mzdy, určenia, že neprítomnosť žalobcu v zamestnaní dňa 23.1.2013 je ospravedlnená a vo výroku o náhrade trov konania z r u š u j e a vec vracia súdu prvej inštancie na ďalšie konanie. o d ô v o d n e n i e : 1. Napadnutým rozsudkom súd prvej inštancie zamietol žalobu, ktorou sa žalobca domáhal voči žalovanému zrušenia rozhodnutia o okamžitom skončení pracovného pomeru a nárokoval si voči žalovanému ušlú mzdu. Súd prvej inštancie v priebehu konania uznesením č. k. 21Cpr/4/2013 - 128 zo dňa 12.6.2014 konanie v časti nemajetkovej ujmy vo výške 50.000,00 Eur z dôvodu čiastočného späťvzatia žaloby zastavil. Zároveň súd prvej inštancie v konečnom rozhodnutí priznal žalovanému nárok na náhradu trov konania v plnom rozsahu. 2. Žalobca odôvodnil žalobu tým, že zo strany žalovaného došlo dňa 17.7.2013 rozhodnutím č. 18444/2013 - 05 k rozviazaniu pracovného pomeru zo žalobcom okamžitým zrušením. Toto rozhodnutie považuje žalobca za nezákonné, nakoľko bolo založené na dôvodoch, ktoré v žiadnom prípade nemožno kvalifikovať ako závažné porušenie pracovnej disciplíny. Dôvodom skončenia pracovného pomeru je závažné porušenie pracovnej disciplíny, ktorého sa žalobca mal dopustiť tým, že ako zamestnanec si nesplnil povinnosť absolvovať psychologické vyšetrenie v dňoch 22.11.2012, 10.1.2013 a 23.1.2013, na ktoré ho žalovaný ako zamestnávateľ vyslal a teda žalobca mal porušiť Predpis pre zdravotnú a psychickú spôsobilosť č. IV. bod 2, bod 4.2.52 a bod 4.2.6. Žalobca tvrdil, že ani v jednom prípade neodmietol podrobiť sa zdravotnej prehliadke požadovanej zo strany žalovaného, ale zo zdravotných dôvodov sa ich zúčastniť nemohol, pretože v deň 22.11.2012 bol práceneschopný od 22.11.2012 do 17.12.2012. Dňa 10.1.2013 bol žalobca na ošetrení u lekára a dňa 23.1.2013 bol na lekárskom vyšetrení o čom zamestnávateľovi predložil potvrdenia. Žalovaný požiadal Železničiarsky odborový zväz o udelenie súhlasu s okamžitým skončením pracovného pomeru žalobcu, avšak Železničiarsky odborový zväz listami zo dňa 20.4.2013 a 10.7.2013 vyslovil svoj nesúhlas. Žalobca ako odborový funkcionár teda namieta, že neboli naplnené zákonom požadované predpoklady pre platné okamžité skončenie pracovného pomeru s členom odborového orgánu. Žalobca okrem uvedeného argumentuje, že okamžité skončenie pracovného pomeru mu bolo doručené dňa 18.7.2013, po uplynutí 2 - mesačnej lehoty. Podozrenie zo zmeny psychického stavu sa žalobca snažil vyvrátiť predloženým lekárskym posudkom zo dňa 17.1.2013 vystaveným v zdravotníckom stredisku MEDCENTRUM, s.r.o., Žilina a taktiež lekárskou správou Neštátnej ambulancie pre dospelých v T. H. D. zo dňa 23.1.2013, kde sa konštatuje, že celkový zdravotný a psychický stav žalobcu je dobrý, nie je dôvod absolvovať psychologické vyšetrenie a je spôsobilý vykonávať svoju prácu. 3. Súd prvej inštancie vychádzal zo skutkového stavu veci ustáleného dokazovaním, ktorým zistil, že žalobca pracoval u žalovaného na základe pracovnej zmluvy zo dňa 4.12.1973 na pozícii posunovač v železničnej stanici v Novom meste nad Váhom. Žalobca bol zároveň členom odborovej centrály Železničiarskeho robotníckeho odborového zväzu a odo dňa 12.12.2014 zastával aj funkciu prezidenta Železničiarskeho robotníckeho odborového zväzu Nové Mesto nad Váhom. Železničiarsky robotnícky odborový zväz, prezídium Železničná stanica Nové Mesto nad Váhom dňa 20.4.2013 a dňa 10.7.2013 doručil generálnemu riaditeľovi žalovaného nesúhlas s okamžitým skončením pracovného pomeru žalobcu. Okamžitým skončením pracovného pomeru zo dňa 17.7.2013 žalovaný ukončil pracovný pomer so žalobcom z dôvodu závažného porušenia pracovnej disciplíny, ktorého sa žalobca dopustil tým, že opakovane maril pokyn zamestnávateľa, keď si neplnil svoju povinnosť zamestnanca absolvovať mimoriadne psychologické vyšetrenie v dňoch 22.11.2012, 10.1.2012 a 23.1.2013, na ktoré ho zamestnávateľ oprávnene vyzval v zmysle predpisu pre zdravotnú a psychickú spôsobilosť zamestnancov ZSSK CARGO - článok IV, kapitola 2, bod 4.2.5. a 4.2.6. Žalovaný vytváral žalobcovi od 22.11.2012 až do dňa skončenia pracovného pomeru časový priestor a podmienky pre absolvovanie mimoriadneho psychologického vyšetrenia, bez poškodenia žalobcu na mzde. Dňa 22.11.2012 sa mal žalobca zúčastniť mimoriadneho psychologického vyšetrenia. Deň pred účasťou na vyšetrení dokladoval svoju práceneschopnosť. Dňa 10.1.2013 bol žalobca druhýkrát objednaný na mimoriadne psychologické vyšetrenie, ktorého sa opätovne nezúčastnil. Svoju neprítomnosť na vyšetrení vopred neohlásil a prekážku v práci dokladoval zamestnávateľovi až po týždni dňa 18.1.2013. Zamestnávateľ umožnil žalobcovi tretí krát vykonať toto vyšetrenie dňa 23.1.2013. Za týmto účelom si žalobca dňa 18.1.2013 prevzal všetky pokyny aj s informáciami o termíne, čase a mieste vyšetrenia. Svojím konaním žalobca porušil predpis pre zdravotnú a psychickú spôsobilosť zamestnancov ZSSK CARGO - čl. IV - Pracovná disciplína, Kapitola 2, bod 4.2.5. a 4.2.6, ďalej bod 4.7.1., 4.7.3., 4.8.2., 4.8.21., ako aj príslušné ustanovenia Zákonníka práce. Z týchto dôvodov žalovaný okamžite skončil pracovný pomer so žalobcom. V priebehu konania na pojednávaniach poukázal právny zástupca žalobcu na skutočnosť, že žalobca ako zamestnanec nebol nikdy oboznámený s interným predpisom - pracovným poriadkom a v tomto spore nie je preukázané, že bol oboznámený s definíciou porušenia pracovnej disciplíny. 4. Súd prvej inštancie svoje rozhodnutie odôvodnil ustanoveniami § 68 odseky 1, 2, § 74, § 230 ods. 1 Zákonníka práce a čl. IV Kapitoly 2, bod 4.2.5., bod 4.2.6. a bod 4.8.2. Predpisu pre zdravotnú a psychickú spôsobilosť zamestnancov a dospel k záveru, že žaloba žalobcu nie je dôvodná. Súd prvej inštancie si neosvojil tvrdenie žalobcu, že sa nemohol zúčastniť plánovaných vyšetrení, nakoľko bol na ošetrení u lekára, respektíve bol práceneschopný v dňoch, kedy bol povinný podrobiť sa mimoriadnemu psychologickému vyšetreniu. Súd prvej inštancie poukázal na interné predpisy zamestnávateľa, podľa ktorých je zamestnanec povinný sa týchto prehliadok zúčastniť pri podozrení zo zmeny zdravotného stavu. Žalobca ako zamestnanec tieto predpisy nerešpektoval. Žalobca síce poukázal a vo svojich tvrdeniach vychádzal z lekárskych správ, avšak vždy išlo o lekárske správy od všeobecných lekárov, ktoré neboli vypracované psychológom. Súd prvej inštancie zastával názor, že ak bol žalobca schopný vyplniť anamnestický dotazník a podrobiť sa dvom lekárskym prehliadkam u všeobecných lekárov, bol zároveň aj schopný absolvovať mimoriadne psychologické vyšetrenie u psychológa, na ktoré ho jeho zamestnávateľ objednal trikrát. Žalobca naviac sám pred súdom potvrdil, že bol ochotný sa podrobiť psychologickému vyšetreniu, čo prezentoval vyplnením uvedeného dotazníka, avšak psychologickú prehliadku neabsolvoval. Namiesto nej absolvoval vyšetrenia u všeobecných lekárov. Žalobca lekárske prehliadky u všeobecných lekárov absolvoval v deň, kedy bol objednaný na mimoriadne psychologické vyšetrenie. Súd prvej inštancie vyslovil názor, že vzhľadom na pracovné zaradenie žalobcu, psychologické vyšetrenia žalobcu sú pri výkone takejto pracovnej činnosti potrebné a ich absencia na základe výzvy zamestnávateľa zakladá nespôsobilosť na túto prácu. Na základe uvedeného ustálil, že žalobca bol v dôsledku neabsolvovania predpísaného mimoriadneho psychologického vyšetrenia nespôsobilý vykonávať prácu u žalovaného. Tým, že žalobca neabsolvoval prehliadku, neplnil pokyny svojho zamestnávateľa a porušil pracovnú disciplínu, pričom podľa názoru súdu prvej inštancie nesúhlas odborovej organizácie v tomto prípade nezakladá neplatnosť okamžitého skončenia pracovného pomeru, respektíve nemá žiadnu právnu relevanciu vo vzťahu k platnosti ani účinnosti výpovede, respektíve okamžitého skončenia pracovného pomeru zo strany zamestnávateľa, a to vzhľadom na pracovné zaradenie žalobcu, kde je vyžadovaná špecifická spôsobilosť. V závere odôvodnenia napadnutého rozhodnutia súd prvej inštancie konštatoval, že podľa § 68 ods. 1 písm. b) Zákonníka práce je postačujúce len preukázateľné zistenie porušenia pracovnej disciplíny zamestnancom, pričom toto porušenie s ohľadom na všetky okolnosti musí byť takej intenzity, že ho objektívne možno označiť za závažné. Povinnosť dodržiavať pracovnú disciplínu patrí medzi základné povinnosti zamestnanca. Na okamžité skončenie pracovného pomeru sa vyžaduje, aby išlo o zavinené konanie zo strany zamestnanca, a to aj z nedbanlivosti, a musí dosahovať intenzitu porušenia pracovných povinností závažným spôsobom. Intenzita porušenia pracovnej disciplíny je jedným zo základných hľadísk pri rozhodovaní o postihu za porušenie pracovnej disciplíny. Za porušenie pracovnej disciplíny závažným spôsobom možno považovať opakovanú neospravedlnenú neprítomnosť v práci. O trovách konania rozhodol súd prvej inštancie podľa miery úspechu strán sporu (§ 255 ods. 1, C.s.p.) a priznal žalovanému nárok na náhradu trov konania vo výške 100 %, s tým, že výške náhrady trov konania rozhodne po právoplatnosti konečného rozhodnutia samostatným uznesením. 5. Proti rozsudku súdu prvej inštancie podal žalobca v zákonnej lehote odvolanie, ktoré odôvodnil tým, že rozhodnutie súdu prvej inštancie vychádza z nesprávneho právneho posúdenia veci, že na základe vykonaných dôkazov súd prvej inštancie dospel k nesprávnym skutkovým zisteniam a, že nevykonal navrhnuté dôkazy potrebné na zistenie rozhodujúcich skutočností. Žalobca namieta, že nakoľko bol v čase okamžitého skončenia pracovného pomeru odborovým funkcionárom, okrem prerokovania jeho okamžitého skončenia pracovného pomeru bolo potrebné získať pre platné okamžité skončenie pracovného pomeru predchádzajúci súhlas odborovej organizácie v zmysle § 240 ods. 9 Zákonníka práce, ktorý ale Železničiarsky odborový zväz neudelil, t.j. nesúhlasil s okamžitým skončením pracovného pomeru žalobcu ako člena odborového orgánu zo strany žalovaného, čo znamená, že okamžité skončenie pracovného pomeru je v zmysle § 240 ods. 10 Zákonníka práce, neplatné. Žalobca má za to, že súd prvej inštancie mal následne postupovať v zmysle ustanovenia § 240 ods. 10 Zákonníka práce, nakoľko v tomto prípade platí fikcia, že ide o absolútnu neplatnosť okamžitého skončenia pracovného pomeru zo strany zamestnávateľa, a to až do okamihu, kým súd v spore podľa § 77 Zákonníka práce zistí, že sú splnené ostatné podmienky okamžitého skončenia pracovného pomeru definované nielen v ustanovení § 70, ale ustanovené § 74 Zákonníka práce, a súčasne od zamestnávateľa nemožno spravodlivo požadovať, aby zamestnanca (žalobcu) naďalej zamestnával. Súd prvej inštancie však nepostupoval v zmysle ustanovenia § 240 ods. 10 Zákonníka práce, t.j. konanie nezameral na to, či boli splnené ostatné podmienky okamžitého skončenia pracovného pomeru. Žalobca má za to, že okamžité skončenia pracovného pomeru zo dňa 17.7.2013, ktoré mu adresoval žalovaný, je neplatné z dôvodu, že súd nepreveroval, či došlo k prerokovaniu okamžitého skončenia pracovného pomeru v zmysle § 74 Zákonníka práce, t.j. či žalovaný adresoval odborovému orgánu, ktorého bol žalobca prezidentom, písomnú žiadosť o prerokovanie okamžitého skončenia pracovného pomeru, čo je jedna z hmotnoprávnych podmienok jeho platnosti. Žalovaný adresoval odborovému orgánu len Žiadosť o udelenie predchádzajúceho súhlasu zo dňa 3.7.2013 v zmysle ustanovenie § 240 ods. 9 Zákonníka práce, avšak v konaní nebolo preukázané, že bola splnená aj povinnosť vyplývajúca z ustanovenia § 74 Zákonníka práce, že žalovaný súčasne adresoval spomenutému odborovému orgánu aj žiadosť o prerokovanie okamžitého skončenia pracovného pomeru. Žalobca namieta teda, že súd prvej inštancie nevykonal uvedené dôkazy nevyhnutné pri rozhodovaní o platnosti, resp. neplatnosti okamžitého skončenia pracovného pomeru. Žalobca rovnako považuje skončenie pracovného pomeru za neplatné z dôvodu, že žalovaný s ním nerozviazal pracovný pomer v lehote dvoch mesiacov odo dňa, keď sa o dôvode na okamžité skončenie pracovného pomeru dozvedel. V prípade žalobcu sa uplatňuje 2 mesačná subjektívna lehota, keďže žalovaný mal nespochybniteľnú vedomosť o dôvodoch, na základe ktorých sa rozhodol skončiť pracovný pomer so žalobcom okamžite po tom, čo sa žalobca v dňoch 22.11.2012, 10.1.2013 a 23.1.2013 nezúčastnil psychologického vyšetrenia. O vedomosti žalovaného o porušení pracovnej disciplíny svedčí skutočnosť, že žalovaný mal už v apríli 2013 vyhotovenú prvú verziu okamžitého skončenia pracovného pomeru, pričom predtým žiadal Železničiarsky odborový zväz o udelenie súhlasu s okamžitým skončením pracovného pomeru, ten však dňa 20.4.2013 odmietol súhlas udeliť. Podľa rozhodnutia Najvyššieho súdu ČR, sp. zn. 21 Cdo 910/2001 v prípade, ak ide o dlhodobé porušovanie pracovnej disciplíny, čo bol aj žalobcov prípad, lehota neskončí skôr než po uplynutí dvoch mesiacov odo dňa nasledujúceho po poslednom porušení pracovnej disciplíny, čo bolo v prípade žalobcu dňa 24.3.2013, keďže posledného porušenia pracovnej disciplíny v podobe neabsolvovania psychologického vyšetrenia sa dopustil dňa 23.1.2013. Na základe uvedeného je zrejmé, že dvojmesačná subjektívna lehota na okamžité skončenie pracovného pomeru zo strany žalovaného márne uplynula dňa 24.3.2013. Žalobca namieta v odvolaní, že súd prvej inštancie neskúmal túto podmienku platnosti okamžitého skončenia pracovného pomeru a neprihliadol na skutočnosť, že dvojmesačná subjektívna lehota na okamžité skončenie pracovného pomeru zo strany žalovaného márne uplynula. Žalobca poukazuje aj na skutočnosť, že žalovaný počas celého konania na súde prvej inštancie nepredložil dokument, na ktorý sa odvolával v okamžitom skončení pracovného pomeru, a taktiež nepredložil žiadny relevantný dôkaz o tom, že žalobca bol s Pracovným poriadkom ZSSK Cargo preukázateľne oboznámený, t.j. mal vedomosť, aké konanie sa považuje u žalovaného za menej závažné porušenie pracovnej disciplíny a aké konanie za závažné porušovanie pracovnej disciplíny. Žalobca vyslovil názor, že žalovaný mal v súlade s ustálenou judikatúrou (napr. Rozhodnutie Najvyššieho súdu ČR, sp. zn. 21 Cdo 1252/2002) pri určovaní závažnosti prihliadať na osobu zamestnanca, na funkciu, ktorú zastáva, na jeho doterajší postoj k plneniu pracovných úloh, na čas a situáciu, v ktorej došlo k porušeniu pracovnej disciplíny, na mieru zavinenia zamestnanca, na spôsob a intenzitu porušenia konkrétnych povinností zamestnanca, na dôsledky porušenia pracovnej disciplíny pre zamestnávateľa, na to, či svojím konaním zamestnanec spôsobil škodu a súčasne je potrebné vziať do úvahy aj konkrétne pomery u zamestnávateľa (ustálené zvyklosti u zamestnávateľa, napr. v akom rozsahu je tolerované porušovanie pracovnej disciplíny a pod.). Uviedol, že za celé obdobie trvania jeho pracovného pomeru (od roku 1973) nemal žalobca žiadne upozornenie na porušovanie pracovnej disciplíny, navyše žalobca v konaní preukázal, že v čase plánovaných mimoriadnych psychologických vyšetrení existovala u neho prekážka v práci na strane zamestnanca, s ktorou oboznámil žalovaného v súlade s ustanovením § 144 ods. 1 a ods. 2 Zákonníka práce. Žalobca nesúhlasí s konštatovaním súdu prvej inštancie, že žalobca bol v dôsledku neabsolvovania predpísaného mimoriadneho psychologického vyšetrenia nespôsobilý vykonávať prácu u žalovaného. Žalobca tvrdí, že Zákonník práce pozná v ustanovení § 63 ods. 1 výpovedné dôvody pre prípady, ak zamestnanec stratil spôsobilosť, resp. požiadavky zamestnávateľa na riadny výkon práce. Súd prvej inštancie okrem toho nezohľadnil skutočnosť, že žalovaný aj napriek tomu, že sa opakovane odmietol zúčastniť mimoriadneho psychologického vyšetrenia pokračoval vo výkone práce a to niekoľko mesiacov, a to až do doručenia okamžitého skončenia pracovného pomeru a zamestnávateľ mu za výkon práce riadne platil mzdu. V tomto kontexte vyvstáva otázka prečo „nespôsobilý" žalobca vykonával naďalej prácu po dobu takmer 6 mesiacov, na ktorú nemal podľa vyjadrenia žalovaného psychickú spôsobilosť a žalovaný nevyužil inštitút prekážok na strane zamestnávateľa v zmysle § 142 ods. 3 Zákonníka práce a nechal žalobcu naďalej vykonávať prácu" vedúceho posunu" a vedome tak porušoval ustanovenie § 30 ods. 1 písm. c) zákona č. 513/2009 Z. z. o dráhach, keď nechal vykonávať prácu zamestnancom, ktorý nespĺňa psychickú spôsobilosť na výkon práce na dráhe. Z týchto dôvodov žalobca žiada, aby odvolací súd zmenil rozsudok súdu prvej inštancie tak, že určí, že okamžité skončenia pracovného pomeru dané žalobcovi zo strany žalovaného zo dňa 17.7.2013 pod č. 18444/2013-05 je neplatné; a zároveň žalovaného zaviaže na náhradu mzdy žalobcovi v celkovej výške 23 879, 07 eur počítajúc od 4.8.2013 do 3.8.2016 spolu s: • úrokom z omeškania 5,50 % ročne zo sumy 609,94 EUR od 14.9.2013 do zaplatenia, • úrokom z omeškania 5,50 % ročne zo sumy 640,43 EUR od 14.10.2013 do zaplatenia, • úrokom z omeškania 5,25 % ročne zo sumy 701,43 EUR od 14.11.2013 do zaplatenia, • úrokom z omeškania 5,25 % ročne zo sumy 640,43 EUR od 14.12.2013 do zaplatenia, • úrokom z omeškania 5,25 % ročne zo sumy 670,93 EUR od 14.1.2014 do zaplatenia, • úrokom z omeškania 5,25 % ročne zo sumy 701,43 EUR od 14.2.2014 do zaplatenia, • úrokom z omeškania 5,25 % ročne zo sumy 609,94 EUR od 14.3.2014 do zaplatenia, • úrokom z omeškania 5,25 % ročne zo sumy 640,43 EUR od 14.4.2014 do zaplatenia, • úrokom z omeškania 5,25 % ročne zo sumy 670,93 EUR od 14.5.2014 do zaplatenia, • úrokom z omeškania 5,15 % ročne zo sumy 670,93 EUR od 14.6.2014 do zaplatenia, • úrokom z omeškania 5,15 % ročne zo sumy 640,43 EUR od 14.7.2014 do zaplatenia, • úrokom z omeškania 5,15 % ročne zo sumy 701,43 EUR od 14.8.2014 do zaplatenia, • úrokom z omeškania 5,05 % ročne zo sumy 640,43 EUR od 14.9.2014 do zaplatenia, • úrokom z omeškania 5,05 % ročne zo sumy 670,43 EUR od 14.10.2014 do zaplatenia, • úrokom z omeškania 5,05 % ročne zo sumy 701,43 EUR od 14.11.2014 do zaplatenia, • úrokom z omeškania 5,05 % ročne zo sumy 609,94 EUR od 14.12.2014 do zaplatenia, • úrokom z omeškania 5,05 % ročne zo sumy 701,43 EUR od 14.1.2015 do zaplatenia, • úrokom z omeškania 5,05 % ročne zo sumy 670,93 EUR od 14.2.2015 do zaplatenia, • úrokom z omeškania 5,05 % ročne zo sumy 609,94 EUR od 14.3.2015 do zaplatenia, • úrokom z omeškania 5,05 % ročne zo sumy 670,93 EUR od 14.4.2015 do zaplatenia, • úrokom z omeškania 5,05 % ročne zo sumy 670,93 EUR od 14.5.2015 do zaplatenia, • úrokom z omeškania 5,05 % ročne zo sumy 640,43 EUR od 14.6.2015 do zaplatenia, • úrokom z omeškania 5,05 % ročne zo sumy 670,93 EUR od 14.7.2015 do zaplatenia, • úrokom z omeškania 5,05 % ročne zo sumy 701,43 EUR od 14.8.2015 do zaplatenia, • úrokom z omeškania 5,05 % ročne zo sumy 640,43 EUR od 14.9.2015 do zaplatenia, • úrokom z omeškania 5,05 % ročne zo sumy 670,93 EUR od 14.10.2015 do zaplatenia, • úrokom z omeškania 5,05 % ročne zo sumy 670,93 EUR od 14.11.2015 do zaplatenia, • úrokom z omeškania 5,05 % ročne zo sumy 640,43 EUR od 14.12.2015 do zaplatenia, • úrokom z omeškania 5,05 % ročne zo sumy 701,43 EUR od 14.1.2016 do zaplatenia, • úrokom z omeškania 5,05 % ročne zo sumy 640,43 EUR od 14.2.2016 do zaplatenia, • úrokom z omeškania 5,05 % ročne zo sumy 640,43 EUR od 14.3.2016 do zaplatenia, • úrokom z omeškania 5 % ročne zo sumy 701,43 EUR od 14.4.2016 do zaplatenia, • úrokom z omeškania 5 % ročne zo sumy 640,43 EUR od 14.5.2016 do zaplatenia, • úrokom z omeškania 5 % ročne zo sumy 670,93 EUR od 14.6.2016 do zaplatenia, • úrokom z omeškania 5 % ročne zo sumy 670,93 EUR od 14.7.2016 do zaplatenia, • úrokom z omeškania 5 % ročne zo sumy 640,43 EUR od 14.8.2016 do zaplatenia, • úrokom z omeškania 5 % ročne zo sumy 91,49 EUR od 14.9.2016 do zaplatenia; Súčasne žiadal priznať aj náhradu prvoinštančného a odvolacieho konania. 6. Žalovaný vo svojom vyjadrení k odvolaniu uviedol, že súd prvej inštancie rozhodol zákonným spôsobom, v súlade s právnymi predpismi, na základe vykonaných dôkazov dospel k správnym skutkovým zisteniam a vec správne právne posúdil. K namietanému nesplneniu podmienok kladených § 74 Zákonníka práce poukázal na rozsudok Najvyššieho súdu SR, sp. zn. 5 Cdo 140/ 2010: Cieľom tejto zákonnej podmienky je, aby zámer zamestnávateľa skončiť pracovný pomer so zamestnancom bol oznámený odborovej organizácii a zároveň aby jej bola daná možnosť sa (po vlastnom prerokovaní) k tomuto zámeru vyjadriť (resp. nevyjadriť). Pokiaľ ide o namietané nedodržanie dvojmesačnej lehoty odo dňa zistenia dôvodu pre okamžité skončenie pracovného pomeru, žalovaný argumentuje, že vzhľadom na skutkové okolnosti prípadu nie je možné posudzovať začiatok plynutia tak, ako to uvádza žalobca. Vzhľadom na to, že žalobca sa opakovane odvolával na pracovnú neschopnosť, respektíve na iné prekážky v práci, zahmlieval dôvody neúčasti nejasnými vysvetleniami, zamestnávateľovi nemohlo byť v čase plánovanej účasti na mimoriadnom psychologickom vyšetrení jasné, že sa jedná o zavinené závažné porušenie pracovnej disciplíny. Až po objasnení skutkových okolností mohol žalovaný dospieť k záveru, že žalobca vskutku zavinene a to vo forme úmyslu, porušoval závažne pracovnú disciplínu a svojvoľne sa vyhýbal psychologickému vyšetreniu. Po objasnení týchto skutkových okolností zamestnávateľ bezodkladne po tom, čo sa dozvedel o závažnom porušení pracovnej disciplíny pristúpil ku skončeniu pracovného pomeru. Pokiaľ ide o uplatnený nárok na náhradu mzdy a úroky z omeškania, žalovaný uviedol, že úroky z omeškania sú upravené v ôsmej časti Občianskeho zákonníka a nie v jeho všeobecnej časti. Nie je preto možné aplikovať danú úpravu úrokov z omeškania pre pracovnoprávne vzťahy. 7. Žalobca v replike k vyjadreniu žalovaného uviedol, že neobstojí tvrdenie žalovaného, že listom zo dňa 10.7.2013, ktorým bol oslovený Železničiarsky odborový zväz za účelom udelenia predchádzajúceho súhlasu odborovej organizácie s okamžitým skončením pracovného pomeru člena jej odborového orgánu, zamestnávateľ splnil hmotnoprávnu podmienku prerokovania okamžitého skončenia pracovného pomeru žalobcu stanovenú v § 74 Zákonníka práce. Obsahom listu zo dňa 10.7.2013 bolo, čo je možné preukázať listinnými dôkazmi založenými v spise, len požiadavka o udelenie predchádzajúceho súhlasu, nie o prerokovanie okamžitého skončenia pracovného pomeru so žalobcom. Aj v kontexte ustanovenia § 17 ods. 2 Zákonníka práce platí, že právny úkon, ktorý nebol vopred prerokovaný so zástupcami zamestnancov je neplatný, len ak to výslovne ustanovuje tento zákon (Zákonník práce) alebo osobitný predpis. Zákonník práce jasne v ustanovení § 74 stanovuje, že okamžité skončenie pracovného pomeru je potrebné vopred prerokovať, inak je neplatné. Argument žalovaného o dodržaní dvojmesačnej lehoty na uplatnenie okamžitého skončenia pracovného pomeru, respektíve začiatku jej plynutia právne neobstojí a žalobca k nemu uvádza, že o vedomosti žalovaného o závažnom porušení pracovnej disciplíny svedčí aj skutočnosť, že žalovaný mal už v apríli 2013 vyhotovenú prvú verziu okamžitého skončenia pracovného pomeru, pričom predtým žiadal Železničiarsky odborový zväz o udelenie súhlasu s okamžitým skončením pracovného pomeru, ten však dňa 20.4.2013 odmietol udeliť súhlas. Žalobca opakovane poukazuje na Rozsudok Najvyššieho súdu ČR, sp. zn. 21 Cdo 3881/2008, na základe ktorého platí, že subjektívna lehota sa „počíta od okamihu, keď zamestnávateľ získal vedomosť (dozvedel sa), že sa zamestnanec dopustil takého konania, ktoré môže zakladať dôvod na okamžité skončenie pracovného pomeru. Nemusí ísť o zistenie (v zmysle istoty v bežnom zmysle slova), že zamestnanec porušil pracovnú disciplínu. Postačuje teda, aby zamestnávateľ získal vedomosť, že zamestnanec porušil pracovnú disciplínu spôsobom, ktorý môže založiť okamžité skončenie pracovného pomeru. Pre uplatnenie okamžitého skončenia pracovného pomeru zo strany zamestnávateľa je dôležitá subjektívna lehota, ktorá začne plynúť odo dňa, keď sa zamestnávateľ o dôvode okamžitého skončenia dozvedel. Je teda potrebné skúmať, kedy nastal moment „dozvedenia sa" zamestnávateľa o porušení pracovnej disciplíny." Na základe uvedeného je zrejmé, že dvojmesačná subjektívna lehota na okamžité skončenie pracovného pomeru zo strany žalovaného márne uplynula dňa 24.3.2013. 8. Krajský súd v Bratislave ako odvolací súd v zmysle ustanovenia § 34 zákona č. 160/2015 Z. z. Civilného sporového poriadku (ďalej aj CSP), po zistení, že odvolanie podal žalobca včas, a že ho podal proti rozsudku, proti ktorému je prípustné odvolanie (§ 355 ods. 1, § 359, § 362 ods. 1 CSP &lt;https://www.slov-lex.sk/pravne-predpisy/SK/ZZ/2015/160/&gt;), s nariadením odvolacieho pojednávania dňa 19.09.2018 (§ 378 ods. 1, § 177 ods. 2 písm. c/ CSP &lt;https://www.slov-lex.sk/pravne-predpisy/SK/ ZZ/2015/160/&gt;) preskúmal napadnuté rozhodnutie v intenciách ustanovenia § 379 a § 380 ods. 1 CSP &lt;https://www.slov-lex.sk/pravne-predpisy/SK/ZZ/2015/160/&gt; a dospel k záveru, že odvolanie žalobcu je dôvodné. 9. Predmetom odvolacieho konania, s poukazom na rozsah odvolacieho prieskumu vymedzeného odvolacími dôvodmi žalobcu, s poukazom na odôvodnenie preskúmavaného rozsudku je vyriešiť otázku, či okamžité skončenie pracovného pomeru dané žalobcovi listom z 17.7.2013 je neplatným právnym úkonom, z čoho sa potom odvíja aj ďalší žalobcom uplatnený nárok na určenie, že neprítomnosť žalobcu v práci dňa 23.1.2013 je riadne ospravedlnená a nárok o náhradu mzdy. 10. Odvolací súd po preskúmaní rozsudku, ako aj konania, ktoré mu predchádzalo dospel k záveru, že súd prvej inštancie v prejednávanej veci zistil skutkový stav v rozsahu potrebnom na zistenie rozhodujúcich skutočností, avšak tento nesprávne právne posúdil. 11. Podľa § 68 odsek 1 zákona č. 311/2001 Z. z. - Zákonníka práce (ďalej aj ZP) v znení účinnom k času okamžitého skončenia pracovného pomeru, môže zamestnávateľ okamžite skončiť pracovný pomer výnimočne a to iba vtedy, ak zamestnanec a) bol právoplatne odsúdený pre úmyselný trestný čin, b) porušil závažne pracovnú disciplínu. 12. Podľa § 68 odsek 2 Zákonníka práce, môže zamestnávateľ podľa odseku 1 okamžite skončiť pracovný pomer iba v lehote dvoch mesiacov odo dňa, keď sa o dôvode na okamžité skončenie dozvedel, najneskôr však do jedného roka odo dňa, keď tento dôvod vznikol. O začiatku a plynutí lehoty rovnako platia ustanovenia § 63 ods. 4 a 5 &lt;https://www.slov-lex.sk/pravne-predpisy/SK/ ZZ/2001/311/20180501?ucinnost=17.7.2013&gt;. 13. Podľa § 70 Zákonníka práce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14. Dvojmesačná lehota pre skončenie pracovného pomeru okamžite uvedená v ustanovení § 68 odsek 2 Zákonníka práce začína bežať odo dňa, kedy zamestnávateľ získal vedomosť (dozvedel sa ) o tom, že zamestnanec sa dopustil takého konania, ktoré môže zakladať dôvod k okamžitému skončeniu pracovného pomeru. 15. Lehota podľa § 68 ods. 2 Zákonníka práce &lt;https://www.slov-lex.sk/pravne-predpisy/SK/ ZZ/2001/311/&gt; má hmotnoprávny a prekluzívny charakter, po jej márnom uplynutí zaniká právo okamžite skončiť pracovný pomer so zamestnancom. Objektívnu lehotu môže zamestnávateľ využiť len vtedy, ak sa v rámci subjektívnej lehoty nedozvedel o dôvode, ktorý zakladá možnosť okamžitého skončenia pracovného pomeru zo strany zamestnávateľa. 16. K zániku práva tým, že sa neuplatnilo (preklúziou) môže dôjsť len v prípadoch, keď to je v zákone výslovne uvedené. K zániku práva musí súd prihliadnuť aj bez návrhu. Vyžaduje to zmysel a účel preklúzie. Preklúziu upravuje totiž osnova vo všetkých tých prípadoch, keď je potrebné, aby sa právne pomery vyporiadali pokiaľ možno v krátkom čase, najmä vtedy, keby zisťovanie skutkového stavu po dlhšom čase bolo spojené s ťažkosťami. K zániku práva (preklúzii) dochádza iba v prípadoch zákonom uvedených, ak právo nebolo včas uplatnené. Povaha prekluzívnej lehoty je v zákone vyjadrená zvyčajne slovami „inak právo zanikne“. 17. Žalobca bol u žalovaného zamestnaný v pracovnom pomere od 4.12.1973 a vykonával funkciu vedúci posunu. Od 10.1.1995 zastával aj funkciu prezidenta odborovej centrály Železničiarskeho robotníckeho odborového zväzu. Dňa 18.7.2013 prevzal žalobca okamžité skončenie pracovného pomeru zo strany žalovaného, zo dňa 17.7.2013, označené číslom 18444/2013-05, ktoré žalovaný odôvodnil tým, že žalobca opakovane maril pokyn zamestnávateľa a tým si neplnil povinnosti zamestnanca absolvovať mimoriadne psychologické vyšetrenie v dňoch 22.11.2012, 10.1.2013 a 23.1.2013, na ktoré ho zamestnávateľ oprávnene vyslal v zmysle Predpisu pre zdravotnú a psychickú spôsobilosť zamestnancov ZSSK CARGO - článok IV, kapitola 2, bod 4.2.5 a 4.2.6. V označenom okamžitom skončení pracovného pomeru žalovaný uviedol, že k uvedeným psychologickým vyšetreniam žalobca dokladovane a včas prevzal všetky písomné pokyny zamestnávateľa o povinnosti absolvovať mimoriadne psychologické vyšetrenie aj s informáciami o termíne, čase, a mieste absolvovania mimoriadneho psychologického vyšetrenia. Z obsahu okamžitého skončenia pracovného pomeru je zrejmé, že dôvodom pre ktorý žalovaný skončil so žalobcom pracovný pomer okamžite, bolo porušenie pracovnej disciplíny spočívajúce v marení pokynu zamestnávateľa absolvovať psychologické vyšetrenie, nezúčastnenie sa psychologického vyšetrenia v dňoch 22.11.2012, 10.1.2013 a 23.1.2013. Železničiarsky robotnícky odborový zväz Nové Mesto nad Váhom, ktorého predsedom je žalobca, s okamžitým skončením pracovného pomeru so žalobcom nesúhlasil, čo písomne žalovanému oznámil listami z 20.4.2013, ako odpoveď na žiadosť žalovaného o súhlas č. 9174/2013 - 45 z 4.4.2013 a listom z 10.7.2013, ako odpoveď na žiadosť žalovaného o súhlas č. 17373/2013-05 zo dňa 3.7.2013. Žalobca listom z 2.8.2013 oznámil žalovanému nesúhlas s okamžitým skončením pracovného pomeru a požiadal ho, aby ho naďalej zamestnával a umožnil mu výkon práce. 18. Podľa § 240 odsek 6 Zákonníka práce môže zamestnávateľ dať členovi príslušného odborového orgánu, členovi zamestnaneckej rady alebo zamestnaneckému dôverníkovi výpoveď alebo s nimi okamžite skončiť pracovný pomer len s predchádzajúcim súhlasom týchto zástupcov zamestnancov. Za predchádzajúci súhlas sa považuje aj, ak zástupcovia zamestnancov písomne neodmietli udeliť zamestnávateľovi súhlas do 15 dní odo dňa, keď o to zamestnávateľ požiadal. Zamestnávateľ môže použiť predchádzajúci súhlas len v lehote dvoch mesiacov od jeho udelenia. 19. Podľa § 240 odsek 10 Zákonníka práce ak zástupcovia zamestnancov odmietli udeliť súhlas podľa odseku 9, je výpoveď alebo okamžité skončenie pracovného pomeru zo strany zamestnávateľa z tohto dôvodu neplatné; ak sú ostatné podmienky výpovede alebo okamžitého skončenia pracovného pomeru splnené a súd v spore podľa § 77 &lt;https://www.slov-lex.sk/pravne-predpisy/SK/ZZ/2001/311/20180501? ucinnost=17.7.2013&gt; zistí, že od zamestnávateľa nemôže spravodlivo požadovať, aby zamestnanca naďalej zamestnával, je výpoveď alebo okamžité skončenie pracovného pomeru platné. 20. Vzhľadom na to, že zástupcovia zamestnancov ( odborová organizácia) nedali žalovanému predchádzajúci súhlas, k tomu, aby so žalobcom ako členom odborového orgánu ( žalobca vykonával funkciu predsedu) okamžite skončil pracovný pomer, je okamžité skončenie pracovného pomeru zo strany žalovaného zo dňa 17.7.2013, číslo 18444/2013 - 05 podľa § 240 odsek 10 Zákonníka práce neplatné. Tento právny stav platí do času kým súd, potom ako ustáli, že sú splnené ostatné podmienky okamžitého skončenia pracovného pomeru zistí, že nemožno spravodlivo požadovať, aby žalovaný žalobcu naďalej zamestnával. Predmetné tvrdenie a preukázanie takejto skutočnosti zaťažuje zamestnávateľa. Podmienkou prešetrenia okolnosti, že nemožno od zamestnávateľa spravodlivo žiadať, aby zamestnanca ďalej zamestnával, je však platnosť okamžitého skončenia pracovného pomeru v zmysle ustanovenia § 70 Zákonníka práce. 21. Okamžité skončenie pracovného pomeru je neplatné, ak sa nevykonalo do uplynutia dvoch mesiacov odo dňa, keď zamestnávateľ zistí dôvod na okamžité skončenie pracovného pomeru. Lehota uvedená v § 68 odsek 2 Zákonníka práce nie je poriadková, ale prekluzívna, čo znamená, že ak zmešká zamestnávateľ túto lehotu, je okamžité skončenie pracovného pomeru neplatné. Začiatok plynutia tejto lehoty je daný okamihom vedomosti o dôležitom dôvode pre okamžité skončenie pracovného pomeru, teda okamihom zistenia tohto dôvodu. So zreteľom na uvedené, pokiaľ žalovaný uložil žalobcovi povinnosť podrobiť sa mimoriadnemu psychologickému vyšetreniu dňa 22.11.2012, ďalší termín dňa 10.1.2013 a ďalší termín dňa 23.1.2013 a nerešpektovanie pokynu spočívajúce v neúčasti žalobcu na vyšetrení kvalifikoval ako závažné porušenie pracovnej disciplíny, dvojmesačná subjektívna lehota na okamžité skončenie pracovného pomeru zo strany žalovaného uplynula 24.3.2013, pretože plynie od posledného porušenia pracovnej disciplíny. Dvojmesačná prekluzívna lehota je časový priestor v ktorom má zamestnávateľ ustáliť, že zamestnanec porušil pracovnú disciplínu spôsobom, ktorý môže založiť okamžité skončenie pracovného pomeru. To, že v súdenej veci žalovaný vedel o tom, že žalobca mal porušiť pracovnú disciplínu spôsobom, ktorý vyhodnotil ako dôvod pre okamžité skončenie pracovného pomeru vyplýva, jednak z toho, že mu žalobca po termíne psychologického vyšetrenia 23.1.2013 požadovanú správu nepredložil a hlavne zo žiadosti žalovaného č. 9174/2013-05 zo dňa 4.4.2013, adresovanej Železničiarskemu robotníckemu odborovému zväzu, prezídium Železničná stanica Nové Mesto nad Váhom, ktorým ho požiadal o súhlas s okamžitým skončením pracovného pomeru so žalobcom ako členom odborového orgánu, a ktoré okamžité skončenie pracovného pomeru musel mať preto už pripravené, pretože bolo potrebné predložiť ho k žiadosti o súhlas. Za stavu, ak žalovaný okamžite skončil pracovný pomer so žalobcom až dňa 18.7.2013, urobil tak až po márnom uplynutí dvojmesačnej prekluzívnej lehoty, a preto je okamžité skončenie pracovného pomeru v danej veci neplatné a následok nesúhlasu zástupcov zamestnancov s okamžitým skončením pracovného pomeru so žalobcom by žalovaný nemohol zvrátiť ani tvrdením a eventuálnym preukázaním (v konaní to netvrdil), že nie je možné od neho spravodlivo žiadať, aby žalobcu ďalej zamestnával. Preto odvolací súd rozsudok súdu prvej inštancie vo výroku, ktorým zamietol žalobu v časti žalobného petitu o určenie neplatnosti okamžitého skončenia pracovného pomeru postupom podľa § 388 CSP zmenil tak, že vyslovil neplatnosť okamžitého skončenia pracovného pomeru zo dňa 17.7.2013. 22. V časti nároku na náhradu mzdy z neplatného skončenia pracovného pomeru súd prvej inštancie vzhľadom na jeho právne posúdenie skutkového stavu nevykonal žiadne dokazovanie a právne tento nárok už ani neposudzoval, len žalobu o ňom zamietol. Zmena rozsudku súdu prvej inštancie vo vzťahu k určeniu neplatnosti okamžitého skončenia pracovného pomeru preto vyvolala potrebu rozhodnutie v časti nároku na náhradu mzdy podľa § 389 odsek 1 písmeno c) CSP zrušiť a vec súdu prvej inštancie vrátiť na ďalšie konanie, rovnako ako i v časti závislého výroku o trovách konania a to za účelom vykonania potrebného dokazovania pre rozhodnutie o súvisiacom výroku o náhrade mzdy. 23. Povinnosťou súdu prvej inštancie bude v ďalšom konaní riadiť sa názorom odvolacieho súdu, ktorým je podľa § 391 odsek 2 CSP viazaný, vysporiadať sa s celým žalobným petitom, ktorého prejednanie v súdnom spore súd prvej inštancie pripustil uznesením č. k. 21Cpr/4/2013-128 zo dňa 12.6.2014 (nárok na náhradu mzdy a určenie ospravedlnenej neprítomnosti žalobcu v zamestnaní dňa 23.1.2013), v potrebnom rozsahu vykonať dokazovanie, výsledky celého konania potom náležite zhodnotiť a o veci rozhodnúť. Súčasne súd prvej inštancie rozhodne v novom rozhodnutí o veci aj o náhrade trov tohto odvolacieho konania (§262 v spojení s § 396 odsek 1 CSP). 24. Toto rozhodnutie prijal senát Krajského súdu v Bratislave,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https://www.kauzis.sk/judikatura/r/ECLI:SK:KSBA:2018:1213225976.4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