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15Co/97/2018 z 9. 10. 2018</w:t>
      </w:r>
    </w:p>
    <w:p>
      <w:r>
        <w:t>Uznesenie Krajského súdu Bratislava z 9. októbra 2018, sp. zn. 15Co/97/2018, ECLI:SK:KSBA:2018:1214224947.2</w:t>
      </w:r>
    </w:p>
    <w:p>
      <w:r>
        <w:t>Súd: Krajský súd Bratislava</w:t>
      </w:r>
    </w:p>
    <w:p>
      <w:r>
        <w:t>Spisová značka: 15Co/97/2018</w:t>
      </w:r>
    </w:p>
    <w:p>
      <w:r>
        <w:t>ECLI: ECLI:SK:KSBA:2018:1214224947.2</w:t>
      </w:r>
    </w:p>
    <w:p>
      <w:r>
        <w:t>Dátum vydania: 9. 10. 2018</w:t>
      </w:r>
    </w:p>
    <w:p>
      <w:r>
        <w:t>Forma: Uznesenie</w:t>
      </w:r>
    </w:p>
    <w:p>
      <w:pPr>
        <w:pStyle w:val="Heading2"/>
      </w:pPr>
      <w:r>
        <w:t>Text rozhodnutia</w:t>
      </w:r>
    </w:p>
    <w:p>
      <w:r>
        <w:t>Súd: Krajský súd Bratislava Spisová značka: 15Co/97/2018 Identifikačné číslo súdneho spisu: 1214224947 Dátum vydania rozhodnutia: 10. 10. 2018 Meno a priezvisko sudcu, VSÚ: JUDr. Mária Hajdínová ECLI: ECLI:SK:KSBA:2018:1214224947.2 Uznesenie Krajský súd v Bratislave v senáte zloženom z predsedníčky senátu JUDr. Márie Hajdínovej a členov senátu JUDr. Silvie Walterovej a JUDr. Evy Mészárosovej v právnej veci žalobcu: K.. E. Q. , narodený dňa X.XX.XXXX, bytom F., M. Z. č. XX, proti žalovanému: K.. T. I. , narodený dňa X.X.XXXX, bytom F., Q. č, XXX/X, o zaplatenie sumy 1.297.356,- € s príslušenstvom, na odvolanie žalobcu proti uzneseniu Okresného súdu Bratislava II. zo dňa 7. februára 2017, č.k. 14 C 288/2014-68, takto r o z h o d o l : I. Uznesenie Okresného súdu Bratislava II. zo dňa 7. februára 2017, č.k. 14 C 288/2014-68, p o t v r d z u j e . II. Žalovanému priznáva náhradu trov odvolacieho konania v rozsahu 100 %. o d ô v o d n e n i e : 1.1. Okresný súd Bratislava II. uznesením zo dňa 7.2.2017, č.k. 14 C 288/2014-68, konanie zastavil; žalovanému nepriznal náhradu trov konania. Uznesenie odôvodnil ustanovením § 2 ods. 1 písm. a/, § 5 ods. 1 písm. a/, § 8 ods. 1, § 10 ods. 1 zákona č. 71/1992 Zb. o súdnych poplatkoch a poplatku za výpis z registra trestov a dôvodil tým, že žalobca napriek doručenej výzve na zaplatenie súdneho poplatku za žalobu zo dňa 10.11.2016, ktorú prevzal dňa 9.12.2016, súdny poplatok za žalobu v lehote 10 dní od doručenia výzvy nezaplatil, pričom bol poučený o následkoch nezaplatenia poplatku. Uviedol, že žalobca sa žalobou doručenou súdu dňa 24.10.2014 domáhal zaplatenia sumy 1.297.356,- € s príslušenstvom a zároveň požiadal o oslobodenie od poplatkovej povinnosti. Uznesením zo dňa 9.5.2016 nepriznal žalobcovi oslobodenie od platenia súdneho poplatku za žalobu. Žalobca podal dňa 25.7.2016 odvolanie so žiadosťou o odpustenie zmeškanej lehoty, ktorej súd nevyhovel a zmeškanú lehotu žalobcovi neodpustil. Odvolací súd odvolanie žalobcu odmietol z dôvodu, že bolo podané oneskorene. 1.2. Výrok o náhrade trov konania odôvodnil ustanovením § 256 C.s.p. a dôvodil tým, že žalobca nezaplatil súdny poplatok za žalobu, z dôvodu ktorého bolo konanie zastavené, teda procesne zavinil zastavenie konania, pričom žalovanému žiadne trovy konania nevznikli a ani mu v danom štádiu konania vzniknúť nemohli. 2. Proti tomuto uzneseniu podal žalobca včas odvolanie dôvodiac tým, že súdny poplatok neuhradil z dôvodu zlej finančnej situácie. Vytkol súdu prvej inštancie, že pri posudzovaní jeho návrhu na odpustenie povinnosti zaplatiť súdny poplatok, nedostatočne vyhodnotil všetky skutkové okolnosti vo vzťahu k jeho osobe súvisiace s dotknutým návrhom na odpustenie povinnosti zaplatiť súdny poplatok. Dodal, že v nastávajúcich obdobiach by sa mala jeho finančná situácia zlepšiť a mohol by si splniť zákonom uloženú povinnosť uhradiť súdny poplatok za žalobu. Odvolaciemu súdu navrhol potom ako zistí, že z jeho strany došlo po podaní odvolania k úhrade súdneho poplatku za žalobu, napadnuté uznesenie súdu prvej inštancie zrušiť a vec mu vrátiť na ďalšie konanie. 3. Žalovaný vo vyjadrení k odvolaniu žalobcu uviedol, že žalobca si nesplnil svoju povinnosť uhradiť súdny poplatok za podanú žalobu (žalobcovi nebolo priznané oslobodenie od súdneho poplatku), pričom nejde o vec, na ktorú by sa vzťahovalo osobné alebo vecné oslobodenie od zaplatenia súdneho poplatku. Žalobca si nesplnil poplatkovú povinnosť ani v dodatočnej lehote určenej mu súdom podľa § 10 ods. 1 zákona č. 71/1992 Zb. a súdny poplatok neuhradil. Nie je mu známe, či žalobca uhradil súdny poplatok do skončenia lehoty na podanie odvolania, ale podľa § 10 ods. 3 citovaného zákona, účinného do 31.3.2017 (t.j. v čase plynutia odvolacej lehoty), neskoršia úhrada súdneho poplatku po uplynutí tejto lehoty možná nie je a nevyvoláva teda splnenie podmienok na zrušenie napadnutého uznesenia, pretože prípadné neskoršie zaplatenie súdneho poplatku po uplynutí odvolacej lehoty by bolo bezpredmetné. Odvolaciemu súdu navrhol napadnuté uznesenie súdu prvej inštancie ako vecne správne potvrdiť. 4. Žalobcovi nebolo doručené vyjadrenie žalovaného k odvolaniu žalobcu podľa § 374 ods. 1 C.s.p., ktoré bolo doručené odvolaciemu súdu dňa 22.5.2018 z dôvodu, že prípadné vyjadrenie žalobcu k vyjadreniu žalovaného by nemalo vplyv na iné rozhodnutie odvolacieho súdu, keďže základom bolo nesplnenie si poplatkovej povinnosti žalobcom v zákonom určenej lehote. 5. Odvolací súd preskúmal a prejednal vec bez nariadenia odvolacieho pojednávania [§ 470 ods. l, ods. 2, § 379, § 380 Civilného sporového poriadku (zákon č. 160/2015 Z.z. účinný od 1.7.2016), ďalej len C.s.p., ktorým bol s účinnosťou od 1.7.2016 zrušený Občiansky súdny poriadok (zákon č. 99/1963 Zb.; O.s.p)] a dospel k záveru, že odvolanie žalobcu nie je dôvodné. 6. Z obsahu spisu vyplýva, že žalobca sa žalobou doručenou súdu prvej inštancie dňa 24.10.2014 domáha od žalovaného zaplatenia sumy 1.297.356,- € s príslušenstvom titulom vydania bezdôvodného obohatenia. Žalobca zároveň požiadal súd o oslobodenie od platenia súdnych poplatkov. Súd prvej inštancie uznesením zo dňa 9.5.2016, č.k. 14 C 288/2014-43, nepriznal žalobcovi oslobodenie od platenia súdneho poplatku za žalobu; na odvolanie žalobcu proti tomuto uzneseniu Krajský súd v Bratislave uznesením zo dňa 29.9.2016, č.k. 10 Co 265/2016-59, odvolanie žalobcu odmietol, nakoľko bolo podané oneskorene. 7. Súd prvej inštancie preto správne vyzval žalobcu výzvou zo dňa 10.11.2016 na zaplatenie súdneho poplatku za podanie žaloby vo výške 16.596,50 € podľa položky 1 písm. a/ sadzobníka súdnych poplatkov uvedeného zákona, t.j. 6 % zo sumy 1.297.356,- € (najviac 16.596,50 €), v lehote 10 dní odo dňa doručenia výzvy pod následkom zastavenia konania, ktorú si prevzal dňa 9.12.2016, pretože podľa § 5 ods. 1 písm. a/ zákona č. 71/1992 Zb., poplatková povinnosť vzniká podaním žaloby. Vzhľadom k tomu, že súdny poplatok nebol zaplatený, prvoinštančný súd správne konanie pre nezaplatenie súdneho poplatku zastavil. 8.1. Podľa § 10 ods. 1 zákona č. 71/1992 Zb. o súdnych poplatkoch a poplatku za výpis z registra trestov v znení neskorších právnych predpisov, účinný ku dňu podania žaloby (24.10.2014),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8.2. Podľa § 10 ods. 3 veta prvá zákona č. 71/1992 Zb., účinný k 24.10.2014, prvostupňový súd zruší uznesenie o zastavení konania pre nezaplatenie súdneho poplatku, ak poplatník zaplatí súdny poplatok do konca lehoty na podanie odvolania. 8.3. Obdobne je tomu tak aj podľa zákona č. 71/1992 Zb. v znení neskoršom v neskoršom časovom období. 9. Nebolo možno stotožniť sa s tvrdením žalobcu v jeho odvolaní, aby odvolací súd zrušil napadnuté uznesenie súdu prvej inštancie po zistení, že súdny poplatok za podanú žalobu zaplatil v rámci odvolacieho konania, pretože z obsahu spisu je zrejmé, že napadnuté uznesenie, ktorým súd prvej inštancie konanie zastavil z dôvodu nezaplatenie súdneho poplatku, bolo žalobcovi doručené do vlastných rúk dňa 13.2.2017. Zákonná 15-dňová lehota žalobcovi uplynula uplynutím dňa 28.2.2017 a tým uplynula aj lehota na zaplatenie súdneho poplatku. V prípade, že by žalobca súdny poplatok zaplatil do konca lehoty na podanie odvolania, t.j. do 28.2.2017, prvoinštančný súd by uznesenie o zastavení konania pre nezaplatenie súdneho poplatku v zmysle ustanovenia § 10 ods. 3 veta prvá zákona č. 71/1992 Zb. zrušil. Žalobca však súdny poplatok za podanú žalobu zaplatil až dňa 9.3.2017 (č.l. 77 spisu), t.j. po uplynutí lehoty na podanie odvolania; takýto poplatok mu vráti súd prvej inštancie. 10. Z uvedených dôvodov preto odvolací súd uznesenie súdu prvej inštancie ako vecne správne podľa § 387 ods. 1 C.s.p. potvrdil. 11. Úspešnému žalovanému priznal náhradu trov odvolacieho konania v rozsahu 100 % podľa § 396 ods. l v spojení s § 255 ods. 1 C.s.p. V zmysle § 262 ods. 2 C.s.p. o výške náhrady trov konania rozhodne súd prvej inštancie po právoplatnosti rozhodnutia, ktorým sa konanie končí, samostatným uznesením, ktoré vydá súdny úradník. 12.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https://www.kauzis.sk/judikatura/r/ECLI:SK:KSBA:2018:1214224947.2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