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3Cob/149/2018 z 30. 8. 2018</w:t>
      </w:r>
    </w:p>
    <w:p>
      <w:r>
        <w:t>Uznesenie Krajského súdu Bratislava z 30. augusta 2018, sp. zn. 3Cob/149/2018, ECLI:SK:KSBA:2018:1214228726.2</w:t>
      </w:r>
    </w:p>
    <w:p>
      <w:r>
        <w:t>Súd: Krajský súd Bratislava</w:t>
      </w:r>
    </w:p>
    <w:p>
      <w:r>
        <w:t>Spisová značka: 3Cob/149/2018</w:t>
      </w:r>
    </w:p>
    <w:p>
      <w:r>
        <w:t>ECLI: ECLI:SK:KSBA:2018:1214228726.2</w:t>
      </w:r>
    </w:p>
    <w:p>
      <w:r>
        <w:t>Dátum vydania: 30. 8. 2018</w:t>
      </w:r>
    </w:p>
    <w:p>
      <w:r>
        <w:t>Forma: Uznesenie</w:t>
      </w:r>
    </w:p>
    <w:p>
      <w:r>
        <w:t>Oblasť práva: Obchodné právo</w:t>
      </w:r>
    </w:p>
    <w:p>
      <w:pPr>
        <w:pStyle w:val="Heading2"/>
      </w:pPr>
      <w:r>
        <w:t>Text rozhodnutia</w:t>
      </w:r>
    </w:p>
    <w:p>
      <w:r>
        <w:t>Súd: Krajský súd Bratislava Spisová značka: 3Cob/149/2018 Identifikačné číslo súdneho spisu: 1214228726 Dátum vydania rozhodnutia: 31. 08. 2018 Meno a priezvisko sudcu, VSÚ: Mgr. Štefan Zelenák ECLI: ECLI:SK:KSBA:2018:1214228726.2 Uznesenie Krajský súd v Bratislave v senáte zloženom z predsedu senátu Mgr. Štefana Zelenáka a členiek senátu JUDr. Eleny Ondrišovej a JUDr. Ivony Hrčekovej, v právnej veci žalobcu Menton SK, spol. s r.o., Gbelská 19, Bratislava, IČO: 35 900 903, práv. zast. SOUKENÍK - ŠTRPKA, s.r.o., Šoltésovej 14, Bratislava, IČO: 36 862 711, proti žalovanému P1, s.r.o., Pestovateľská 13, Bratislava, IČO: 36 748 145, práv. zast. alianciaadvokátov ak, s.r.o., Vlčkova 8/A, Bratislava, IČO: 36 679 771, o zaplatenie 44.955,60 EUR s príslušenstvom a o odvolaní žalovaného proti uzneseniu Okresného súdu Bratislava II v Bratislave č.k. 26Cb/147/2015-106 zo dňa 9.9.2016 jednohlasne, takto r o z h o d o l : Krajský súd v Bratislave uznesenie Okresného súdu Bratislava II v Bratislave č.k. 26Cb/147/2015-106 zo dňa 9.9.2016 v napadnutom výroku o nepriznaní práva žalovanému na vrátenie súdneho poplatku za odpor z r u š u j e a vec v r a c i a súdu prvej inštancie na ďalšie konanie a nové rozhodnutie. o d ô v o d n e n i e : 1. Napadnutým uznesením súd prvej inštancie konanie zastavil a žalovanému nepriznal právo na náhradu trov konania. Súčasne rozhodol o vrátení súdneho poplatku žalobcovi a žalovanému právo na vrátenie súdneho poplatku za odpor proti platobnému rozkazu nepriznal. Rozhodol tak o zastavení konania podľa § 145 ods. 1, C.s.p. a o náhrade trov konania podľa § 256 ods. 1, C.s.p., nakoľko žalovaný podaním doručeným súdu 31.8.2016 oznámil, že si náhradu trov konania neuplatňuje. Žalobcovi vrátil krátený súdny poplatok za návrh podľa § 11 ods. 3 a 4 zák. č. 71/1992 Zb. v znení účinnom od 1.7.2016 a zároveň žalovanému nepriznal právo na vrátenie súdneho poplatku za odpor, čo odôvodnil tým, že v súčasnosti platná a účinná právna úprava zákona o súdnych poplatkoch neupravuje možnosť vrátenia takéhoto súdneho poplatku. 2. Na odvolanie žalovaného v časti, v ktorej mu nebolo priznané právo na vrátenie súdneho poplatku za odpor Krajský súd v Bratislave uznesením z 29.11.2016 č.k. 3Cob/306/2016-114 rozhodol tak, že uznesenie Okresného súdu Bratislava II v Bratislave č.k. 26Cb/147/2015-106 zo dňa 9.9.2016 v napadnutom výroku o nepriznaní práva žalovanému na vrátenie súdneho poplatku za odpor potvrdil a žalobcovi priznal plnú náhradu trov odvolacieho konania. Odvolací súd nepovažoval za dôvodnú v podstatne jedinú konkrétnu námietku uvedenú v odvolaní, najmä, že súd prvej inštancie mal prípadne vrátiť súdny poplatok za odpor v celosti, nakoľko nová právna úprava účinná od 1.7.2016 už odpor proti platobnému rozkazu nespoplatňuje. Tento názor odvolateľa odvolací súd nepovažoval za správny, nakoľko žalobca vzal návrh na začatie konania späť až 11.8.2016, v dôsledku čoho musel súd prvej inštancie pri rozhodovaní postupovať podľa novej právnej úpravy účinnej a platnej ku dňu zastavenia konania - 9.9.2016, podľa ktorej už nemožno súdny poplatok za odpor vrátiť. Keďže žalobca oznámil súdu, že si žiadnu náhradu trov konania neuplatňuje, súd prvej inštancie už nemohol rozhodnúť o náhrade trov konania v časti zaplateného súdneho poplatku za odpor žalobcom. 3. Ústavný súd Slovenskej republiky nálezom č. II. ÚS 99/2018-25 zo dňa 11.7.2018 na základe sťažnosti žalovaného rozhodol tak, že základné právo žalovaného - obchodnej spoločnosti P1, s.r.o. na súdnu ochranu podľa čl. 46 ods. 1, Ústavy Slovenskej republiky a podľa čl. 6 ods. 1 Dohovoru o ochrane ľudských práv a základných slobôd uznesením Krajského súdu v Bratislave č. k. 3Cob/306/2016-114 z 29.11.2016 porušené boli. Uznesenie Krajského súdu v Bratislave č. k. 3Cob/306/2016-114 z 29.11.2016 zrušil a vec vrátil Krajskému súdu v Bratislave na ďalšie konanie, a zároveň uložil Krajskému súd v Bratislave povinnosť uhradiť obchodnej spoločnosti P1, s.r.o., trovy konania v sume 475,05 EUR do dvoch mesiacov od právoplatnosti nálezu, a to na účet jej právneho zástupcu. 4. Ústavný súd konštatoval, že podstatou veci je sťažnostné tvrdenie sťažovateľky, že nevrátenie poplatku za odpor po späťvzatí žaloby podanej proti nej, je v rozpore s právom na súdnu ochranu. Ústavný súd najprv uviedol, že je ústavne súladné s právom na prístup k súdu podmieniť takýto prístup súdnym poplatkom. Je však aj pravdou, že v Slovenskej republike tieto poplatky, a to zvlášť za opravné prostriedky, nie sú nízke. Ústavný súd taktiež akcentoval, že podporuje snahu okresného súdu a krajského súdu nachádzať zákonnú právnu oporu k akémukoľvek súdnemu procesnému úkonu, teda podporuje povinnosť napĺňať princíp legality. Taktiež vnímal snahu chrániť fiškálne záujmy štátu. Ústavný súd našiel v súdnej praxi rozhodnutie obidvoch typov: Okresný súd Galanta uznesením sp. zn. 15C/35/2016 z 9. januára 2017 súdny poplatok vrátil. Podobne Okresný súd Zvolen uznesením sp. zn. 10C/364/2015 z 24. augusta 2016. Naopak, Krajský súd v Bratislave uznesením sp. zn. 3Cob/306/2016 z 29. novembra 2016 súdny poplatok nevrátil, avšak v situácii, keď žalobca oznámil súdu, že si žiadnu náhradu trov konania neuplatňuje, a tak súd prvej inštancie už nemohol rozhodnúť o náhrade trov konania v časti zaplateného súdneho poplatku za odpor žalobcom. Ústavný súd však na rozdiel od odporcu právnu oporu pre vrátenie poplatku nachádzal. Vzhľadom na účel poplatku, ktorým je tiež úhrada nákladov štátu za poskytnutie spravodlivosti, možno slovo „vyberajú“ z relevantného § 18f zákona o súdnych poplatkoch vykladať tak, že zahŕňa nielen vyberanie, ale aj vrátenie súdneho poplatku. Tento výklad je potrebné aplikovať o to skôr, že sťažovateľka sa bránila žalobe, a teda nebola jej iniciátorkou. Predstava, že som žalovaný, bránim sa, žalobca vezme žalobu späť a ja prichádzam o nemalé prostriedky bez protihodnoty, nie je v súlade s rozumným výkonom spravodlivosti a v tomto zmysle s komponentom právneho štátu v rámci práva na súdnu ochranu. Rovnakým spôsobom rozhodol ústavný súd v náleze sp. zn. III. ÚS 662/2017 z 20. júna 2018. V každom prípade zákonodarca mal poskytnúť súdu explicitnejší právny základ pre jeho rozhodovanie. Ústavný súd konštatoval, že napadnuté uznesenie je v rozpore so zložkou právneho štátu práva na súdnu ochranu, a preto porušuje označené referenčné normy. 5. Odvolací súd preskúmal odvolaním napadnuté uznesenie súdu prvej inštancie v medziach dôvodov a v rozsahu odvolania podľa § 379 C.s.p. a § 380 C.s.p., bez nariadenia odvolacieho pojednávania (§ 385 C.s.p.), a po oboznámení sa s obsahom spisu a dôvodmi odvolania žalovaného dospel k záveru, že uznesenie súdu prvej inštancie je potrebné v napadnutom výroku o nepriznaní práva žalovanému na vrátenie súdneho poplatku za odpor zrušiť a vec vrátiť v rozsahu zrušenia súdu prvej inštancie na ďalšie konanie. 6. Preskúmaním spisového materiálu súdu prvej inštancie odvolací súd zistil, že súd prvej inštancie napadnutým uznesením konanie zastavil, žalovanému nepriznal právo na náhradu trov konania, rozhodol o vrátení súdneho poplatku žalobcovi a žalovanému právo na vrátenie súdneho poplatku za odpor proti platobnému rozkazu nepriznal. Odvolací súd, viazaný právnym názorom Ústavného súdu SR vysloveným v náleze Ústavného súdu SR č. II. ÚS 99/2018-25 zo dňa 11.7.2018, na základe podaného odvolania žalovaného konštatuje, že súd prvej inštancie nedostatočne zistil skutkový stav veci, a preto nemohol vyvodiť správny právny záver o nemožnosti vrátenia súdneho poplatku za odpor proti platobnému rozkazu. 7. So zreteľom na uvedené odvolací súd uznesenie súdu prvej inštancie v napadnutej časti o nepriznaní práva žalovanému na vrátenie súdneho poplatku za odpor podľa § 389 ods. 1, písm. b) C.s.p. v spojení s § 380 ods. 2, C.s.p. zrušil a podľa § 391 ods. 1, C.s.p. mu vec vrátil v rozsahu zrušenia na ďalšie konanie, v ktorom súd prvej inštancie vec opätovne prejedná v intenciách vyššie uvedeného, najmä v súvislosti s nálezom Ústavného súdu SR, pričom v novom rozhodnutí o veci rozhodne podľa § 396 ods. 3, C.s.p. aj o náhrade trov odvolacieho konania. Poučenie: Proti tomuto uzneseniu odvolanie nie je prípustné. Proti tomuto uzneseniu do volanie nie je prípustné.</w:t>
      </w:r>
    </w:p>
    <w:p/>
    <w:p>
      <w:r>
        <w:t>Zdroj: KAUZIS.SK – https://www.kauzis.sk/judikatura/r/ECLI:SK:KSBA:2018:1214228726.2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