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2Cob/115/2018 z 4. 11. 2018</w:t>
      </w:r>
    </w:p>
    <w:p>
      <w:r>
        <w:t>Opravné uznesenie Krajského súdu Bratislava z 4. novembra 2018, sp. zn. 2Cob/115/2018, ECLI:SK:KSBA:2018:1217211161.2</w:t>
      </w:r>
    </w:p>
    <w:p>
      <w:r>
        <w:t>Súd: Krajský súd Bratislava</w:t>
      </w:r>
    </w:p>
    <w:p>
      <w:r>
        <w:t>Spisová značka: 2Cob/115/2018</w:t>
      </w:r>
    </w:p>
    <w:p>
      <w:r>
        <w:t>ECLI: ECLI:SK:KSBA:2018:1217211161.2</w:t>
      </w:r>
    </w:p>
    <w:p>
      <w:r>
        <w:t>Dátum vydania: 4. 11.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2Cob/115/2018 Identifikačné číslo súdneho spisu: 1217211161 Dátum vydania rozhodnutia: 05. 11. 2018 Meno a priezvisko sudcu, VSÚ: JUDr. Ľubica Břoušková ECLI: ECLI:SK:KSBA:2018:1217211161.2 Opravné uznesenie Krajský súd v Bratislave v senáte zloženom z predsedníčky senátu JUDr. Ľubice Břouškovej a sudkýň JUDr. Oľgy Bahníkovej a JUDr. Ľubice Kriškovej v právnej veci žalobcu: Z. G.Č., E.. XX.XX.XXXX, B. XXXX/X, XXX XX D., právne zastúpený Advokátskou kanceláriou Marko, s.r.o., Gróbska 19, Bernolákovo 900 27, IČO: 36 860 646, proti žalovanému: Pozemné stavby SC, s.r.o., Mliekarenská 1, 821 09 Bratislava, IČO: 43 871 437, právne zastúpený Weis &amp; Partners s.r.o., advokátska kancelária, Ivánska cesta 30/B, 821 04 Bratislava, IČO: 47 234 776, o určenie neplatnosti uznesení valných zhromaždení, o návrhu žalobcu na nariadenie neodkladného opatrenia, takto r o z h o d o l : Odvolací súd o p r a v u j e záhlavie uznesenia Krajského súdu v Bratislave č.k. 2Cob/115/2018-355 zo dňa 25.09.2018 v časti označenia právneho zástupcu žalobcu, ktorý má správne znieť: ,,Advokátska kancelária Marko, s.r.o., Gróbska 19, Bernolákovo 900 27, IČO: 36 860 646“. o d ô v o d n e n i e : 1. Krajský súd v Bratislave vydal dňa 25.09.2018 uznesenie č.k 2Cob/115/2018-355, ktorým potvrdil uznesenie Okresného súdu Bratislava II č.k. 23Cb/40/2017-206 zo dňa 06.06.2018 a žalovanému priznal právo na náhradu trov odvolacieho konania v plnom rozsahu. 2. Na základe podania súdu prvej inštancie zo dňa 26.10.2017 tunajší súd zistil, že v predmetnom uznesení odvolacieho súdu došlo k chybe, keď v záhlaví uznesenia odvolací súd uviedol nesprávne označenie právneho zástupcu žalobcu: Mgr. Alica Mendlová, advokátka, Riečna 2, 811 02 Bratislava. Zo súdneho spisu vyplýva, že právny zástupcom žalobcu je Advokátska kancelária Marko, s.r.o.. Z uvedeného dôvodu prišlo ku zmene právneho zástupcu žalobcu v záhlaví uznesenia odvolacieho súdu, ktorý má správne znieť: ,,Advokátska kancelária Marko, s.r.o., Gróbska 19, Bernolákovo 900 27, IČO: 36 860 646“. 3. Podľa ust. § 224 Civilného sporového poriadku súd kedykoľvek aj bez návrhu opraví v rozhodnutí chyby v písaní a počítaní, ako aj iné zrejmé nesprávnosti. O oprave súd vydá opravné uznesenie, ktoré doručí subjektom konania. 4. Vzhľadom na to, že pri písomnom vyhotovení uznesenia odvolacieho súdu došlo k chybe v písaní v názve právneho zástupcu žalobcu, odvolací súd túto zrejmú nesprávnosť opravil tak, ako je uvedené vo výroku tohto uznesenia.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https://www.kauzis.sk/judikatura/r/ECLI:SK:KSBA:2018:1217211161.2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