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14Co/170/2018 z 22. 7. 2018</w:t>
      </w:r>
    </w:p>
    <w:p>
      <w:r>
        <w:t>Uznesenie Krajského súdu Bratislava z 22. júla 2018, sp. zn. 14Co/170/2018, ECLI:SK:KSBA:2018:1217220187.2</w:t>
      </w:r>
    </w:p>
    <w:p>
      <w:r>
        <w:t>Súd: Krajský súd Bratislava</w:t>
      </w:r>
    </w:p>
    <w:p>
      <w:r>
        <w:t>Spisová značka: 14Co/170/2018</w:t>
      </w:r>
    </w:p>
    <w:p>
      <w:r>
        <w:t>ECLI: ECLI:SK:KSBA:2018:1217220187.2</w:t>
      </w:r>
    </w:p>
    <w:p>
      <w:r>
        <w:t>Dátum vydania: 22. 7.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14Co/170/2018 Identifikačné číslo súdneho spisu: 1217220187 Dátum vydania rozhodnutia: 23. 07. 2018 Meno a priezvisko sudcu, VSÚ: JUDr. Katarína Javorčíková ECLI: ECLI:SK:KSBA:2018:1217220187.2 Uznesenie Krajský súd v Bratislave v senáte zloženom z predsedníčky JUDr. Kataríny Javorčíkovej a členiek JUDr. Dariny Kuchtovej a Mgr. Barbory Bartekovej v právnej veci žalobcu: Hlavné mesto SR Bratislava, Primaciálne nám. 1, Bratislava, proti žalovanému: A.. Ľ. H., X. XF, L., o vydanie bezdôvodného obohatenia a o späťvzatí žaloby v konaní vedenom na Okresnom súde Bratislava II v Bratislave pod sp. zn. 50C/88/2017, takto r o z h o d o l : Odvolací súd vo veci p r i p ú š ť a späťvzatie žaloby, rozsudok Okresného súdu Bratislava II v Bratislave pod č.k. 50C/88/2017-47 zo dňa 23.05.2018 z r u š u j e a konanie vo veci z a s t a v u j e . Žalobca má nárok na náhradu trov prvoinštančného a odvolacieho konania v celom rozsahu. o d ô v o d n e n i e : 1. Žalobou doručenou súdu dňa 20.12.2017 sa žalobca domáhal voči žalovanému vydania bezdôvodného obohatenia vo výške 85,50 eur s príslušenstvom. Vo veci súd prvej inštancie rozhodol rozsudkom č. k. 50C/88/2017-47 zo dňa 23.05.2018 tak, že žalobe vyhovel v celom rozsahu a žalovaného zaviazal nahradiť žalobcovi trovy konania v plnej výške. 2. Po vyhlásení rozsudku, pred jeho písomným vyhotovením, žalobca podaním doručeným súdu prvej inštancie dňa 29.05.2018 vzal žalobu späť v celom rozsahu. Ako dôvod späťvzatia uviedol, že žalovaný uhradil žalovanú istinu aj s príslušenstvom v celej žalovanej výške. Navrhol, aby odvolací súd pripustil vo veci späťvzatie žaloby a konanie vo veci zastavil. Súčasne žiadal nahradiť mu zaplatený súdny poplatok za podanie žaloby. 3. Súd prvej inštancie vo veci vypracoval písomné vyhotovenie rozsudku a dňa 12.06.2018 predložil vec odvolaciemu súdu na postup podľa § 370 Civilného sporového poriadku (ďalej len „CSP“). 4. Podľa § 370 ods. 1 CSP, ak je žaloba vzatá späť po rozhodnutí súdu prvej inštancie, ale skôr, ako rozhodnutie nadobudlo právoplatnosť, odvolací súd rozhodne o pripustení späťvzatia. Podľa § 370 ods. 2 CSP, súd späťvzatie žaloby nepripustí, ak s tým protistrana z vážnych dôvodov nesúhlasí. Ak späťvzatie žaloby pripustí, odvolací súd zruší rozhodnutie súdu prvej inštancie a konanie zastaví. 5. Dňa 19.06.208 odvolací súd vrátil vec súdu prvej inštancie s úpravou, aby písomne vyhotovený rozsudok doručil stranám sporu podľa § 223 CSP a žalovanému súčasne doručil aj podanie žalobcu o späťvzatí žaloby s výzvou podľa § 370 ods. 2 CSP, aby sa vyjadril, či so späťvzatím žaloby a zastavením konania súhlasí. 6. Súd prvej inštancie po splnení úpravy odvolacieho súdu opätovne predložil vec na rozhodnutie o späťvzatí žaloby dňa 18.07.2018. Žalovaný sa k späťvzatiu žaloby a jeho dôvodom nevyjadril. 7. Odvolací súd preto v súlade s § 370 ods. 1 CSP pripustil vo veci späťvzatie žaloby, zrušil rozsudok súdu prvej inštancie a konanie vo veci zastavil. 8. Podľa § 396 ods. 1 CSP, ustanovenia o trovách konania pred súdom prvej inštancie sa použijú aj na odvolacie konanie. Podľa § 262 ods. 1 CSP, o nároku na náhradu trov konania rozhodne aj bez návrhu súd v rozhodnutí, ktorým sa konanie končí. Podľa § 256 ods. 1 CSP, ak strana procesne zavinila zastavenie konania, súd prizná náhradu trov konania protistrane. Podľa § 256 ods. 2 CSP ak strana konania procesne zavinila trovy konania, ktoré by inak neboli vznikli, súd prizná náhradu trov protistrane. 9. Žalobca späťvzatím žaloby procesne zavinil zastavenie konania, avšak z dôvodu na strane žalovaného, ktorý v priebehu súdneho konania uhradil žalovanú pohľadávku aj s príslušenstvom. Odvolací súd preto priznal žalobcovi podľa § 256 ods. 2 CSP náhradu trov prvoinštančného a odvolacieho konania, o výške ktorých rozhodne súd prvej inštancie podľa § 262 ods. 2 CSP. 10. Toto rozhodnutie prijal senát odvolacieho súdu pomerom hlasov 3 : 0. Poučenie: Proti tomuto uzneseniu odvolanie nie je prípustné.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- dovolací návrh (§ 428 CSP).</w:t>
      </w:r>
    </w:p>
    <w:p/>
    <w:p>
      <w:r>
        <w:t>Zdroj: KAUZIS.SK – https://www.kauzis.sk/judikatura/r/ECLI:SK:KSBA:2018:1217220187.2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