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5Co/17/2014 z 23. 4. 2018</w:t>
      </w:r>
    </w:p>
    <w:p>
      <w:r>
        <w:t>Rozsudok Krajského súdu Bratislava z 23. apríla 2018, sp. zn. 5Co/17/2014, ECLI:SK:KSBA:2018:1310201289.2</w:t>
      </w:r>
    </w:p>
    <w:p>
      <w:r>
        <w:t>Súd: Krajský súd Bratislava</w:t>
      </w:r>
    </w:p>
    <w:p>
      <w:r>
        <w:t>Spisová značka: 5Co/17/2014</w:t>
      </w:r>
    </w:p>
    <w:p>
      <w:r>
        <w:t>ECLI: ECLI:SK:KSBA:2018:1310201289.2</w:t>
      </w:r>
    </w:p>
    <w:p>
      <w:r>
        <w:t>Dátum vydania: 23. 4. 2018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5Co/17/2014 Identifikačné číslo súdneho spisu: 1310201289 Dátum vydania rozhodnutia: 24. 04. 2018 Meno a priezvisko sudcu, VSÚ: JUDr Janka Richterová ECLI: ECLI:SK:KSBA:2018:1310201289.2 ROZSUDOK V MENE SLOVENSKEJ REPUBLIKY Krajský súd v Bratislave v senáte zloženom z predsedníčky senátu JUDr. Janky Richterovej a členov senátu JUDr. Juraja Považana a JUDr. Milana Chalupku v právnej veci žalobcu: B. B., Z.. XX.XX.XXXX, B. V. B., K. Č..XX/C, zastúpeného JUDr. Oliverom Balážom, advokátom so sídlom v Bratislave, Zámocká č. 10, proti žalovanej: D. G., Z.. XX.XX.XXXX, B. V. B., Č. Č.. XX, o zaplatenie 4 200 € s prísl., na odvolanie žalovanej proti rozsudku Okresného súdu Bratislava III zo dňa 25. septembra 2013 č.k. 7C/143/10-232, takto r o z h o d o l : Odvolací súd rozsudok súdu prvej inštancie p o t v r d z u j e . Žalobcovi p r i z n á v a náhradu trov odvolacieho konania v rozsahu 100 %. o d ô v o d n e n i e : 1.Napadnutým rozsudkom súd prvej inštancie uložil žalovanej povinnosť zaplatiť dlh z pôžičky spolu s dohodnutým úrokom i s úrokom z omeškania podľa § 657 a 658 ods. 1 OZ, keď dospel k záveru, že žalobca preukázal uzavretie písomnej zmluvy o pôžičke v uplatnenej výške. Spornou zostala len okolnosť, či peniaze fyzicky prevzala žalovaná alebo jej vtedajší priateľ F. Š. (podľa žalovanej). Po vykonanom dokazovaní dospel k záveru, že žalobca uniesol dôkazné bremeno v tejto otázke, na rozdiel od žalovanej, ktorá nepreukázala, že išlo o dissimulovaný právny úkon, resp. že peniaze od žalobcu neprevzala. Ňou navrhovaný svedok P. M. v trestom konaní uviedol, že nebol priamym svedkom pôžičky, len mal vedomosť, že Š. si chcel od B. požičať peniaze a išli podpísať pôžičku aj so žalovanou. Nebol svedkom odovzdania peňazí žalobcom Š. alebo žalovanej, nevedel o akú sumu išlo a na aký účel, preto tohto svedka (na neznámom mieste v zahraničí) v konaní nevypočul a druhý žalovanou navrhovaný svedok F. Š. sa nachádzal vo väzbe a ako obvinený v trestnom konaní sa rozhodol nevypovedať. Žalobcovi priznal tiež náhradu trov konania. 2.Proti tomuto rozsudku podala včas odvolanie žalovaná. Žiadala pre nedostatočne vykonané dokazovanie napadnutý rozsudok zrušiť a vec vrátiť súdu prvej inštancie na ďalšie konanie. Predovšetkým vyčítala súdu, že nevypočul ňou navrhovaných svedkov F. Š. a P. M., ktorý síce žije v Amerike ale je ochotný vypovedať pred súdom a písomnú výpoveď tohto svedka, ktorú súd vzal do úvahy, nie je úplná. 3.Žalobca navrhol napadnutý rozsudok ako vecne správny potvrdiť. 4.Odvolací súd prejednal odvolanie žalovanej v rozsahu a z dôvodov v ňom vymedzených (§ 470 ods. 1 a § 379 a § 380 ods. 1 CSP) a dospel k záveru, že je neopodstatnené. 5.Zmluvou o pôžičke (mutuum) veriteľ prenecháva dlžníkovi veci určené podľa druhu, najmä peniaze a dlžník sa zaväzuje vrátiť po uplynutí dohodnutej doby vrátiť veci rovnakého druhu (§ 657 OZ). Ide o reálnu zmluvu, k vzniku pôžičky je potrebné odovzdanie veci dlžníkovi, preto z hľadiska pasívnej legitimácie žalovanej bolo podstatné, či došlo k odovzdaniu peňazí žalovanej. 6.Súd prvej inštancie vykonal dokazovanie v dostatočnom rozsahu, z ktorého vyvodil i zodpovedajúce závery o tom, že žalobca ako veriteľ zo zmluvy o pôžičke uniesol dôkazné bremeno v otázke jej existencie v žalovanom rozsahu a poskytnutia žalovanej. 7.Rovnako dospel k správnemu záveru o tom, že žalovaná nepreukázala svoju obranu, pokiaľ tvrdila, že peniaze od žalobcu neprevzala ale išlo o pôžičku pre jej priateľa F. Š.. 8.Predovšetkým súd prvej inštancie správne vzal do úvahy, že písomná zmluva o pôžičke je riadne podpísaná žalovanou (žalobcu poznala z jeho podnikania), táto i vypísala príjmový pokladničný doklad, v ktorom potvrdila prevzatie pôžičky. 9.Súd prvej inštancie nepochybil, keď nevypočul žalovanou navrhovaných svedkov, a to s ohľadom na existenciu trestného stíhania a výsluchy oboch svedkov v trestnom konaní. F. Š. ako obvinený v trestnom konaní nevypovedal, možno preto dôvodne predpokladať, že by nevypovedal ani v civilnom konaní. Svedok P. M. podľa výpovede v trestnom konaní nebol prítomný odovzdania peňazí žalobcom. Súd prvej inštancie pritom správne poukázal na skutočnosť, že žalovaná s F. Š. v čase poskytnutia pôžičky žila v spoločnej domácnosti a pôžička sa mala týkať nájomného na luxusný byt, v ktorom spolu žili, resp. mienili žiť. 10.Z týchto dôvodov odvolací súd napadnutý rozsudok súdu prvej inštancie ako vecne správny potvrdil (§ 387 ods. 1 CSP). 11.V odvolacom konaní úspešnému žalobcovi priznal náhradu trov konania (§ 396 ods. 1 v spojení s § 255 ods. 1 CSP). 12.Rozhodnutie bolo prijaté senátom odvolacieho súdu jednomyseľne.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https://www.kauzis.sk/judikatura/r/ECLI:SK:KSBA:2018:1310201289.2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