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4To/78/2018 z 2. 9. 2018</w:t>
      </w:r>
    </w:p>
    <w:p>
      <w:r>
        <w:t>Uznesenie Krajského súdu Bratislava z 2. septembra 2018, sp. zn. 4To/78/2018, ECLI:SK:KSBA:2018:1315010110.2</w:t>
      </w:r>
    </w:p>
    <w:p>
      <w:r>
        <w:t>Súd: Krajský súd Bratislava</w:t>
      </w:r>
    </w:p>
    <w:p>
      <w:r>
        <w:t>Spisová značka: 4To/78/2018</w:t>
      </w:r>
    </w:p>
    <w:p>
      <w:r>
        <w:t>ECLI: ECLI:SK:KSBA:2018:1315010110.2</w:t>
      </w:r>
    </w:p>
    <w:p>
      <w:r>
        <w:t>Dátum vydania: 2. 9. 2018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4To/78/2018 Identifikačné číslo súdneho spisu: 1315010110 Dátum vydania rozhodnutia: 03. 09. 2018 Meno a priezvisko sudcu, VSÚ: JUDr. Tibor Kubík ECLI: ECLI:SK:KSBA:2018:1315010110.2 Uznesenie Krajský súd v Bratislave predsedom senátu JUDr. Tiborom Kubíkom v trestnej veci obžalovaného B. W., stíhaného pre trestný čin podvodu podľa § 250 ods. 1 ods. 5 Trestného zákona č. 140/1961 Z.z. a iné, o odvolaní Krajského prokurátora v Bratislave proti rozsudku Okresného súdu Bratislava III, sp. zn. 1T/32/2015 zo dňa 22. 03. 2018, v Bratislave dňa 03. 09. 2018 takto r o z h o d o l : Podľa § 312 ods. 4 Trestného poriadku predseda senátu odvolacieho súdu berie na vedomie späťvzatie odvolania krajským prokurátorom, urobené písomným podaním zo dňa 30. 05. 2018. o d ô v o d n e n i e : Rozsudkom Okresného súdu Bratislava III zo dňa 22. 03. 2018, sp. zn. 1T/32/2015. bol obžalovaný B. W. uznaný vinným zo spáchania trestného činu podvodu podľa § 250 ods. 1 ods. 4 písm. b/ Trestného zákona č. 140/1961 Z.z., prečinu podvodu podľa § 221 ods. 1 Trestného zákona a pokračovacieho prečinu podvodu podľa § 221 ods. 1 ods. 2 Trestného zákona na skutkovom základe v ňom uvedenom. Za to bol obžalovanému uložený podľa § 250 ods. 1 ods. 4 Trestného zákona č. 140/1961 Z.z. úhrnný trest odňatia slobody vo výmere 2 roky, výkon ktorého bol podľa § 58 ods. 1 písm. a/ a § 59 ods. 1 Trestného zákona č. 140/1961 Z.z. podmienečne odložený na skúšobnú dobu v trvaní 5 rokov. Proti tomuto rozsudku podal v lehote ustanovenej v § 309 ods. 1 Trestného poriadku odvolanie krajský prokurátor i obžalovaný B. W.. Dňa 19. 07. 2018 bola vec prvostupňovým súdom predložená odvolaciemu súdu na rozhodnutie o odvolaní obžalovaného, pričom zo spisového materiálu je zrejmé, že krajský prokurátor zobral odvolanie späť písomným podaním, doručeným prvostupňovému súdu dňa 30. 05. 2018. Podľa § 312 ods. 2 Trestného poriadku osoba, ktorá odvolanie podala, môže ho výslovným vyhlásením vziať späť, a to až do doby, než sa odvolací súd odoberie na záverečnú poradu. Odvolanie prokurátora môže vziať späť i nadriadený prokurátor. Podľa § 312 ods. 4 Trestného poriadku vzatie odvolania späť vezme uznesením na vedomie predseda senátu odvolacieho súdu, a ak nebola vec doteraz tomuto súdu predložená, predseda senátu súdu prvého stupňa. Vzhľadom na vyššie citované ustanovenia predseda senátu odvolacieho súdu vzal na vedomie späťvzatie odvolania prokurátorom. Poučenie: Proti tomuto rozhodnutiu nie je prípustný riadny opravný prostriedok.</w:t>
      </w:r>
    </w:p>
    <w:p/>
    <w:p>
      <w:r>
        <w:t>Zdroj: KAUZIS.SK – https://www.kauzis.sk/judikatura/r/ECLI:SK:KSBA:2018:1315010110.2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