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9Sp/134/2015 z 5. 12. 2018</w:t>
      </w:r>
    </w:p>
    <w:p>
      <w:r>
        <w:t>Uznesenie Krajského súdu Bratislava z 5. decembra 2018, sp. zn. 9Sp/134/2015, ECLI:SK:KSBA:2018:1315215931.2</w:t>
      </w:r>
    </w:p>
    <w:p>
      <w:r>
        <w:t>Súd: Krajský súd Bratislava</w:t>
      </w:r>
    </w:p>
    <w:p>
      <w:r>
        <w:t>Spisová značka: 9Sp/134/2015</w:t>
      </w:r>
    </w:p>
    <w:p>
      <w:r>
        <w:t>ECLI: ECLI:SK:KSBA:2018:1315215931.2</w:t>
      </w:r>
    </w:p>
    <w:p>
      <w:r>
        <w:t>Dátum vydania: 5. 12.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9Sp/134/2015 Identifikačné číslo súdneho spisu: 1315215931 Dátum vydania rozhodnutia: 06. 12. 2018 Meno a priezvisko sudcu, VSÚ: JUDr. Beata Jurgošová ECLI: ECLI:SK:KSBA:2018:1315215931.2 Uznesenie Krajský súd v Bratislave v právnej veci navrhovateľa: PALMY DEAL, s.r.o., Gorkého 3, 811 01 Bratislava, právn. zást. JUDr. Michalom Andrejšinom, advokátom, Staré Grunty 326A, 841 04 Bratislava, proti odporcovi: Obec Chorvátsky Grob, Nám. Josipa Andriča 17, 900 25 Chorvátsky Grob, za účasti: K. F., P. XX/B, XXX XX M. D., o preskúmanie zákonnosti rozhodnutia odporcu číslo: 5797/2015/RV zo dňa 01.06.2015, takto r o z h o d o l : Súd konanie zastavuje. Žiaden z účastníkov nemá právo na náhradu trov konania. o d ô v o d n e n i e : Navrhovateľ podal opravný prostriedok proti rozhodnutiu odporcu číslo: 5797/2015/RV zo dňa 01.06.2015. Napadnutým rozhodnutím o predbežnom opatrení: PALMY DEAL, s.r.o., Gorkého 3, 811 01 Bratislava, ako aj iným tretím osobám zakázal vykonať prehradenie pozemkov parc. č. XXXX/X, XXXX/ X C. XXXX/X, katastrálne územie M. D., okres Senec (ďalej „parcely“) - prekážkou (rampa, závora, iná mechanická prekážka). Podaním zo dňa 03.12.2018 právny zástupca navrhovateľa oznámil, že došlo medzi účastníkmi konania k mimosúdnej dohode. Uvedené konanie navrhovateľ berie v celom rozsahu späť a žiada zastaviť konanie. Podľa § 492 ods. 1 zákona č. 162/2015 Z.z. Správneho súdneho poriadku konania podľa tretej hlavy piatej časti Občianskeho súdneho poriadku začaté predo dňom nadobudnutia účinnosti tohto zákona sa dokončia podľa doterajších predpisov. Súd podľa § 250d ods. 3 v spojení s § 250h ods. 2 a § 250l ods. 2 zákona č. 99/1963 Z. z. Občianskeho súdneho poriadku (ďalej len „O.s.p.“)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https://www.kauzis.sk/judikatura/r/ECLI:SK:KSBA:2018:1315215931.2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