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5Co/77/2018 z 28. 3. 2018</w:t>
      </w:r>
    </w:p>
    <w:p>
      <w:r>
        <w:t>Uznesenie Krajského súdu Bratislava z 28. marca 2018, sp. zn. 5Co/77/2018, ECLI:SK:KSBA:2018:1315224320.1</w:t>
      </w:r>
    </w:p>
    <w:p>
      <w:r>
        <w:t>Súd: Krajský súd Bratislava</w:t>
      </w:r>
    </w:p>
    <w:p>
      <w:r>
        <w:t>Spisová značka: 5Co/77/2018</w:t>
      </w:r>
    </w:p>
    <w:p>
      <w:r>
        <w:t>ECLI: ECLI:SK:KSBA:2018:1315224320.1</w:t>
      </w:r>
    </w:p>
    <w:p>
      <w:r>
        <w:t>Dátum vydania: 28.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5Co/77/2018 Identifikačné číslo súdneho spisu: 1315224320 Dátum vydania rozhodnutia: 29. 03. 2018 Meno a priezvisko sudcu, VSÚ: JUDr. Milan Chalupka ECLI: ECLI:SK:KSBA:2018:1315224320.1 Uznesenie Krajský súd v Bratislave v senáte zloženom z predsedu senátu JUDr. Milana Chalúpku a členov senátu JUDr. Juraja Považana a JUDr. Janky Richterovej vo veci žalobcu: Y. J., E.. XX.XX.XXXX, I.: X. XX, I., prechodne I. P. XX/XX, Z., proti žalovanému: BTG HOLDING s.r.o, IČO: 35 759 089, Ľubochnianska č. 9, Bratislava, v zast.: JUDr. Peter Krivák, advokát so sídlom: Gajová 13, Bratislava, o zaplatenie 2.154,780 eur s príslušenstvom, na odvolanie žalobcu proti uzneseniu Okresného súdu Bratislava III, č.k. 45C/709/2015-208 z 18.10.2016, takto r o z h o d o l : Odvolací súd napadnuté uznesenie súdu prvej inštancie v spojení s opravným uznesením Okresného súdu Bratislava III, č.k. 45C/709/2015-217 zo dňa 16.11.2016 p o t v r d z u j e . Žalovanému sa priznáva náhrada trov odvolacieho konania v rozsahu 100%. o d ô v o d n e n i e : 1. Napadnutým uznesením súd prvej inštancie konanie zastavil. Žalovanému priznal nárok na náhradu trov konania v rozsahu 100%. 2. Svoje rozhodnutie súd prvej inštancie právne odôvodnil podľa § 144, § 145 ods. 1, § 146 ods. 1, § 470 ods. 1, 2 C.s.p. a vecne tým, že žalobca podanou žalobou doručenou súdu prvej inštancie dňa 14,12.2015 domáhal od žalovaného zaplatenia sumy 5.655.694,59 eur spolu s úrokom z omeškania vo výške 9% odo dňa 10.12.2015 do zaplatenia a náhrady trov konania. 3. Žalovaný v písomnom podaní doručenom súdu dňa 12.05.2016 žiadal žalobu ako nedôvodnú v celom rozsahu zamietnuť. 4. Žalobca pred otvorením pojednávania dňa 18.10.2016 vzal žalobu v celom rozsahu späť. 5. Zavinenie zastavenia konania treba posudzovať len z procesného hľadiska, podľa procesného výsledku a nie podľa úspechu vo veci v súvislosti s rozhodnutím vo veci samej. 6. Keďže žalobca vzal žalobu späť z procesného hľadiska zavinil zastavenie konania nakoľko žalobu nevzal späť pre správanie sa žalovaného, preto súd žalovanému priznal náhradu trov konania v rozsahu 100% trov konania. 7. Proti predmetnému rozhodnutiu súdu prvej inštancie podal odvolanie žalobca, ktorý uvádza, že súd prvej inštancie nesprávne tvrdí, že sa od žalovaného domáha 5.655.694,94 eur s príslušenstvom, nakoľko sa správne domáha 2.154780 eur. Vzhľadom na uvedené žalobca žiada, aby odvolací súd napadnuté uznesenie súdu prvej inštancie zrušil. 8. Odvolací súd, viazaný rozsahom (§ 379 C.s.p.) a odvolacími dôvodmi odvolania (§ 380 ods. 1 C.s.p.), preskúmal vec bez nariadenia odvolacieho pojednávania, (§ 385 ods. 1 C.s.p.) a dospel k záveru, že odvolanie žalobcu nie je opodstatnené. 9.Vzhľadom na skutočnosť, že odvolací súd sa v celom rozsahu stotožňuje i s odôvodnením napadnutého uznesenia súdu prvej inštancie, obmedzil odvolací súd odôvodnenie potvrdzujúceho rozhodnutia na konštatovanie správnosti dôvodov uvedených súdom prvej inštancie v zmysle ust. § 387 ods. 2 C.s.p. 10. Pre doplnenie odvolací súd uvádza, že žalobca v rámci svojho odvolania neuvádza žiadne námietky, ktoré by spochybňovali vecnú správnosť napadnutého rozhodnutia súdu prvej inštancie. 11. Vzhľadom na vyššie uvedené odvolací súd napadnuté uznesenie súdu prvej inštancie podľa § 387 ods. 1 C. s. p. ako vecne správne potvrdil. 12. O trovách odvolacieho konania rozhodol súd podľa § 396 ods. 1 C. s. p. v spojení s § 255 ods. 1 C. s. p. V odvolacom konaní súd vzhľadom na to, že potvrdil napadnuté uznesenie súdu prvej inštancie úspešnému žalovanému náhradu trov odvolacieho konania priznáva v rozsahu 100%,. O výške náhrady trov konania rozhodne súd prvej inštancie po právoplatnosti rozhodnutia, ktorým sa konanie končí, samostatným uznesením ( § 262 ods. 2 C.s.p.j. 13.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ods.l C.s.p.). Dovolanie môže podať strana, v ktorej neprospech bolo rozhodnutie vydané ( § 424 C.s.p.). Dovolanie sa podáva v lehote dvoch mesiacov od doručenia rozhodnutia odvolacieho súdu oprávnenému subjektu na súde, ktorý rozhodoval v prvej inštancii ( § 427 ods.l prvá veta C.s.p.). Dovolanie je podané včas aj vtedy, ak bolo v lehote podané na príslušnom odvolacom alebo dovolacom súde ( § 427 ods.2 C.s.p. )• Dovolateľ musí byť v dovolacom konaní zastúpený advokátom. Dovolanie a iné podania dovolateľa musia byť spísané advokátom ( § 429 ods. 1 C.s.p.).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C.s.p.). Dovolanie prípustné podľa § 420 možno odôvodniť iba tým, že v konaní došlo k vade uvedenej v tomto ustanovení ( § 431 ods.l C.s.p.). Dovolací dôvod sa vymedzí tak, že dovolateľ uvedie, v čom spočíva táto vada ( § 431 ods.2 C.s.p. ). Dovolanie prípustné podľa § 421 možno odôvodniť iba tým, že rozhodnutie spočíva v nesprávnom právnom posúdení veci ( § 432 ods. 1 C.s.p.). Dovolací dôvod sa vymedzí tak, že dovolateľ uvedie právne posúdenie veci, ktoré pokladá za nesprávne, a uvedie, v čom spočíva nesprávnosť tohto právneho posúdenia ( § 432 ods.2 C.s.p.).</w:t>
      </w:r>
    </w:p>
    <w:p/>
    <w:p>
      <w:r>
        <w:t>Zdroj: KAUZIS.SK – https://www.kauzis.sk/judikatura/r/ECLI:SK:KSBA:2018:1315224320.1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