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20CoP/15/2018 z 6. 2. 2018</w:t>
      </w:r>
    </w:p>
    <w:p>
      <w:r>
        <w:t>Uznesenie Krajského súdu Bratislava z 6. februára 2018, sp. zn. 20CoP/15/2018, ECLI:SK:KSBA:2018:1316202866.2</w:t>
      </w:r>
    </w:p>
    <w:p>
      <w:r>
        <w:t>Súd: Krajský súd Bratislava</w:t>
      </w:r>
    </w:p>
    <w:p>
      <w:r>
        <w:t>Spisová značka: 20CoP/15/2018</w:t>
      </w:r>
    </w:p>
    <w:p>
      <w:r>
        <w:t>ECLI: ECLI:SK:KSBA:2018:1316202866.2</w:t>
      </w:r>
    </w:p>
    <w:p>
      <w:r>
        <w:t>Dátum vydania: 6. 2. 2018</w:t>
      </w:r>
    </w:p>
    <w:p>
      <w:r>
        <w:t>Forma: Uznesenie</w:t>
      </w:r>
    </w:p>
    <w:p>
      <w:pPr>
        <w:pStyle w:val="Heading2"/>
      </w:pPr>
      <w:r>
        <w:t>Text rozhodnutia</w:t>
      </w:r>
    </w:p>
    <w:p>
      <w:r>
        <w:t>Súd: Krajský súd Bratislava Spisová značka: 20CoP/15/2018 Identifikačné číslo súdneho spisu: 1316202866 Dátum vydania rozhodnutia: 07. 02. 2018 Meno a priezvisko sudcu, VSÚ: JUDr. Michaela Králová ECLI: ECLI:SK:KSBA:2018:1316202866.2 Uznesenie Krajský súd v Bratislave v senáte zloženom z predsedníčky senátu JUDr. Michaely Královej a členov senátu JUDr. Dariny Kriváňovej a JUDr. Ivany Jahnovej vo veci starostlivosti súdu o maloleté dieťa: J. G., J. O. XX.XX.XXXX, bytom u matky, zastúpená kolíznym opatrovníkom: Úrad práce, sociálnych vecí a rodiny Bratislava, Vazovova 7/A, Bratislava, dieťa rodičov - matka: F.. I. G. Y., J. O. XX.XX.XXXX, Y. G. V. XX, G., otec: F.. Z. G., J. O. XX.XX.XXXX, Y. G. G. XX/X/X, E. M. O. O. XXXX, Y.. Č.. G. G. XXXX/XX, N., o návrhu otca na nariadenie neodkladného opatrenia, na odvolanie matky proti uzneseniu Okresného súdu Bratislava III. zo dňa 08. júna 2017, č. k. 51P 41/2016 - 431, takto r o z h o d o l : Odvolací súd uznesenie Okresného súdu Bratislava III. zo dňa 08. júna 2017, č. k. 51P 41/2016 - 431, mení tak, že návrh otca na nariadenie neodkladného opatrenia zamieta. o d ô v o d n e n i e : 1. Okresný súd Bratislava III. uznesením zo dňa 08. júna 2017, č. k. 51P 41/2016 - 431, nariadil neodkladné opatrenie, ktorým dočasne upravil styk otca s maloletou J. G., J. O.Ň. XX.XX.XXXX tak, že otec je oprávnený sa stretávať s maloletým dieťaťom v mesiacoch júl a august vždy od 09:00 hod. piatka 26. týždňa do nedele 20:00 hod. 27. týždňa, od 09:00 hod. štvrtka 29. týždňa do 20:00 hod. soboty 30. týždňa, od 09:00 hod. štvrtka 32. týždňa do 20:00 hod. soboty 33. týždňa a od stredy 35. týždňa do piatka 20:00 hod. 35. týždňa. Súd prvej inštancie určil, že miestom odovzdania a prevzatia maloletého dieťaťa je miesto bydliska matky, pred vchodom do bytového domu. Matka je povinná maloleté dieťa na styk riadne pripraviť. Súd prvej inštancie súčasne určil, že neodkladné opatrenie bude trvať do právoplatného skončenia konania o zmene výkonu rodičovských práv a povinností k maloletému dieťaťu. 2. Súd prvej inštancie v rámci odôvodnenia uviedol, že návrhom na nariadenie neodkladného opatrenia doručeným Okresnému súdu Bratislava III. dňa 26.05.2017, navrhovateľ/otec žiadal o úpravu styku s maloletým dieťaťom. Súd prvej inštancie s prihliadnutím k článku 3 ods.1 Civilného mimosporového poriadku /ďalej len CMP/ v spojení s § 2 ods. 1 CMP posúdil predmetný návrh a priradil ho obsahom a účelom najbližšie k § 325 ods. 2 písm. d) Civilného sporového poriadku /ďalej len CSP/, ako povinnosť matky strpieť styk otca s maloletým dieťaťom. Skutkovo návrh na nariadenie neodkladného opatrenia otec odôvodnil tvrdením, že manželstvo rodičov maloletej bolo rozvedené rozsudkom Okresného súdu Malacky zo dňa 20.04.2015, č.k. 9P/23/2014-182. Maloletá sa narodila v V.. Následne sa presťahovali do N., kde otec vlastní dom. Pred uzavretím manželstva sa rodičia poznali iba krátko. Následne sa začali prejavovať rozdiely ich pováh. Od roku 2014 sa matka aj s maloletou presťahovala do miesta jej súčasného bydliska. Odvtedy sa situácia medzi rodičmi zlepšila, najmä vďaka asistencii psychológa, ÚPSVaR, UNICEF-u a odborníkov Ústavu detskej psychológie a patopsychológie. Úsilie vyvrcholilo do rodičovskej dohody, ktorá bola schválená v konaní o rozvod manželstva. Dohoda funguje. Maloletá je pri styku s otcom poriadku. V súčasnosti je styk otca s maloletou upravený uznesením Okresného súdu Bratislava III. zo dňa 07.07.2016, č. k. 51P/41/2016-196, ktoré nadobudlo právoplatnosť v spojení s uznesením Krajského súdu v Bratislave. Otec má upravený styk každý utorok v kalendárnom týždni od 09:00 hod., do 17:00 hod., každý štvrtok v kalendárnom týždni od 09:00 hod. do 17:00 hod., a každý párny víkend počnúc sobotou od 09:00 hod. do nedele do 18:00 hod. a to vždy tak, že otec si maloleté dieťa prevezme v mieste bydliska matky pred vchodom do bytového domu. Maloletá dobre zvláda prespávanie u otca aj dlhšie pobyty s otcom. Otec nemá upravený styk ani počas prázdnin a sviatkov. V konaní vedenom na súde prvej inštancie pod sp. zn. 51P/41/2016 sa postoj matky k stretávaniu maloletou s otcom viac vyhrotil, takže v súčasnosti nie je predpoklad, že dôjde k dohode o letných prázdninách. Otec sa pokúsil aj za pomoci kolízneho opatrovníka zmeniť stretávanie počas letných prázdnin tak, aby maloletá mohla s každým z rodičov stráviť súvislejšiu letnú dovolenku. Od januára 2017 sa z dôvodu matky prestali realizovať stretnutia u psychologičky. Matka v lete 2016 vôbec nevyužila možnosť ísť s maloletou na dovolenku k moru. Chodí do práce do V. a o maloletú sa stará babka. Minulé leto bol upravený styk s maloletou počas letných prázdnin tak, že otec mohol stráviť s maloletou jeden súvislý týždeň a realizoval sa tiež bežný styk. Maloletá dovolenky s otcom výborne zvládla. Otec sa vie o dieťa postarať. Navrhovaná úprava styku otca s maloletou umožňuje rodičom pripraviť zaujímavý program pre maloletú. 3. Zo správy psychológa referátu poradensko-psychologických služieb Bratislava III. vyplýva, že dňa 18.01.2017 sa realizovalo poradenské stretnutie s rodičmi maloletého dieťaťa. Na uvedenej konzultácii matka zrušila dohody ohľadne styku otca s maloletou a ňou navrhnuté zmeny neboli prijateľné pre otca. Obaja rodičia sa dohodli, že počkajú na rozhodnutie súdu. 4. Súd prvej inštancie v rámci odôvodnenia konštatoval, že právo na styk s maloletým dieťaťom vzniká tomu z rodičov, ktorému neboli maloleté deti zverené do osobnej starostlivosti. V prípade, ak rodičia nie sú schopní sa dohodnúť sa na úprave styku s maloletou, na rad prichádza autoritatívne rozhodnutie súdu, ktorý musí styk s maloletou upraviť, najmä ak sú vzťahy medzi rodičmi natoľko negatívne, že ponechanie riešenia úpravy styku a výkonu rodičovských práv a povinností na ich dohodu môže byť v budúcnosti marené a nerealizované v súlade so záujmami maloletého dieťaťa. Vo veci je evidentná potreba bezodkladnej úpravy pomerov, nakoľko medzi rodičmi maloletého dieťaťa pretrváva konflikt spočívajúci v neschopnosti dohodnúť sa na úprave výkonu rodičovských práv a povinností k maloletej. Súd prvej inštancie mal za to, že striktná a vykonateľná úprava stretávania eliminuje ďalšie potenciálne dohodovanie medzi rodičmi, ktoré by zbytočne zaťažovalo maloletú, preto upravil styk otca s maloletým dieťaťom. Súčasne zdôraznil, že výrok rozhodnutia súdu, ktorým tento ukladá rodičovi, ktorý má dieťa v osobnej starostlivosti, dieťa na styk riadne pripraviť, znamená, že nejde len o prípravu oblečenia, či iných potrieb na stretnutie, ale ide najmä o prípravu psychickú, kde sa dieťa bude na stretnutie s druhým rodičom tešiť a prijímať ich pozitívne (11CoP/243/2013 KS BA). O nároku na náhradu a o výške trov konania rozhodne súd v rozhodnutí, ktorým sa konanie končí v zmysle § 58 CMP. 5. Proti tomuto uzneseniu podala včas odvolanie matka, ktorá v rámci odvolania uviedla, že dňa 18.11.2015 podala návrh na úpravu rodičovských práv a povinností, v ktorom sa domáha, aby súd upravil styk otca s maloletou dcérou J., tam navrhnutým spôsobom, a súčasne otec sa návrhom zo dňa 15.02.2016 domáhal, aby súd zveril maloletú J. do striedavej starostlivosti oboch rodičov. Matka v rámci svojho odvolania uviedla, že v súčasnosti sa otec stretáva s maloletou podľa rozsudku Okresného súdu Malacky sp. zn. 9P/23/2014, podľa ktorého sa otec s maloletou stretáva každý utorok o 09.00 hod do 15.00 hod, každý štvrtok od 09.00 hod do 15.00 hod. a každú párnu sobotu o 09.00 hod nedele do 18.00 hod. Podľa jej názoru je táto úprava stretávania vyhovujúca, ako aj pre maloletú, tak aj pre otca, a preto nariadenie neodkladného opatrenia nevidí ako dôvodné. Matka v rámci svojho odvolania taktiež poukázala na reakcie maloletej ešte v roku 2016, ale aj v súčasnosti ktoré boli také, že sa maloletá bála ísť s ňou von, na vychádzku. Bola napätá, začala plakať, pýtala sa na ruky, keď ich niekto, hoci aj známy oslovil. Prestala spávať v svojej postieľke, v noci kontrolovala, či je matka pri nej, dokonca s ňou aj spí. Začiatkom apríla 2016 poukázala matka na incident, ktorý sa udial tak, že si išla maloletú vziať z vychádzky, navrhovateľ do nej bezdôvodne silno narážal kočíkom, pokračoval v tom, aj keď mu povedala, aby to nerobil a prestal, až keď ho okríkla jej mama. Potom utiekol von na ulicu, keď za ním vybehla povedala mu, aby sa choval slušne a on jej ukázal urážlivé gesto. Matka zdôraznila, že navrhovateľ používa nepravdivé informácie o čase strávenom matkou s maloletou a tiež o jej práci, ktorú vykonáva na čiastočný pracovný úväzok, keďže nemá inú možnosť, pretože štátom určené dávky nedokážu ani zďaleka zabezpečiť ju a maloletú. Napriek práci trávi s maloletou veľa času. Dovolenku súd určil tak, že víkendy nepárne (jej víkend s J.), kedy nepracuje nie je s maloletou a párny víkend (navrhovateľov víkend), kedy pracuje, nemôže teda stráviť s maloletou celý deň. Žiada súd, aby prihliadol na túto skutočnosť, promptne reagoval, nie ako minulý rok, kedy bolo rozhodnutie súdu zrušené až po termíne. Má zato, že vracanie maloletej J. o 20.00 hod je veľmi neskoro. Matke ďalej uviedla, že od narodenia maloletej jej navrhovateľ vyčíta, že nemá syna, ale dcéru. Z tohto vyjadrenia navrhovateľa vyplývala aj jeho správanie voči maloletej. Pravidelne maloletú vracal z vychádzok neprebalenú, čo spôsobilo podráždenie pokožky a zapareniny. Maloletá sa vracala z vychádzok s navrhovateľom vystresovaná, nepokojná a s plačom. Matka má za to, že uvedené potvrdzuje aj odborné vyjadrenie psychológa K.. M. H., K.., na pojednávaní na Okresnom súde Bratislava III. dňa 25.04.2017 sp. zn. 51P/41/2016, v ktorom sa uvádza, že vzhľadom na nízky vek maloletej neodporúča striedavú starostlivosť, primárnou osobou pre maloletú je matka, je naviazaná na jej prítomnosť, je spontánna, ale ako náhle zostane sama je úzkostnejšia, ako predtým, aktuálne nie je v záujme maloletej, aby bola od matky odlúčená na dlhší čas. Keďže matka do zamestnania nastúpila po materskej dovolenku v lete 13. júla 2015 a dovolenky už boli zadelené nemala možnosť mať dovolenku v mesiacoch júl a august, až v septembri 2016. Prvý septembrový týždeň jej navrhovateľ neumožnil vycestovať s maloletou na dovolenku. V júli a v auguste 2016 sa nerealizoval bežný styk, ako uvádza navrhovateľ, len náhradné termíny - nepárne víkendy a mal dva celé týždne dovolenky. Navrhovateľ bol s maloletou jeden týždeň v júli, - 28. týždeň. Navrhovateľ uviedol, že bol s maloletou v U., a následne jeden týždeň v auguste - 32- týždeň, kedy bol navrhovateľ s maloletou na dovolenke na S.. Dovolenka navrhovateľa s maloletou bola určená Okresným súdom Bratislava III. sp. zn. 37P/122/2016 na 28. týždeň a 32. týždeň a Krajským súdom v Bratislave, sp. zn 11CoP 352/2016 boli po termíne zrušené. Matka uviedla, že jej postoj to nevyhrotilo, práve naopak súhlasila s dovolenkou prvý týždeň v júli a prvý týždeň v auguste, o čom informovala aj kolízneho opatrovníka. Matka ďalej uviedla, že to, čo žiada navrhovateľ považuje vzhľadom na vek maloletej a dĺžku času strávenom s ním na dovolenke, respektíve u neho, ako neprimerané. V matka taktiež uviedla, že nie kvôli nej sa prestali realizovať stretnutia u psychologičky, ale ňou navrhnuté termíny neboli navrhovateľom nikdy akceptovaná, nakoľko mu ide len o to, aby bola čo najviac od dcéry odlúčená. Matka ďalej uviedla, že kontaktu navrhovateľa s maloletou, ako ani jeho zvýšeniu nebráni, len vždy žiadala a žiada o rešpektovanie potrieb maloletej. Má za to, že navrhovateľ vytvára zámerné situácie, ktorých účelom je spochybniť to. Na základe uvedeného nesúhlasí s navrhovaným neodkladným opatrením a navrhuje, aby odvolací súd uznesenie Okresného sudu Bratislava III. zo dňa 08.06.2017 sp. zn. 51P/41/2016 zmenil tak, že návrh navrhovateľa na nariadenie neodkladného opatrenia zamietne. 6. Otec sa k odvolaniu matky písomne vyjadril, pričom v rámci svojho vyjadrenia uviedol, že v súčasnosti je rád, že môže informovať súd, že oproti minulosti sa im s matkou darí komunikovať na priamo a rozdielne názory si vyjasňovať mimo ich dcérky. V dôležitých veciach rozhodujúcich pre jej ďalší vývoj sa vedia dohodnúť. Navzájom si umožňujú telefonický kontakt s dcérkou v čase, ak je dlhšie s druhým rodičom. Rovnako sa informujú prostredníctvom sms správ. Tento stav dosiahli hlavne vďaka práci všetkých tých odborníkov, ktorí s nimi pracovali a pracujú, intervenciám kolízneho opatrovníka, ale hlavne vďaka rozhodnutiam súdov, ktorí im jasne určili pravidlá. Vždy doteraz sa osvedčilo, že ak ich s matkou majú jasne súdom stanovené, vedia v rámci nich fungovať v prospech ich dcérky a aj zohľadniť názor druhého rodiča. Tak sa im podarilo zjednotiť sa v prípade prijatia dcérky do materskej škôlky od septembra 2017, čo vzhľadom na plné kapacity škôlok v Bratislave vôbec nebolo jednoduché. Zároveň otec uviedol, že vyšiel požiadavke matky v ústrety a vzhľadom na zabehnutý režim dcérky jej ju odovzdáva o 0,5 hodinu skôr, ako určil súd. Súdne rozhodnutie o úprave styku počas letných prázdnin tak v roku 2016 a o to viac v roku 2017 umožnilo, aby každý z rodičov mal dostatočný priestor pripraviť dcérke nielen zaujímavý program, stráviť čas s rodinou, ale aj ísť s ňou na dovolenku napríklad k moru. Považuje však za veľmi dôležité, že sa umožnilo zažiť dcérke aj všetky činnosti s otcom, počas celého bežného dňa v jeho domácnosti. Od vstávania, cez hygienu, hranie, vzdelávanie dieťaťa, až po povinnosti v domácnosti, ako je upratovanie, nakupovanie, varenie a nakoniec aj nočný spánok (teda komplexný režim dňa). To počas časovo obmedzeného bežného styku cez rok - takto opakovane zažiť nebolo možné. Jediné, čo sa im zatiaľ s matkou nedarí je, aby si pravidlá styku s dcérkou určovali sami, po dohode ich rodičov. Bohužiaľ na to stále ešte potrebujú nestranný orgán - súd. Dcérka je vo veku tak typickom pre deti „obdobím vzdoru“. Otec si myslí, že je to asi tak, ako hovoria učiteľky v škôlke, že netreba veriť všetkému, čo dieťa povie. Otec nie je presvedčený o tom, že ich dcérka sa doslova vyjadruje tak, ako to matka prezentuje. Pre otca je rozhodujúce, že je dcérka šťastná, má pekné detstvo a hlavne má oboch rodičov, ktorí ju milujú. Skutočne nevidí žiaden prospech dcérky na tom, ak sa matka vracia stále do minulosti a prekrúca ju napriek tomu, že uvedené už v minulosti aj prostredníctvom súdu riešili. Otec uviedol, že nerozumie, prečo matka zavádza súd, že sa s maloletou stretáva podľa rozsudku Okresného súdu Malacky sp. zn. 9P/23/2014 a to každý utorok a štvrtok od 09.00 hod do 15:00 hod., keď to vôbec nie je pravda. Jeho styk s dcérkou bol upravený rozhodnutím Okresného súdu Bratislava III. a následne v odvolacom konaní Krajským súdom v Bratislave od septembra 2016 tak, že má styk s dcérkou Ninou každý utorok a štvrtok od 09:00 hod do 17:00 hod. a párne víkendy od soboty 09:00 hod do nedele 18:00 hod. Takto sa aj styk od tej doby realizuje. Otec uviedol, že ich dcérka veľmi dobre a v pohode prežíva preberanie a odovzdávanie druhému rodičovi, je na to zvyknutá od útleho detstva, teší sa, má rada oboch rodičov a už rozoznáva, že s jedným rodičom žije v jednej domácnosti a s druhým v inej. U otca má svoje zázemie, svoju izbu, hračky a oblečenie. Oproti minulosti pomohlo, že matka zmenila svoje správanie a toľko emocionálne a verbálne netlačí na dcérku, detailne ju vypočúvala, nevhodne reagovala a tá potom odmietala k nej ísť. Prejavy dcérky, ktoré matka opisuje v odvolaní nie sú pravdou a sú účelové, nakoľko takto sa v čase, keď sa o dcérku stará on, nikdy neprejavuje a to ani pri odovzdávaní matke, či babke. Verí, že ak by to bola pravda, vedela by to matka preukázať. Dôkazy v jej odvolaní však chýbajú. Je rozhodne účelové a nepravdivé tvrdenie matky, že dcérka sa vracia k matke, či babke od otca vystresovaná a s plačom. Toto v podstate matka kopíruje vo svojich vyjadreniach už od počiatku ich sporov. Naviac svoje tvrdenia opiera o vyjadrenie psychológa K.. H., K.. a neustále vyťahuje z jej správy ešte z roku 2014 útržky a vkladá ich do súčasnosti. Pritom súdu preukázal, že samo vedenie VÚDPaPu mu vzhľadom na „neštandardné" postupy tejto psychologičky odporučilo jej zmenu, čo sa preukázalo aj na súdnom pojednávaní dňa 25.04.2017. Otec uviedol, že od apríla 2014 doteraz pokračuje v spolupráci s K.. Y. z Unicef - LDI a VÚDPaP. K ich spolupráci sa pani doktorka vyjadrila aj na spomenutom súdnom pojednávaní. Ako prebieha spolupráca rodičov s psychológmi sa dostatočne preukázalo rovnako na súdnom pojednávaní dňa 25.04.2017. Matka sama v predloženej dokumentácii súdu preukázala, že sa so psychológom UPSVaR sporí. Jej postoj k odborníkom, ktorí jej nie sú po vôli sa tak jasne preukázal. Matka naviac zavádza súd, ak tvrdí, že sa o nej S.. H. z Unicefu vyjadrila bez toho, aby ju poznala. Práve S.. H. z Unicefu bola fyzicky prítomná na asistovaných prevzatiach dcérky od matky, v čase, kedy mu matka marila styk s dcérkou (december 2014) a mala teda možnosť zažiť matkine prejavy osobne. Súdny spis obsahuje dostatočné množstvo dokumentov, ktoré preukazujú že nie otec, ale práve matka bola v minulosti tá, ktorá sa nevhodne vyjadrovala a správala a tak bola za to riešená aj príslušnými priestupkovými orgánmi. Otec ďalej uviedol, že matka zavádza súd ak tvrdí, že otec matke neumožnil vycestovať s maloletou na dovolenku v lete 2016, pretože ho nikdy o to nežiadala. Otec uviedol, že verí, že by také niečo vedela preukázať. Naopak bola to práve matka, ktorá bránila otcovi, aby s dcérkou k moru vycestoval, a preto žiadal súd o určenie styku počas leta 2016. Veľavravné je aj vtedajšie prehlásenie matky pred kolíznym opatrovníkom, že ona na dovolenky nechodí, prečo by na ne mala chodiť ich dcérka. To, čo zažije J. pri mori, môže zažiť aj tu - slanej vody sa môže napiť aj doma, a tak na dovolenke s dcérkou ani nebola. Stojí to peniaze a tie ona nedá. Aktuálne považuje otec za účelové tvrdenie matky, že súhlasila s dovolenkou jeho a dcérky v 1. týždni v júli a v 1. týždni v auguste 2017. Takúto informáciu s ním nikdy nekomunikovala a to ani sprostredkovane cez kolízneho opatrovníka. Nerozumie prečo sa matka takto snaží odpútavať pozornosť od toho, že s dcérkou na dovolenke nikde nebola, veď aj na výletoch, na ktoré spolu s dcérkou verí, že chodia, sa dá zažiť veľa pekného a to aj na Slovensku. Otec uviedol, že nevie, ako reagovať na kontroverzné tvrdenia matky, ktorá ho na jednej strane obviňuje, že sa s dcérkou o nej nerozpráva, na druhej strane mu zase vkladá do úst výroky, ktoré on nikdy nepovedal. Naviac, do jej fabulácií už zaťahuje aj jeho rodinu, sestru. Na základe uvedeného navrhuje, aby Krajsky súd v Bratislave rozhodnutie Okresného súdu Bratislava III., č. k. 51P/41/2016 - 431 zo dňa 08.06.2017, ktorým bol upravený styk otca s maloletou J. G., počas mesiacov júl a august až do právoplatného skončenia konania o zmene výkonu rodičovských práv a povinností k maloletému dieťaťu v znení, ako ho doručil Okresný súd Bratislava III. potvrdil. 7. Matka sa vyjadrila k vyjadreniu otca a uviedla, že odovzdávanie a preberanie dcérky J. od matky k otcovi a následne od otca k matke prebiehali pokojne a v dobrej atmosfére. I keď otec uvádza, že vo väčšine vecí sa vedia dohodnúť, nepokúsil sa o žiadnu dohodu s ňou ohľadom letných prázdnin, i keď matka kolízneho opatrovníka pána H. z ÚPSVaR-u pred letom 2017 pri jeho návšteve informovala, že súhlasí s letnou dovolenkou v lete 2017 a mali by sa s otcom dohodnúť ohľadom jeho styku s dcérkou v mesiacoch júl a august. Kolízny opatrovník bol v tom čase veľmi zaneprázdnený a medzičasom i súd rozhodol o nariadení neodkladného opatrenia uznesením zo dňa 08.06.2017, voči ktorému matka podala odvolanie. Taktiež uviedla, že hovorila s kolíznym opatrovníkom, že pristúpi aj na dlhšiu spoločnú dovolenku s dcérkou, čo však zatiaľ otec odmieta. Otec vo svojom podaní sám uznal, že 10 dní odlúčenia od ktoréhokoľvek rodiča bolo veľmi dlho. U nej ako matky sa to prejavilo predovšetkým tým, že dcérka po návrate domov nechcela prvé dni vôbec ísť von, ani na ihrisko, ani do obchodu, chcela byť len doma a hlavne vo svoje izbe so všetkými hračkami v posteli. Tieto reakcie máva dcérka aj keď sa vráti domov po krátkej dobe odlúčenia od nej. Uvedené spôsobilo, že si nemohla s dcérkou naplánovať žiadnu dovolenku pri mori, kým bude v tomto stave, a keď ju to po niekoľkých dňoch prešlo, narýchlo zorganizovala krátku dovolenku tu na Slovensku. Boli na termálnom kúpalisku I., kde sa dcérke veľmi páčilo a často si pozerá videá a fotky z tejto dovolenky. Tiež boli u dedka na chalupe na Z. N., ktorý je včelár, a to bol nezabudnuteľný zážitok pre dcérku vidieť úle a prácu so včelami a mať na sebe včelársky oblek. Matka uviedla, že je veľmi rada, že otec akceptoval jej žiadosť, aby dcérku odovzdával namiesto o 20.00 hod. aspoň o pol hodinu skôr, keďže dcérka je ešte malá a o 20.00 hod. je pre ňu dosť neskoro, keďže v tom čase už leží v posteli. To, čo sa jej nepodarilo minulý rok, sa podarilo tento rok, a to nadviazanie a zlepšenie vzájomnej komunikácie, ktorú navrhovala už v lete 2016, kedy jej otec dcérky vôbec nezdvíhal telefón, čo vie aj preukázať. Nakoniec však pochopil, že komunikácia medzi nimi, a to nielen počas letných prázdnin je veľmi dôležitá a prospešná nielen pre nás oboch, keďže si vymieňajú informácie, ktoré považujú za dôležité pre nich a ich dcérku. Nedostatok nariadeného neodkladného opatrenia o určení styku otca s dcérkou v mesiacoch júl a august však vidí v tom, že nariadené 10 dňové intervaly jej spôsobili problémy v práci. Termíny odovzdávania dcérky od matky k otcovi v čase dovolenkového obdobia, by mali prebiehať v dňoch pracovného voľna, t.j. cez víkendy alebo v čase, kedy má aj matka reálnu možnosť byť doma aj počas týždňa. Rovnako by tieto termíny mali byť prispôsobené aj dovolenke druhého rodiča, nakoľko ona zamestnávateľovi oznamuje dovolenku už koncom roku na ďalší rok, ale jej nadriadený ich schvaľuje a prispôsobuje podľa potreby. Dovolenkové obdobie, kedy dcérka cestuje s otcom považuje za pozitívne v tom, že dcérka spoznáva nové krajiny a ľudí. No bola by rada, ak by aj ona mala tú istú možnosť vycestovať s dcérkou k moru na dlhšie tak, aby to bolo pre ňu prínosom a nemusela by riešiť situácie, keď dcérka nechce ísť už nikam a chce byť len doma. Keďže je ich dcérka ešte malá, považuje za výborný nápad ísť na spoločnú dlhšiu dovolenku za prítomnosti otca aj mamy. Dcérka od septembra 2017 nastúpila do materskej školy v mieste trvalého bydliska na Y. W. I. G., kde sa postupne adaptuje, našla si kamarátky, ale zatiaľ nechce v škôlke zostať na poobedný spánok. Preto chodia pre dcérku o 12.00 hod., keď je naobedovaná. Veľmi často sa pýta, či „na obed“ pre ňu prídu, čím sa neustále uisťuje, že to tak bude, a to aj pred odchodom do škôlky, aj večer a hocikedy počas dňa. Nie je presvedčená, aby styk otca s dcérou určoval len súd, ale je za to, aby sa vedeli s otcom o stretávaní sa s dcérou dohodnúť, a to nielen počas letných prázdnin a spoločnej dlhšej dovolenky, ale takisto počas roka, čo však otec dcérky zatiaľ odmieta, že nie je pripravený, aby sa aj počas týždňa mohli sem-tam tráviť chvíle spoločne, čo by bolo len na prospech ich dcérky, nakoľko je ešte v malom veku a potrebuje predovšetkým stabilitu. Je nesmierne rada, že ich dcérka rastie a postupne sa vyvíja, a čoskoro sa sama bude môcť vyjadriť ku všetkým svojim potrebám a radostiam, ktoré ju v živote napĺňajú. 8. Úrad práce, sociálnych vecí a rodiny sa nevyjadril k odvolaniu matky. 9.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je dôvodné, a uznesenie súdu prvej inštancie zmenil tak, že návrh na nariadenie neodkladného opatrenia, ako nedôvodný zamietol (§ 388 Civilného sporového poriadku). 10. Podľa § 65 zák.č. 161/2015 Z.z. Civilný mimosporový poriadok odvolací súd nie je viazaný rozsahom odvolania vo veciach, v ktorých možno začať konanie aj bez návrhu. 11. Podľa § 66 zák.č. 161/2015 Z.z. Civilný mimosporový poriadok odvolací súd nie je odvolacími dôvodmi viazaný. 12. Podľa § 67 zák.č. 161/2015 Z.z. Civilný mimosporový poriadok na vady konania pred súdom prvej inštancie prihliada odvolací súd, len ak mali za následok nesprávne rozhodnutie vo veci. 13. Podľa § 367 ods. 3 zák.č. 161/2015 Z.z. Civilný mimosporový poriadok uznesenie o nariadení neodkladného opatrenia je vykonateľné vyhlásením; ak sa nevyhlasuje, je vykonateľné, len čo bolo vyhotovené. 14.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15. Z obsahu spisu nepochybne vyplýva, že maloletá J. S. X V. M. X S., pričom z opisu skutkového stavu je zrejmé, že na Okresnom súde Bratislava III. pod sp. zn. 51P/41/2016 prebieha konanie na návrh matky o úpravu styku otca s maloletou, ktoré nie je právoplatne skončené. Z predmetného spisu ďalej vyplýva, že manželstvo rodičov bolo rozvedené rozsudkom Okresného súdu Malacky zo dňa 20.04.2015, č. k. 9P/23/2014 - 182, ktorým súd zároveň schválil dohodu rodičov o úprave výkonu rodičovských práv a povinností tak, že maloletú J. zveril do osobnej starostlivosti matky, spravovať majetok maloletej J. sa rodičia dohodli spoločne, s výnimkou vytvárania úspor, ktoré tvorí a spravuje každý z rodičov samostatne. Súčasne sa otec zaviazal prispievať na výživu maloletej J. sumou 200,- € mesačne vždy do 10. mesiaca vopred k rukám matky. Rodičia sa dohodli aj o úprave styku otca s maloletou J. konkrétnym, v rozsudku uvedeným spôsobom. V súčasnosti sa styk realizuje na základe nariadeného neodkladného opatrenia, každý utorok a štvrtok od 09:00 hod do 17:00 hod. a párne víkendy od soboty 09:00 hod do nedele 18:00 hod. 16.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17. Odvolací súd poukazuje v predmetnej veci na to, že neodkladné opatrenie bolo vydané za účelom úpravy styku otca s maloletou dcérou počas letných prázdnin. Z posledného vyjadrenia matky doručeného súdu prvej inštancie dňa 09.11.2017 jasne vyplýva, že matka je ochotná sa s otcom dohodnúť o úprave styku otca s maloletou aj počas letných prázdnin v takom rozsahu, v akom to bude vyhovovať tak jej, ako aj otcovi. Matka v rámci svojho vyjadrenia dokonca navrhla aj spoločnú dovolenku s maloletou t.j. za prítomnosti otca aj matky. Matka má v rámci nariadeného neodkladného opatrenia problém v tom, že odovzdávanie maloletej nastáva počas pracovného týždňa t. j. v čase kedy má byť ona v práci a za týmto účelom sa musí uvoľniť. Inak povedané odovzdávanie maloletej nenastáva počas dní pracovného voľna na t.j. v sobotu a v nedeľu. Taktiež matka uviedla, že si chce s maloletou rovnako naplánovať dovolenku a bolo by pre ňu prínosom, aby uvedenú situáciu nemusela riešiť prostredníctvom súdu, ale priamo v kontakte s otcom a to vzájomnou dohodou. Z uvedeného vyjadrenia matky jednoznačne vyplýva, že odpadol dôvod nariadenia neodkladného opatrenia t.j. autoritatívneho rozhodnutia súdu, nakoľko matka je prístupná dohode zo strany otca, a preto v takomto prípade už nariadenie neodkladného opatrenia sa nejaví byť dôvodné, nakoľko odpadol základný predpoklad t.j. bezodkladnosť úpravy pomerov. Inak povedané, súd v danom prípade vždy uprednostní rodičovskú dohodu pred autoritatívnym rozhodnutím súdu. Je zrejmé, že rodičia vzájomným kompromisom a dohodou si v dostatočnom časovom predstihu, dokážu naplánovať letnú dovolenku tak, aby si čas s maloletou dcérou primerane rozdelili a strávili ho plnohodnotne. Na základe uvedeného nie je ďalej dôvod ponechať nariadené neodkladné opatrenie, ale je potrebné uprednostniť rodičovskú dohodu, a preto odvolací súd s poukazom na ustanovenie § 388 Civilného sporového poriadku nariadené neodkladné opatrenia zmenil a návrh na nariadenie neodkladného opatrenia zamietol. 18. V tejto súvislosti odvolací súd zdôrazňuje, že je nepochybné, že v prípade, že k dohode rodičov nedôjde (napríklad neochotou zo strany matky) bude daný opäť dôvod na nariadenie neodkladného opatrenia. O styku rodičov s maloletými deťmi rozhodne súd vtedy, ak sa rodičia o tejto otázke nedohodnú. Zákon nepredpisuje rodičom obsah dohody o úprave ich styku s maloletými deťmi a nepredpisuje pre túto dohodu žiadne náležitosti a neukladá ani žiadne obmedzenia, ako ani nepredpisuje obsah výroku rozhodnutia súdu, ktorým tento rozhodne o úprave styku rodičov s maloletými deťmi, a ani ho iným spôsobom v jeho rozhodovaní o tejto otázke nijako neobmedzuje. 19. S poukazom na vyššie uvedené odvolací súd má za to, že v danom prípade absentujú predpoklady pre nariadenie neodkladného opatrenie, nakoľko rodičia sa o úprave styku otca s maloletou dcérou vedia vzájomne dohodnúť. Na základe vyššie uvedeného odvolací súd uznesenie súdu prvej inštancie v časti dočasnej úpravy styku otca s maloletou J. zmenil (§ 388 CSP) a návrh na nariadenie neodkladného opatrenia ako nedôvodný zamietol. 20.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https://www.kauzis.sk/judikatura/r/ECLI:SK:KSBA:2018:1316202866.2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