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4Cob/30/2018 z 4. 10. 2018</w:t>
      </w:r>
    </w:p>
    <w:p>
      <w:r>
        <w:t>Opravné uznesenie Krajského súdu Bratislava z 4. októbra 2018, sp. zn. 4Cob/30/2018, ECLI:SK:KSBA:2018:1317200384.2</w:t>
      </w:r>
    </w:p>
    <w:p>
      <w:r>
        <w:t>Súd: Krajský súd Bratislava</w:t>
      </w:r>
    </w:p>
    <w:p>
      <w:r>
        <w:t>Spisová značka: 4Cob/30/2018</w:t>
      </w:r>
    </w:p>
    <w:p>
      <w:r>
        <w:t>ECLI: ECLI:SK:KSBA:2018:1317200384.2</w:t>
      </w:r>
    </w:p>
    <w:p>
      <w:r>
        <w:t>Dátum vydania: 4. 10.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4Cob/30/2018 Identifikačné číslo súdneho spisu: 1317200384 Dátum vydania rozhodnutia: 05. 10. 2018 Meno a priezvisko sudcu, VSÚ: JUDr. Elena Kúšová ECLI: ECLI:SK:KSBA:2018:1317200384.2 Opravné uznesenie Krajský súd v Bratislave v senáte zloženom z predsedníčky senátu JUDr. Eleny Kúšovej a členiek senátu JUDr. Tatiany Pastierikovej a JUDr. Dany Šiffalovičovej v právnej veci žalobcu: ELKOTHERM, s.r.o., Vojenská 2452/7, 934 01 Levice, IČO: 35 943 289, zastúpený Mgr. Peter Nyúl, advokát, kpt. Jaroša 4, 934 05 Levice, proti žalovanému: Euro Energy Slovakia Holding, a.s., Lichnerova 38, 903 01 Senec, IČO: 44 883 536, zastúpený: advokátska kancelária KRION Partners s.r.o., Palisády 50, 811 06 Bratislava, IČO: 36 858 617, o zaplatenie 6.084,- eur s príslušenstvom, o odvolaní žalovaného proti uzneseniu Okresného súdu Bratislava III, č.k. 26Cb/8/2017-61 zo dňa 25.04.2017, takto r o z h o d o l : Uznesenie Krajského súdu v Bratislave č.k. 4Cob/30/2018 - 107 zo dňa 26.04.2018 sa opravuje - v časti záhlavia tak, že v časti označenia žalobcu má správne byť: „... žalobcu: ELKOTHERM, s.r.o., Vojenská 2452/7, 934 01 Levice, IČO: 35 943 289, zastúpený Mgr. Peter Nyúl, advokát, kpt. Jaroša 4, 934 05 Levice. o d ô v o d n e n i e : 1. Krajský súd v Bratislave v záhlaví uvedeného uznesenia uviedol označenie žalobcu bez jeho právneho zástupcu. Žalobca plnomocenstvom zo dňa 2.2.2018 splnomocnil na zastupovanie v konaní advokáta Mgr. Petra Nyúla, so sídlom kpt. Jaroša 4, 934 05 Levice, preto bolo potrebné predmetné uznesenie v tejto časti opraviť tak, ako je uvedené vo výroku tohto uznesenia. 2. Podľa § 224 CSP, súd kedykoľvek aj bez návrhu opraví v rozsudku chyby v písaní a počítaní, ako aj iné zrejmé nesprávnosti. O oprave vydá opravné uznesenie, ktoré doručí subjektom konania. 3. Toto uznesenie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O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https://www.kauzis.sk/judikatura/r/ECLI:SK:KSBA:2018:1317200384.2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