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2Cob/196/2017 z 17. 4. 2018</w:t>
      </w:r>
    </w:p>
    <w:p>
      <w:r>
        <w:t>Opravné uznesenie Krajského súdu Bratislava z 17. apríla 2018, sp. zn. 2Cob/196/2017, ECLI:SK:KSBA:2018:1317203382.2</w:t>
      </w:r>
    </w:p>
    <w:p>
      <w:r>
        <w:t>Súd: Krajský súd Bratislava</w:t>
      </w:r>
    </w:p>
    <w:p>
      <w:r>
        <w:t>Spisová značka: 2Cob/196/2017</w:t>
      </w:r>
    </w:p>
    <w:p>
      <w:r>
        <w:t>ECLI: ECLI:SK:KSBA:2018:1317203382.2</w:t>
      </w:r>
    </w:p>
    <w:p>
      <w:r>
        <w:t>Dátum vydania: 17. 4. 2018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2Cob/196/2017 Identifikačné číslo súdneho spisu: 1317203382 Dátum vydania rozhodnutia: 18. 04. 2018 Meno a priezvisko sudcu, VSÚ: JUDr. Ľubica Břoušková ECLI: ECLI:SK:KSBA:2018:1317203382.2 Opravné uznesenie Krajský súd v Bratislave v senáte zloženom z predsedu senátu JUDr. Ľubice Břouškovej a sudkýň JUDr. Oľgy Bahníkovej a JUDr. Ľubice Kriškovej v právnej veci žalobcu PERI spol. s r.o., Šamorínska 18/4227, 903 01 Senec, IČO: 35 696 541, zast. Advokátska kancelária Pakanová, s.r.o., Mierová 26, 821 05 Bratislava, IČO: 47 238 216, proti žalovanému M.S.P. - SK, s.r.o., Vajnorská 55, 831 03 Bratislava, IČO: 44 719 124, o zaplatenie 6.012,83 eur s príslušenstvom, o odvolaní žalovaného proti uzneseniu Okresného súdu Bratislava III, č.k. 23Cb/64/2017-154 zo dňa 11.09.2017 a o návrhu na vydanie opravného uznesenia takto r o z h o d o l : Krajský súd v Bratislave opravuje výrok uznesenia vydaného pod č.k. 2Cob/196/2017-192 zo dňa 27.2.2018, tak, že správne ma znieť: „Krajský súd v Bratislave uznesenie Okresného súdu Bratislava III, č.k. 23Cb/64/2017-154 zo dňa 11.09.2017 p o t v r d z u j e .“ Žalobcovi sa priznáva právo na náhradu trov odvolacieho konania. o d ô v o d n e n i e : 1. Krajský súd v Bratislave uznesením č.k. 2Cob/196/2017-192 zo dňa 27.2.2018 potvrdil rozhodnutie súdu prvej inštancie a vo výrokovej časti namiesto „uznesenie“ Okresného súdu Bratislava III č.k. 23Cb/64/2017-154 zo dňa 11.09.2017 uviedol „rozsudok“ Okresného súdu Bratislava III č.k. 23Cb/64/2017-154 zo dňa 11.09.2017. 2. Z obsahu spisu je zrejmé, že odvolaním žalovaného bolo napadnuté uznesenie Okresného súdu Bratislava III č.k. 23Cb/64/2017-154 zo dňa 11.09.2017 a nie rozsudok, tak ako to bolo nesprávne uvedené vo výrokovej časti rozhodnutia odvolacieho súdu. 3. Z uvedených dôvodov s poukazom na ust. § 224 C.s.p. bolo potrebné opraviť chybu v písaní vo výrokovej časti uznesenia tak, ako je uvedené vyššie. Poučenie: Proti tomuto uzneseniu odvolanie nie je prípustné.</w:t>
      </w:r>
    </w:p>
    <w:p/>
    <w:p>
      <w:r>
        <w:t>Zdroj: KAUZIS.SK – https://www.kauzis.sk/judikatura/r/ECLI:SK:KSBA:2018:1317203382.2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