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11CoP/271/2018 z 30. 7. 2018</w:t>
      </w:r>
    </w:p>
    <w:p>
      <w:r>
        <w:t>Rozsudok Krajského súdu Bratislava z 30. júla 2018, sp. zn. 11CoP/271/2018, ECLI:SK:KSBA:2018:1317217403.1</w:t>
      </w:r>
    </w:p>
    <w:p>
      <w:r>
        <w:t>Súd: Krajský súd Bratislava</w:t>
      </w:r>
    </w:p>
    <w:p>
      <w:r>
        <w:t>Spisová značka: 11CoP/271/2018</w:t>
      </w:r>
    </w:p>
    <w:p>
      <w:r>
        <w:t>ECLI: ECLI:SK:KSBA:2018:1317217403.1</w:t>
      </w:r>
    </w:p>
    <w:p>
      <w:r>
        <w:t>Dátum vydania: 30. 7. 2018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11CoP/271/2018 Identifikačné číslo súdneho spisu: 1317217403 Dátum vydania rozhodnutia: 31. 07. 2018 Meno a priezvisko sudcu, VSÚ: Mgr. Patrícia Železníková ECLI: ECLI:SK:KSBA:2018:1317217403.1 ROZSUDOK V MENE SLOVENSKEJ REPUBLIKY Krajský súd v Bratislave v senáte zloženom z predsedníčky senátu Mgr. Patrície Železníkovej a členiek senátu JUDr. Bianky Gelačíkovej a Mgr. Aleny Čakváriovej, vo veci starostlivosti súdu o maloleté deti V.: J., nar. XX.XX.XXXX a B., nar. XX.XX.XXXX, zastúpené kolíznym opatrovníkom Úradom práce, sociálnych vecí a rodiny Pezinok, pracovisko Senec, so sídlom Krátka 1, 903 01 Senec, deti rodičov: matka - B. T., nar. XX.XX.XXXX, trvale bytom W. 3, XXX XX U., a otec - J. V., nar. XX.XX.XXXX, trvale bytom V. XXX/XX, XXX XX L., toho času Ústav na výkon trestu odňatia slobody a Ústav na výkon väzby R. XX/XXX, priečinok 7, XXX XX I., v konaní o návrhu matky na úpravu výkonu rodičovských práv a povinnosti k maloletým deťom, na odvolanie otca proti rozhodnutiu Okresného súdu Bratislava III., č.k. 38P 275/2017-33 zo dňa 15.02.2018, takto r o z h o d o l : Rozsudok súdu prvej inštancie sa v napadnutej časti p o t v r d z u j e. Žiaden z účastníkov nemá nárok na náhradu trov odvolacieho konania. o d ô v o d n e n i e : 1. Súd prvej inštancie napadnutým rozsudkom zveril maloleté deti V.: J., nar. XX.XX.XXXX a B., nar. XX.XX.XXXX do osobnej starostlivosti matky, ktorá ich bude zastupovať a spravovať ich majetok. Otca zaviazal prispievať na výživu maloletého J. V. sumou XX eur mesačne, maloletej B. V. sumou XX eur vždy do 15 dňa v mesiaci vopred k rukám matky počnúc dňom 01.02.2018. Styk otca s maloletými deťmi neupravil. O trovách konania rozhodol tak, že žiadnemu z účastníkov právo na ich náhradu nepriznal. 2. Súd prvej inštancie svoje rozhodnutie právne zdôvodnil ust. § 36 ods. 1, § 62 ods. 1-5, § 65 ods.1, § 75 ods. 1, § 76 ods. 1, § 25 ods.2, Zákon o rodine, majúc za preukázanú dôvodnosť úpravy výkonu rodičovských práv a povinností rodičov k maloletým deťom, keďže rodičia maloletých detí nie sú manželmi a nežijú v spoločnej domácnosti. Maloleté deti zveril do osobnej starostlivosti matky, ktorá ich bude zastupovať a spravovať ich majetok, rešpektujúc výkon osobnej starostlivosti matky o maloleté deti a napokon aj nespornosť týchto otázok medzi rodičmi pri rozhodovaní o úprave výkonu rodičovských práv a povinností k maloletým deťom. Výživné určil v zmysle kritérií uvedených v ust. § 62 ods. 1 až 5, § 75 ods. 1 Zák. o rodine. Pri určení výšky výživného vychádzal z odôvodnených v konaní preukázaných potrieb maloletých detí zohľadňujúc výkon výlučnej osobnej starostlivosti matky o maloleté deti. Na starne matky zohľadnil jej príjem pozostávajúci iba z rodičovského príspevku a jej ďalšiu vyživovaciu povinnosť k maloletému B. K., nar. XX.XX.XXXX. Návrhu otca na určenie výživného na maloleté deti v minimálnom rozsahu z dôvodu jeho výkonu trestu odňatia slobody nevyhovel, poukazujúc na opakovanú trestnú činnosť otca s následným obmedzením osobnej slobody. Zdôraznil, že jeho prístup k rodičovským povinnostiam je dlhodobo nezodpovedný a ľahkovážny, čím prenecháva starostlivosť o deti po všetkých stránkach výlučne na strane matky. Uviedol, že jeho súčasný výkon trestu odňatia slobody pri rozhodovaní už zohľadnil v sume XX eur mesačne na každé dieťa, ktorá čiastka však nezodpovedá ani nákladom na existenčné potreby maloletých detí. Poukázal na skutočnosť, že otec bol odsúdený na trest odňatia slobody v trvaní 7 mesiacov, po uplynutí ktorého bude povinný využiť všetky dostupné možnosti k tomu, aby si našiel prácu a prispieval na výživu svojich maloletých detí v dostatočnom rozsahu, a tým aspoň čiastočne vykompenzoval svoj neadekvátny prístup k plneniu si svojich rodičovských povinností. Styk otca s maloletými deťmi súd ponechal bez úpravy, nakoľko nevzhliadol dôvod upravovať ho súdnym rozhodnutím. O trovách konania rozhodol súd prvej inštancie podľa § 52 C.m.p.. 3. Proti tomuto rozhodnutiu podal odvolanie otec vo výroku o výživnom na maloleté deti, navrhujúc odvolaciemu súdu rozsudok súdu prvej inštancie v napadnutej časti zmeniť a výživné na maloleté deti určiť v minimálnom rozsahu. Uviedol, že nie je vo výkone trestu odňatia slobody, ako uvádza v rozhodnutí súd prvej inštancie, keď z posledného výkonu trestu odňatia slobody bol prepustený 15.06.2017, ale je vo výkone väzby a hrozí mu vyšší trest odňatia slobody. Je preto bez finančných prostriedkov a nemá ako uhrádzať súdom určené výživné na maloleté deti. Žiadal, aby odvolací súd zaviazal matku k informačnej povinnosti a k povinnosti priviezť mu maloleté deti na návštevu. 4. Matka a kolízny opatrovník písomné vyjadrenie k odvolaniu otca nepodali. 5. Odvolací súd preskúmal rozsudok súdu prvej inštancie v jeho napadnutom výroku o výživnom na maloleté deti, bez nariadenia odvolacieho pojednávania podľa § 378 ods. 1 zák. č. 160/2015 Z.z. Civilný sporový poriadok ( ďalej „ C.s.p.“), a dospel k záveru, že odvolanie otca dôvodné nie je. 6. Súd prvej inštancie vo veci vykonal potrebné dokazovanie, vyvodil z neho správny právny záver, pričom v odvolaní neboli uvedené žiadne nové skutočnosti, ktoré by mali za následok zmenu rozhodnutia súdu prvej inštancie. Odvolací súd sa v plnom rozsahu stotožňuje s dôvodmi rozhodnutia súdu prvej inštancie, na ktoré ako správne poukazuje. Skutkové zistenia na základe vykonaného dokazovania súd prvej inštancie vyhodnotil, svoje rozhodnutie aj náležite v zmysle § 220 ods. 2, C.s.p. odôvodnil, z ktorého dôvodu, keďže sa odvolací súd s názorom súdu prvej inštancie vysloveným v písomnom vyhotovení napadnutého rozsudku v plnom rozsahu stotožnil, na toto zmysle § 387 ods. 2, C.s.p. poukazuje. 7. Podľa § 387 ods. 2 C.s.p.,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8. Odvolací súd dopĺňa, že vyživovaciu povinnosť rodičov k maloletým deťom upravujú ust. § 62 ods. 1 až 5, § 75 ods. 1 Zákon o rodine. Vyživovacia povinnosť rodičov sa pri rozhodovaní posudzuje vždy samostatne u každého z nich, keďže každý z rodičov je povinný vyživovať svoje dieťa. Vyživovacia povinnosť má niekoľko foriem, môže byť plnená osobnou starostlivosťou, poskytovaním vecných plnení, napr. bývania, stravovania, ďalšou formou je platenie výživného. Rodič, ktorý sa o dieťa osobne stará, plní vyživovaciu povinnosť prevažne poskytovaním vecných plnení, ( bývanie, strava, ošatenie, zabezpečovanie bývania ), ako aj osobnou starostlivosťou. Rodič, ktorý sa o dieťa osobne nestará, prispieva na jeho výživu výživným, ktoré určuje súd. Pokiaľ ide o odvolacie námietky otca, s týmito sa odvolací súd nestotožnil. Súd prvej inštancie v danom konaní, pri určení výšky výživného na maloleté deti správne zisťoval, či dôvod na strane otca, výkon trestu odňatia slobody, alebo aj väzby, teda obmedzenie jeho osobnej slobody z dôvodu páchania trestnej činnosti, je tou skutočnosťou, ktorá by odôvodňovala určenie výživného v minimálnej výške. So záverom, ku ktorému dospel súd prvej inštancie sa odvolací súd stotožnil. Na doplnenie správnosti záverov súdu prvej inštancie odvolací súd dodáva, že v danom prípade spôsob života, aký si otec zvolil, nemôže byť na ťarchu maloletých detí. Ak sa otec svojim protiprávnym a opakovaným zavineným konaním zbavil objektívnej možnosti plniť si vyživovaciu povinnosť, nie je možné takúto okolnosť pripísať k ťarche maloletého dieťaťa odkázaného výživou na svojich rodičov. Opačný výklad by viedol k tomu, že dôsledkom trestnej činnosti povinného rodiča by bolo zbavenie sa vyživovacej povinnosti voči maloletým deťom a jej prenesenie na druhého rodiča, v danom prípade na matku, ktorá sa o maloleté deti osobne stará. Odvolací súd neprihliadol na odvolací návrh otca na zaviazanie matky informačnou povinnosťou, nakoľko takýto návrh otca nebol predmetom konania vo veci samej. Požiadavka otca uvedená v jeho odvolaní, aby mu matka maloleté deti priniesla do Ústavu na výkon väzby v Leopoldove na návštevu, odvolací súd nepovažoval za odvolací petit s návrhom na konkrétnu úpravu styku s maloletými deťmi. 9. S poukazom na uvedené, odvolací súd rozsudok súdu prvej inštancie v napadnutej časti vo výroku o určení výšky výživného na maloleté deti ako vecne správny podľa § 387 ods. 1 C.s.p. potvrdil. 10. O trovách odvolacieho konania rozhodol odvolací súd podľa ust. § 52 C.m.p.. 11. Odvolací súd prijal rozhodnutie jednomyseľne, pomerom hlasov 3 : 0 (§ 393 ods. 2 C.s.p.).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https://www.kauzis.sk/judikatura/r/ECLI:SK:KSBA:2018:1317217403.1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