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20CoP/116/2018 z 18. 9. 2018</w:t>
      </w:r>
    </w:p>
    <w:p>
      <w:r>
        <w:t>Uznesenie Krajského súdu Bratislava z 18. septembra 2018, sp. zn. 20CoP/116/2018, ECLI:SK:KSBA:2018:1318200547.1</w:t>
      </w:r>
    </w:p>
    <w:p>
      <w:r>
        <w:t>Súd: Krajský súd Bratislava</w:t>
      </w:r>
    </w:p>
    <w:p>
      <w:r>
        <w:t>Spisová značka: 20CoP/116/2018</w:t>
      </w:r>
    </w:p>
    <w:p>
      <w:r>
        <w:t>ECLI: ECLI:SK:KSBA:2018:1318200547.1</w:t>
      </w:r>
    </w:p>
    <w:p>
      <w:r>
        <w:t>Dátum vydania: 18. 9. 2018</w:t>
      </w:r>
    </w:p>
    <w:p>
      <w:r>
        <w:t>Forma: Uznesenie</w:t>
      </w:r>
    </w:p>
    <w:p>
      <w:pPr>
        <w:pStyle w:val="Heading2"/>
      </w:pPr>
      <w:r>
        <w:t>Text rozhodnutia</w:t>
      </w:r>
    </w:p>
    <w:p>
      <w:r>
        <w:t>Súd: Krajský súd Bratislava Spisová značka: 20CoP/116/2018 Identifikačné číslo súdneho spisu: 1318200547 Dátum vydania rozhodnutia: 19. 09. 2018 Meno a priezvisko sudcu, VSÚ: JUDr. Michaela Králová ECLI: ECLI:SK:KSBA:2018:1318200547.1 Uznesenie Krajský súd v Bratislave v senáte zloženom z predsedníčky senátu JUDr. Michaely Královej a členov senátu JUDr. Dariny Kriváňovej a JUDr. Ivany Jahnovej v konaní vo veci starostlivosti o H.: A. P., X. G. XX.X.XXXX, B. kolíznym opatrovníkom - Úrad práce, sociálnych vecí a rodiny, odbor sociálnych vecí, Senec, ul. Krátka č. 1, dieťa rodičov: matka - A. Š.U., X. G. XX.XX.XXXX, L. R. XX, G. Z.X. , štátna občianka SR a otec - C. P., X. G. XX.XX.XXXX, L. Š. XXX, R. X. L., štátny občan SR, zastúpený splnomocnenou spoločnosťou Advokátska kancelária JUDr. Zuzana Čížová, s.r.o. so sídlom J. Jesenského 69, Bánovce nad Bebravou , IČO: 36 789 925 , o návrhu otca na nariadenie neodkladného opatrenia o úprave/rozšírení styku na odvolanie matky proti uzneseniu Okresného súdu Bratislava III. zo dňa 19. februára 2018, č.k. 37P/24/2018-28, o následnom späťvzatí odvolania, takto r o z h o d o l : Odvolací súd odvolacie konanie z a s t a v u j e . o d ô v o d n e n i e : 1. Okresný súd Bratislava III. uznesením zo dňa 19.02.2018, č.k. 37P/24/2018-28, nariadil neodkladné opatrenie, ktorým upravil - rozšíril styk otca s maloletou A. P., X.. XX.X.XXXX tak, že otec má právo sa s ňou stretávať počas letných prázdnin roku 2018 v čase od 7.7. 2018 od 9.00 hod. do 15.7. do 18.00 hod. s tým, že si otec maloletú v stanovený deň a hodinu prevezme a v stanovenom čase vráti späť matke v mieste jej bydliska. Vo zvyšku súd prvej inštancie návrh na nariadenie neodkladného opatrenia zamietol. V rámci posledného výroku uložil matke povinnosť maloletú A. P., X.. XX.X.XXXX na stretnutie s otcom riadne a včas pripraviť. 2. Proti tomuto uzneseniu podala včas odvolanie matka. Pred rozhodnutím odvolacieho súdu o odvolaní, matka na základe dopytu odvolacieho súdu (vzhľadom na neaktuálnosť situácie) vo svojom podaní doručenom odvolaciemu súdu dňa 11.09.2018 uviedla, že berie späť svoje odvolanie voči uzneseniu zo dňa 19.02.2018, č.k. 37P/24/2018-28. 3. Odvolací súd preskúmal vec súc pritom nebol viazaný rozsahom ani dôvodmi odvolania (§ 65 a § 66 Civilného mimosporového poriadku), a dospel k záveru, že odvolacie konanie je potrebné zastaviť. 4. Podľa § 369 ods. 1 Civilného sporového poriadku dokiaľ o odvolaní nebolo rozhodnuté, možno ho vziať späť. Ak odvolateľ vzal odvolanie späť, nemôže ho podať znova. 5. Podľa § 369 ods. 2 Civilného sporového poriadku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6. Podľa § 369 ods. 3 Civilného sporového poriadku ak sa odvolanie, o ktorom nebolo rozhodnuté, vzalo späť, odvolací súd odvolacie konanie zastaví. 7. Podľa § 369 ods. 4 Civilného sporového poriadku ak sa odvolanie vzalo späť sčasti, použijú sa ustanovenia predchádzajúcich odsekov primerane (podľa § 207 Občianskeho súdneho poriadku vzdať sa odvolania možno len voči súdu, a to až po vyhlásení rozhodnutia (ods. l). Dokiaľ o odvolaní nebolo rozhodnuté, možno ho vziať späť. Ak niekto vzal odvolanie späť, nemôže ho podať znova (ods. 2). Ak sa odvolanie, o ktorom nebolo rozhodnuté, vzalo späť, odvolací súd odvolacie konanie zastaví (ods. 3) platný a účinný v čase vydania rozhodnutia). 8. Do dispozície účastníka konania, ktorý podal odvolanie, patrí možnosť odvolanie vziať späť až dovtedy, kým o ňom nebolo rozhodnuté. Má to však ten následok, že ho už ten istý účastník v danej veci nemôže podať opätovne. 9. V prejednávanej veci odvolanie proti uzneseniu súdu prvej inštancie, ktorým bolo čiastočne vyhovené návrhu otca na nariadenie neodkladného opatrenia (úprava styku otca s maloletou dcérou počas letných prázdnin), podala len matka. Skôr, ako odvolací súd o jej odvolaní rozhodol, matka odvolanie zobrala v celom rozsahu späť. S poukazom na tieto dôvody odvolací súd odvolacie konanie už bez ďalšieho zastavil (§ 369 ods. 3 C.s.p.). 10.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https://www.kauzis.sk/judikatura/r/ECLI:SK:KSBA:2018:1318200547.1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