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11CoP/335/2018 z 21. 8. 2018</w:t>
      </w:r>
    </w:p>
    <w:p>
      <w:r>
        <w:t>Uznesenie Krajského súdu Bratislava z 21. augusta 2018, sp. zn. 11CoP/335/2018, ECLI:SK:KSBA:2018:1318203372.1</w:t>
      </w:r>
    </w:p>
    <w:p>
      <w:r>
        <w:t>Súd: Krajský súd Bratislava</w:t>
      </w:r>
    </w:p>
    <w:p>
      <w:r>
        <w:t>Spisová značka: 11CoP/335/2018</w:t>
      </w:r>
    </w:p>
    <w:p>
      <w:r>
        <w:t>ECLI: ECLI:SK:KSBA:2018:1318203372.1</w:t>
      </w:r>
    </w:p>
    <w:p>
      <w:r>
        <w:t>Dátum vydania: 21.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11CoP/335/2018 Identifikačné číslo súdneho spisu: 1318203372 Dátum vydania rozhodnutia: 22. 08. 2018 Meno a priezvisko sudcu, VSÚ: JUDr. Bianka Gelačíková ECLI: ECLI:SK:KSBA:2018:1318203372.1 Uznesenie Krajský súd v Bratislave v senáte zloženom z predsedníčky JUDr. Bianky Gelačíkovej a členiek senátu JUDr. Michaely Královej a Mgr. Patrície Železníkovej, vo veci starostlivosti súdu o maloleté deti U.: I., nar. XX.XX.XXXX, W., nar. XX.XX.XXXX, O., nar. XX.XX.XXXX, zastúpené kolíznym opatrovníkom Úradom práce, sociálnych vecí a rodiny Bratislava, Vazovova 7/A, deti rodičov: matka - N. U., nar. XX.XX.XXXX, bytom Z. X,XXX XX A. 7, T. republika, otec - L.. B. U., nar. XX.XX.XXXX, bytom N. XX, N., zastúpený JUDr. Tatianou Dlhošovou, advokátkou, so sídlom Bratislava, Nobelova 34, o nariadenie neodkladného opatrenia, na odvolanie matky proti rozhodnutiu Okresného súdu Bratislava III, č.k. 38P/137/2018-23 zo dňa 29.05.2018, takto r o z h o d o l : Uznesenie súdu prvej inštancie sa p o t v r d z u j e. o d ô v o d n e n i e : Súd prvej inštancie nariadil neodkladné opatrenie, ktorým maloleté deti U.: I., nar. XX.XX.XXXX, W., nar. XX.XX.XXXX a O., nar. XX.XX.XXXX sa dočasne zverujú do osobnej starostlivosti otca. Súd prvej inštancie určil, že neodkladné opatrenie bude trvať do právoplatného skončenia konania o rozvod manželstva a úpravu výkonu rodičovských práv a povinností k maloletým deťom na čas po rozvode, ktoré je vedené na súde prvej inštancie pod sp.zn. 38P/11/2017. Vo zvyšku súd prvej inštancie návrh otca zamietol. Súd prvej inštancie mal preukázané, že sú dané podmienky pre nariadenie neodkladného opatrenia. Na strane matky došlo k akútnej situácii, ktorá jej znemožnila vykonávať starostlivosť o maloleté deti v akomkoľvek rozsahu a deti zostali bez zabezpečenia a starostlivosti, ktorú na požiadanie príslušných orgánov T. republiky prevzal otec. Situácia na strane matky naďalej pretrváva, v súčasnosti je hospitalizovaná a nie je objektívne schopná vykonávať starostlivosť o deti. Otec má vytvorené podmienky pre plnohodnotnú starostlivosť o deti vrátane záujmu túto starostlivosť aj riadne vykonávať. Za tohto stavu preto súd prvej inštancie konštatoval, že návrh otca na nariadenie neodkladného opatrenia v časti zverenia maloletých detí do jeho starostlivosti je súladný so záujmom maloletých detí a tomuto vyhovel, čím po právnej stránke aj vyriešil situáciu maloletej I., ktorá sa od októbra 2017 nachádza v starostlivosti otca. Súd prvej inštancie zamietol návrh otca na úpravu styku matky s maloletými deťmi, pričom konštatoval, že právo styku rodiča s deťmi je právom toho rodiča, ktorý nemá deti vo svojej osobnej starostlivosti a tento rodič je aj na podanie takéhoto návrhu aktívne legitimovaný. Súd prvej inštancie zohľadnil aj skutočnosť, že matka za súčasnej situácie nemá možnosť realizovať pravidelný a riadny styk s deťmi, nakoľko nie je možné vopred predvídať, aká bude situácia na strane matky a samotných maloletých detí, preto túto skutočnosť ponechal súd prvej inštancie bez úpravy. 2. Proti tomuto rozhodnutiu podala odvolanie matka maloletých detí. Odvolanie podala v časti zverenia maloletej W. a maloletého O. do osobnej starostlivosti otca. Uviedla, že v psychiatrickej nemocnici v N. bola iba na pozorovanie, neliečená, neužíva žiadne lieky, dochádza na terapiu do L. neuropsychiatrické péče v A., aby lepšie dokázala zvládnuť stres a rýchlejšie zlepšila stav vyčerpania. Deti boli vyľakané zo zásahu polície, nie z jej správania. V závere svojho odvolania navrhla, aby deti W. a O. boli v osobnej starostlivosti otca, po predložení lekárskej správy, že je po zdravotnej stránke v poriadku a že zvláda postarať sa o deti, aby netrpeli absenciou matky dlhšie ako je potrebné zo zdravotných dôvodov a aby sa otec nedostal do situácie vyčerpania. 3. Otec vo vyjadrení k odvolaniu matky uviedol, že tvrdenia matky, že svoje vyhrážky a e-maily napísala v psychickom vyčerpaní nie sú pravdivé. On mal vždy záujem starať sa o deti, naopak matka mu bránila v prístupe k deťom a styk s deťmi podmieňovala finančnými požiadavkami. Keď dcéra I. od matky utiekla, išla k nemu a on sa už o ňu pol roka stará. I. sa stýkala s matkou iba obmedzene, vždy v dohodnutom čase na hodinku - dve do týždňa, aby sa videla s mladšími súrodencami. Z lekárskej správy o zdravotnom stave matky si prečítal, že jej správanie mohlo byť manipuláciou a snahou donútiť ho k reakcii. Matka má doporučenú intenzívnu ambulantnú psychoterapiu, z uvedeného usudzuje, že nie je prispôsobená dlhodobejšie sa starať o deti. Od odobratia detí políciou ČR sa o deti riadne stará. Deti ukončili školský rok, k skutočnosti, že deti boli vyľakané zo zásahu polície, a nie z jej správania uviedol, že nebol pri zásahu polície, má však za to, že polícia neodviezla matku do N. bezdôvodne. Polícia mu tlmočila, že matka sa správala agresívne a hystericky. V minulosti matka vznášala iba finančné požiadavky. K spochybňovaniu jeho starostlivosti o deti uviedol, že tieto tvrdenia nie sú pravdivé a sú vytrhnuté z kontextu. O deti je poriadne postarané. S deťmi plánuje stráviť dovolenku a o ich styku s matkou bude komunikovať operatívne. Nechce pripraviť deti o matku a možnosť byť s ňou, ale deti si prežili dosť a minimálne do rozvodu je potrebné, aby boli v stabilzovanom stave. O deti sa vie a chce postarať. Deti teraz potrebujú pokoj a užiť si prázdniny, do jeho rodiny chodí na kontrolu aj pracovníčka úrade práce, sociálnych vecí a rodiny. Žiadal potvrdiť rozhodnutie súdu prvej inštancie ako správne. 4. Odvolací súd preskúmal vec v napadnutej časti podľa § 65, § 66 zákona č. 161/2015 Z.z., Civilný mimosporový poriadok (ďalej C.m.p.), bez nariadenia odvolacieho pojednávania podľa § 378 ods. 1, zákona č. 160/2015 Z.z. Civilný sporový poriadok (ďalej C.s.p.) a dospel k záveru, že odvolanie matky nie je dôvodné. 5. Súd prvej inštancie správne konštatoval, že sú splnené podmienky pre nariadenie neodkladného opatrenia, keď v dôsledku nepriaznivého zdravotného stavu matky sa deti ocitli bez potrebnej starostlivosti a v tomto čase sa už maloletá I. nachádzala v starostlivosti svojho otca. Z obsahu spisu odvolací súd zistil, že otec má podmienky starať sa o maloleté deti a túto starostlivosť aj chce vykonávať. Na odvolaciu námietku matky, ktorá navrhla viazať účinnosť neodkladného opatrenia na predloženie lekárskej správy o jej zdravotnom stave a spôsobilosti starať sa o deti odvolací súd uvádza, že správne súd prvej inštancie určil účinnosť neodkladného opatrenia do skončenia konania o rozvod a úpravu výkonu rodičovských práv a povinností k maloletým deťom na čas po rozvode, kde súd prvej inštancie vo veci vykoná potrebné dokazovanie, na základe ktorého rozhodne v najlepšom záujme maloletých detí. 6. Rozhodnutie súdu prvej inštancie je správne, odvolací súd ho potvrdil podľa § 387 C.s.p. 7. Odvolací súd prijal rozhodnutie jednomyseľne, pomerom hlasov 3 : 0 (§ 393 ods. 2 C.s.p.).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https://www.kauzis.sk/judikatura/r/ECLI:SK:KSBA:2018:1318203372.1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