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20CoP/145/2018 z 23. 10. 2018</w:t>
      </w:r>
    </w:p>
    <w:p>
      <w:r>
        <w:t>Uznesenie Krajského súdu Bratislava z 23. októbra 2018, sp. zn. 20CoP/145/2018, ECLI:SK:KSBA:2018:1318205046.1</w:t>
      </w:r>
    </w:p>
    <w:p>
      <w:r>
        <w:t>Súd: Krajský súd Bratislava</w:t>
      </w:r>
    </w:p>
    <w:p>
      <w:r>
        <w:t>Spisová značka: 20CoP/145/2018</w:t>
      </w:r>
    </w:p>
    <w:p>
      <w:r>
        <w:t>ECLI: ECLI:SK:KSBA:2018:1318205046.1</w:t>
      </w:r>
    </w:p>
    <w:p>
      <w:r>
        <w:t>Dátum vydania: 23. 10. 2018</w:t>
      </w:r>
    </w:p>
    <w:p>
      <w:r>
        <w:t>Forma: Uznesenie</w:t>
      </w:r>
    </w:p>
    <w:p>
      <w:pPr>
        <w:pStyle w:val="Heading2"/>
      </w:pPr>
      <w:r>
        <w:t>Text rozhodnutia</w:t>
      </w:r>
    </w:p>
    <w:p>
      <w:r>
        <w:t>Súd: Krajský súd Bratislava Spisová značka: 20CoP/145/2018 Identifikačné číslo súdneho spisu: 1318205046 Dátum vydania rozhodnutia: 24. 10. 2018 Meno a priezvisko sudcu, VSÚ: JUDr. Michaela Králová ECLI: ECLI:SK:KSBA:2018:1318205046.1 Uznesenie Krajský súd v Bratislave v senáte zloženom z predsedníčky senátu JUDr. Michaely Královej a členov senátu JUDr. Dariny Kriváňovej a JUDr. Ivany Jahnovej vo veci starostlivosti súdu o maloleté dieťa: Z. L. O., D. W. XX.XX.XXXX, N. H. XX, N., štátnu občianku SR, zastúpenú opatrovníkom: Úradom práce, sociálnych vecí a rodiny Bratislava, so sídlom: Vazovova 7/A, Bratislava, maloleté dieťa rodičov - matky: U. O., F.. W.D., D. W. XX.XX.XXXX, N. Š. X, N., štátnej občianky SR, zastúpenej JUDr. Elenou Štefančíkovou, advokátkou so sídlom v Bratislave, Veternicová 1 a otca: Y. V. O. Y., D. W. XX.XX.XXXX, V. S. Z. XXXX, U. Y. - Z., Č. F., štátneho občana Č. F., zastúpeného Moreno Vlk &amp; Asociados SK s.r.o., so sídlom v Bratislave, Cukrová 14, IČO: 47 235 641, o návrhu otca na nariadenie neodkladného opatrenia, za konania vo veci úpravy výkonu rodičovských práv a povinností k maloletému dieťaťu na čas do rozvodu, na odvolanie otca proti uzneseniu Okresného súdu Bratislava III. zo dňa 13. augusta 2018, č. k. 37P/211/2018 - 101, takto r o z h o d o l : Odvolací súd uznesenie Okresného súdu Bratislava III. zo dňa 13. augusta 2018, č. k. 37P/211/2018 - 101, p o t v r d z u j e . o d ô v o d n e n i e : 1. Okresný súd Bratislava III. uznesením zo dňa 13.08.2018, č. k. 37P/211/2018 - 101, konanie o návrhu na nariadenie neodkladného opatrenia zastavil. 2. Súd prvej inštancie v rámci odôvodnenia svojho rozhodnutia uviedol, že návrhom doručeným súdu dňa 08.08.2018 sa otec maloletej domáhal nariadenia neodkladného opatrenia, ktorým súd zmení uznesenie Okresného súdu Bratislava III. zo dňa 31.01.2018 č.k. 37P/15/20108-31 tak, že upraví jeho styk s maloletým dieťaťom tak, že otec je oprávnený stretávať sa s maloletým dieťaťom od 20.08.2018 od 09:00 hod do 31.08.2018 do 18:00 hod, od 17.09.2018 od 09:00 hod do 28.09.2018 do 18:00 hod, od 22.10.2018 od 09:00 hod do 02.11.2018 do 18:00 hod, od 19.11.2018 od 09:00 hod do 30.11.2018 do 18:00 hod, od 17.12.2018 od 09:00 hod do 28.12.2018 do 18:00 hod, od 14.01.2019 od 09:00 hod do 25.01.2019 do 18:00 hod, od 11.02.2019 od 09:00 hod do 22.02.2019 do 18:00 hod, od 11.03.2019 od 09:00 hod do 22.03.2019 do 18:00 hod, od 08.04.2019 od 09:00 hod do 19.04.2019 do 18:00 hod, od 06.05.2019 od 09:00 hod do 17.05.2019 do 18:00 hod, od 03.06.2019 od 09:00 hod do 14.06.2019 do 18:00 hod, od 01.07.2019 od 09:00 hod do 12.07.2019 do 18:00 hod, s tým, že matka je povinná maloletú na styk s otcom riadne pripraviť a otec si maloletú prevezme a odovzdá v mieste bydliska matky a v určenom čase ju odovzdá matke v mieste jej bydliska. Otec maloletej návrh odôvodnil v podstate rovnakými skutočnosťami, ktorými odôvodňoval aj predchádzajúci návrh na nariadenie neodkladného opatrenia, ktorým sa rovnako domáhal širšieho styku s maloletou, ako styku upraveného právoplatným súdnym rozhodnutím a skutočnosťami, že podal sťažnosti a snaží sa zabezpečiť maloletej lekárske vyšetrenia. Návrh doplnil okrem listín, ktoré boli pripájané aj v predchádzajúcich konaniach vo veci maloletej, lekárskou správou MUDr. Márie Jursovej, detskej chirurgičky zo dňa 22.06.2018 a spísanými sťažnosťami, a to sťažnosťou na nedbanlivosť pri zdravotnej starostlivosti poskytovanej JUDr. Máriou Jursovou zo dňa 10.02.2018 (vrátane dodatku) a sťažnosťou na nedbanlivosť v starostlivosti o maloletú Ľubicou Hostačnou, riaditeľkou materskej školy HAPPY-TIME zo dňa 16.07.2018 a odpoveďou adresovanou Národným ústavom detských chorôb zo dňa 31.07.2018 otcovi maloletej. 3. Súd prvej inštancie sa oboznámil s podaným návrhom na nariadenie neodkladného opatrenia, pripojenými súdnymi spismi vo veci maloletej, ktoré predchádzali tomuto konaniu a dospel k záveru, že veci predchádza právoplatne skončené konanie, z ktorého dôvodu súd konanie o návrhu otca na nariadenie neodkladného opatrenia zastavil. 4. Súd prvej inštancie zistil, že aj návrhom doručeným súdu dňa 20.04.2018 sa otec maloletého dieťaťa domáhal nariadenia neodkladného opatrenia, ktorým súd zmení uznesenie Okresného súdu Bratislava III zo dňa 31.01.2018 č.k. 37P/15/20108-31 tak, že upraví jeho styk s maloletým dieťaťom tak, že otec je oprávnený stretávať sa s maloletým dieťaťom od 23.04.2018 od 09:00 hod do 04.05.2018 do 18:00 hod, od 21.05.2018 od 09:00 hod do 01.06.2018 do 18:00 hod, od 18.06.2018 od 09:00 hod do 29.06.2018 do 18:00 hod, od 23.07.2018 od 09:00 hod do 03.08.2018 do 18:00 hod, od 20.08.2018 od 09:00 hod do 31.08.2018 do 18:00 hod, od 17.09.2018 od 09:00 hod do 28.09.2018 do 18:00 hod, od 22.10.2018 od 09:00 hod do 02.11.2018 do 18:00 hod, od 19.11.2018 od 09:00 hod do 30.11.2018 do 18:00 hod, od 17.12.2018 od 09:00 hod do 28.12.2018 do 18:00 hod s tým, že matka je povinná maloletú na styk s otcom riadne pripraviť a otec si maloletú prevezme a odovzdá v mieste bydliska matky a v určenom čase ju odovzdá matke v mieste jej bydliska. Eventuálne sa otec maloletého dieťaťa domáhal nariadenia neodkladného opatrenia, ktorým súd upraví jeho styk s maloletým dieťaťom tak, že otec je oprávnený stretávať sa s maloletým dieťaťom od 23.04.2018 od 09:00 hod do 27.04.2018 do 18:00 hod, od 30.04.2018 od 09:00 hod do 04.05.2018 do 18:00 hod, od 21.05.2018 od 09:00 hod do 25.05.2018 do 18:00 hod, od 28.05.2018 od 09:00 hod do 01.06.2018 do 18:00 hod, od 18.06.2018 od 09:00 hod do 22.06.2018 do 18:00 hod, od 25.06.2018 od 09:00 hod do 29.06.2018 do 18:00 hod, od 23.07.2018 od 09:00 hod do 27.07.2018 do 18:00 hod, od 30.07.2018 od 09:00 hod do 03.08.2018 do 18:00 hod, od 20.08.2018 od 09:00 hod do 24.08.2018 do 18:00 hod, od 27.08.2018 od 09:00 hod do 31.08.2018 do 18:00 hod, od 17.09.2018 od 09:00 hod do 21.09.2018 do 18:00 hod, od 24.09.2018 od 09:00 hod do 28.09.2018 do 18:00 hod, od 22.10.2018 od 09:00 hod do 26.10.2018 do 18:00 hod, od 29.10.2018 od 09:00 hod do 02.11.2018 do 18:00 hod, od 19.11.2018 od 09:00 hod do 23.11.2018 do 18:00 hod, od 26.11.2018 od 09:00 hod do 30.11.2018 do 18:00 hod, od 17.12.2018 od 09:00 hod do 21.12.2018 do 18:00 hod, od 24.12.2018 od 09:00 hod do 28.12.2018 do 18:00 hod s tým, matka je povinná maloletú na styk s otcom riadne pripraviť a otec si maloletú prevezme a odovzdá v mieste bydliska matky a v určenom čase ju odovzdá matke v mieste jej bydliska. 5. Súd prvej inštancie návrh otca zo dňa 20.04.2018 na nariadenie neodkladného opatrenia zamietol uznesením Okresného súdu Bratislava III. zo dňa 25.04.2018 č.k. 37P/109/2018-51, keď mal preukázané, že Okresný súd Bratislava III. na návrh matky maloletej uznesením zo dňa 31.01.2018 č.k. 37P/15/2018-31 upravil styk otca s maloletou tak, že otec je oprávnený sa stretávať s maloletým dieťaťom každý párny týždeň v kalendárnom roku v sobotu a v nedeľu od 09:00 hod. do 18:00 hod. a každý nepárny týždeň v kalendárnom roku v utorok a vo štvrtok od 15:30 hod. do 18:00 hod. s tým, že si maloletú prevezme a odovzdá v párnom týždni v mieste bydliska matky a v nepárnom týždni si maloletú prevezme v mieste predškolského zariadenia, ktoré maloletá navštevuje a v určenom čase ju odovzdá matke v mieste jej bydliska, pričom matka je povinná maloletú na styk s otcom riadne pripraviť. Týmto bolo zmenené uznesenie Okresného súdu Bratislava III. zo dňa 11.01.2017 č.k. 51P/345/2016-22 v spojení s uznesením Krajského súdu v Bratislave zo dňa 11.04.2017 sp. zn. 11 CoP/124/2017, ktorým bol upravený styk otca s maloletou tak, že otec je oprávnený stretávať sa s maloletou bez prítomnosti matky každý párny týždeň v kalendárnom roku od pondelka do piatku denne od 09.00 hod. do 18.00 hod. s tým, že otec je povinný maloletú prevziať v čase určenom v mieste bydliska matky a maloletú odovzdať matke v čase určenom v mieste jej bydliska a matka je povinná dieťa na styk riadne pripraviť, čím vyhovel odvolaniu matky a zmenil rozsah styku otca s maloletou určený uznesením Okresného súdu Bratislava III. zo dňa 11.01.2017 č.k. 51P/345/2016-22, ktorý určil styk otca s maloletou od nedele nepárneho týždňa od 18.00 hod. do nasledujúceho piatku párneho týždňa do 18.00 hod. Uznesenie Okresného súdu Bratislava III. zo dňa 31.01.2018 č.k. 37P/15/2018-31 bolo právnemu zástupcovi otca doručené dňa 12.02.2018 a dňa 16.02.2018 sa stalo vykonateľným. Otec maloletej proti rozhodnutiu odvolanie nepodal. Rozhodnutie nadobudlo právoplatnosť dňa 06.03.2018. Matka návrh na nariadenie neodkladného opatrenia vo veci zmeny úpravy styku otca s maloletou odôvodnila skutočnosťou, že uznesením Krajského súdu v Bratislave zo dňa 11.04.2017 sp. zn. 11 CoP/124/2017 bol upravený styk otca s maloletou tak, že otec je oprávnený sa stýkať s maloletou bez prítomnosti matky každý párny týždeň v kalendárnom roku od pondelka do piatku denne od 09.00 hod. do 18.00 hod. s tým, že otec je povinný maloletú prevziať v čase určenom v mieste bydliska matky a maloletú odovzdať matke v čase určenom v mieste jej bydliska, čím vyhovel odvolaniu matky a zmenil rozsah styku otca s maloletou určený uznesením Okresného súdu Bratislava III. zo dňa 11.01.2017 č.k. 51P/345/2016-22, ktorý určil styk otca s maloletou v neprimeranom rozsahu od nedele nepárneho týždňa od 18.00 hod. do nasledujúceho piatku párneho týždňa do 18.00 hod., t.j. s prespaním u otca a v rozsahu pripomínajúcom striedavú osobnú starostlivosť. Matka poukázala na to, že odvolací súd pri tomto určení zohľadnil prvoradý záujem maloletej, jej vek aj potreby, no konštatoval, že úprava styku určená rozhodnutím odvolacieho súdu nevychádzala zo zdravotného stavu maloletej. Matka uviedla, že u maloletej sa prejavujú problémy s vyprázdňovaním, čo je skutočnosťou, na ktorú matka upozorňovala otca už počas roka 2016, odkedy dňa 28.02.2016 bola nútená s maloletým dieťaťom prvýkrát navštíviť detskú pohotovosť, z dôvodu bolestivého vyprázdňovania dieťaťa po tom, ako otec dieťa vrátil matke po realizácii styku. Hoci sa dieťa pravidelne vyprázdňovalo v domácom prostredí u matky 1 - 2x denne, cyklus tohto vyprázdňovania sa menil z pravidelného 1 - 2x denne, na 1x za 2 - 3 dni vždy pri realizovaní styku s otcom, a to postupne aj s očividnými ťažkosťami a bolesťami. Matka sa tak vždy pri odovzdávaní dieťaťa pýtala otca, koľko tekutín dieťa počas dňa vypilo, akú stravu počas dňa zjedlo, či malo stolicu, a to aby v rámci večere mohla následne dieťaťu podať prípadné chýbajúce zložky podporujúce vyprázdnenie. Touto formou sa matke darilo tieto nepravidelnosti vo vyprázdňovaní dieťaťa v roku 2016 normalizovať. V marci roku 2017 (po viac ako mesiaci realizovania striedavej starostlivosti v zmysle uznesenia okresného súdu) však došlo k zásadnej zmene na strane maloletého dieťaťa, dieťa pri realizovaní styku s otcom začalo cielene zadržiavať vyprázdňovanie a stolicu. Otec predmetnú situáciu riešil bez akejkoľvek konzultácie s matkou, tým, že zobral dieťa na Kliniku Donauspital vo Viedni a nechal dieťaťu vykonať klystír. Takéto konanie sa zopakovalo vždy počas realizácie styku otca s dieťaťom, maloletej bol v priebehu necelých 2 mesiacov vykonaný 2x klystír, 1x sonografia, a to napriek výslovnému nesúhlasu matky a rovnako napriek vyjadreniu pediatričky maloletého dieťaťa o nevhodnosti tohto invazívneho postupu. Následne maloleté dieťa začalo pri vykonávaní potreby krížiť nožičky a aktívne sa brániť samotnému vykonávaniu potreby. Matka otca opakovane upozorňovala, že liečebný postup zdravotných potiaží dieťaťa bol nastavený v DFNsP Bratislave, tento je v záujme maloletej potrebné dodržiavať oboma rodičmi a akékoľvek ďalšie konanie otca na Klinike Donauspital v podobe dvojitých „kontrolných“ vyšetrení je kontraproduktívne a má na dieťa negatívny vplyv. Otec však naďalej konal a koná podľa vlastného uváženia, nesúhlas matky nerešpektuje, a to napriek tomu, že je mu zo samotných lekárskych vyšetrení, ktoré v DFNsP i na Klinike Donauspital s dieťaťom absolvoval známe, že maloletú návštevy u lekára stresujú, pri vyšetrení nespolupracuje, preukázateľne sa vyšetreniu bráni, dokonca per rectum nie je vyšetriteľná doteraz. Všetci ošetrujúci lekári maloletej Z. (pediatrička maloletej Z. L. odborní lekári v DFNsP) sa zhodli na tom, že problém s vedomým zadržiavaním stolice je s najväčšou pravdepodobnosťou dôsledkom psychickej nepohody dieťaťa, čo následne spôsobuje neutíchajúce problémy. Skutočnosť, že dieťa skutočne trpí psychickým blokom sa dokonca uvádza aj v lekárskej správe Kliniky Donauspital zo dňa 06. 11. 2017, ktorú matka získala až v januári 2018 a kde sa dokonca uvádza, že tento post traumatický stresový syndróm bol spôsobený realizovaním predchádzajúcich klystírov. Maloletá je aj pod dohľadom detského psychológa Mgr. Márie Tóthovej Šimčákovej, nakoľko aj podľa názoru detského psychológa, v prípade maloletej a jej porúch s vyprázdňovaním, či výskytu opätovného pomočovania, ide o psychosomatické ťažkosti, ktorými dieťa vyjadruje úzkosť, nepohodu, či stres spôsobenú konfliktmi medzi rodičmi, ktoré otec neváha riešiť nevhodným spôsobom dokonca aj pred dieťaťom. Takmer rok sa nedarilo problémy dieťaťa s vyprázdňovaním stabilizovať, fekalómy a skybalá sa neustále v nepravidelných intervaloch vracali. Ošetrujúca odborná lekárka v DFNsP MUDr. Jursová, i gastroenterologička MUDr. Čierna, rovnako aj pediatrička maloletej MUDr. Miškejeová a detská psychologička Mgr. Tóthová Šimčáková na jeseň 2017 odporučili, aby dieťa skúsilo začať navštevovať materskú školu s tým, že je možné, že práve v kolektíve rovesníkov dôjde u maloletého dieťaťa k skoršiemu prelomeniu zjavného psychického bloku. Najvhodnejšie sa javila materská škola s menším počtom detí tak, aby mal pedagóg dostatok času sa venovať aj individuálnym potrebám konkrétneho dieťaťa. Matka vopred oboznámila vybratú materskú školu s potrebou individuálneho a špecializovaného prístupu k maloletej. Následne začala maloletá od 01.10.2017 navštevovať materskú školu Šťastná škôlka/Happy-Time, so sídlom Levárska 11, Bratislava, prevádzka: Šumavská ulica 34, 812 08 Bratislava, a to vždy len v čase, kedy otec nerealizuje styk s dieťaťom. Už po prvých pár týždňoch v materskej škole pedagógovia konštatovali u maloletej pokrok vo veci vyprázdňovania a zadržiavania stolice s tým, že kým v prvých dňoch navštevovania materskej školy sa dieťa v prípade nevyhnutnosti vyprázdňovalo výlučne do plienky, po pár týždňoch už malú potrebu dieťa vykonávalo s pomocou učiteliek do toalety, resp. na nočník a snažilo sa aj v prípade stolice. Odborné názory a odporúčania ošetrujúcej lekárky, ako aj detskej psychologičky týkajúce sa navštevovania materskej školy sa v súvislosti so zdravotným stavom maloletej potvrdili. Ako vyplýva aj zo samotných lekárskych správ ošetrujúcej odbornej lekárky v DFNsP z 18.10.2017, 24.11.2017 a z 05.01.2018, potom, ako maloletá začala navštevovať materskú školu, neboli u dieťaťa zistené fekalómy ani skybalá, t.j. prvýkrát za posledný rok sa podarilo u dieťaťa udržať fyzický stav bez fekalómov a skybál po dlhší interval. Je tak možné konštatovať, že návšteva materskej školy maloletej evidentne napomáha pri stabilizácii jej zdravotného stavu. K uvedenému napomohlo to, keď otec dobrovoľne nerealizoval právo styku s maloletou v termíne od 20.11. do 08.12.2017, kedy tak maloletá mohla navštevovať materskú školu v súvislom období 5 týždňov po sebe. V danom čase sa jej podarilo čiastočne uvoľniť psychický blok natoľko, že sama sa spontánne 2-3x v týždni vyprázdnila do toalety, resp. na nočník a nie do plienky, o čom bol aj otec informovaný priamo materskou školou písomne dňa 19.12.2017. Ide síce o malý krôčik vpred, ale je zjavný a neprehliadnuteľný, na základe čoho boli dávky predpísaného lieku Movicol po odporúčaní ošetrujúcou lekárkou MUDr. Jursovou znížené z 2-0-1 na 1-0-1. Následne však, takmer ihneď potom, ako opätovne došlo k realizácii styku otca s maloletou, sa maloletá opäť snažila stolicu zadržiavať. Túto skutočnosť potvrdil matke aj sám otec, že v prvých dňoch realizácie styku od 18.12.2017 sa maloletá u neho buď vyprázdňuje málo alebo vôbec nemáva stolicu alebo má nafúknuté brucho. Preto po opätovnej konzultácii s ošetrujúcou lekárkou MUDr. Jursovou bolo dávkovanie predpísaného lieku opäť nastavené na 2-0-1. Pri aktuálnom zdravotnom stave vychádzajúc z lekárskych správ to znamená, že u maloletej sa stolica síce tvorí, ale dieťa stolicu v prostredí u otca vedome zadržiava. Rozbiehajúci sa cyklus pokrokov dosiahnutých v materskej škole bol tak opäť narušený a zvrátený späť. Za súčasného stavu, kedy sa preukázal jednoznačný prínos navštevovania materskej školy pri stabilizácii maloletej a odstraňovania problému s vyprázdňovaním, je v najlepšom záujme maloletého dieťaťa, aby sa v tomto trende pokračovalo. Aktuálne určenie styku otca s maloletou v zmysle však uvedené neumožňuje, preto aktuálne nezodpovedá najlepšiemu záujmu maloletého dieťaťa. Maloleté dieťa sa v rámci aktuálneho určenia styku s otcom vo svojej podstate v pravidelných intervaloch zmieta medzi dvomi svetmi a to svetom materskej školy, kde zjavne a preukázateľne pociťuje pokoj, bezpečie a dokáže sa psychicky uvoľniť natoľko, že sa dokáže vyprázdniť (aj do toalety, resp. na nočník) a svetom počas realizácie styku s otcom, kde pociťuje napätie a úzkosť, čo sa prejavuje vedomým zadržiavaním stolice. Podľa názoru matky je v najlepšom záujme dieťaťa, aby sa rodičia aktuálne prispôsobili režimu, ktorý je najviac prospešný samotnému dieťaťu a má evidentne pozitívny vplyv na dieťa. Tým sa aktuálne javí pokračovanie v návšteve materskej školy. Nakoľko akákoľvek dohoda s otcom maloletej nie je možná, dieťa je bez okamžitého zásahu súdu v začarovanom bludnom kruhu, v situácii, ktorá sa neprijateľne opakuje každý týždeň a má zjavný negatívny dopad na zdravotný a psychický stav maloletého dieťaťa. 6. Súd prvej inštancie v rámci odôvodnenia svojho rozhodnutia zo dňa 25.04.2018, ktorým zamietol návrh na nariadenie neodkladného opatrenia konštatoval, že v prebiehajúcom konaní nie je sporné, že rodičia nie sú schopní vzájomne komunikovať, a to ani v záujme dieťaťa. Uvedené bolo nespochybniteľne preukázané v znaleckom posudku č. 2/2016 zo dňa 11.03.2016, ktorý vypracoval súdom ustanovený znalec Mgr. Gabriel Hrustič, znalec z odboru klinická psychológia, v spolupráci s PhDr. Máriou Balážovou, detskou psychologičkou ako pribraným konzultantom, v ktorom sa konštatuje, že otec pociťuje voči matke nenávistné postoje, ktoré majú enormný a nezvratný charakter a bránia mu konštruktívne komunikovať s matkou, Otec dáva matke explicitne najavo, že ňou pohŕda. Tieto postoje mu bránia akceptovať iný pohľad na vec. A každé jej správanie voči nemu si vysvetľuje vzťahovačne. Táto situácia sa vyhrocuje z mesiaca na mesiac a uprostred stojí maloleté dieťa. Ako uviedla aj ošetrujúca odborná lekárka DFNsP MUDr. Jursová, konflikty rodičov sú nesporné, no majú zjavný a výrazný negatívny vplyv na maloleté dieťa. Podľa ošetrujúcej lekárky je vysoko neštandardné, aby sa dieťa s uvedeným problémom vyprázdňovania nedalo vyšetriť per rectum ani po takmer roku intenzívnej liečby, čo zjavne preukazuje psychický blok, ktorý sa žiaľ ešte nepodarilo odstrániť, aj v dôsledku konfliktov rodičov dieťaťa. Napriek tomu otec opakovane a bez akejkoľvek dôkaznej podpory tvrdí, že celý problém je spôsobený nesprávnym stravovaním dieťaťa a tento spôsobila matka, rovnako bez akejkoľvek dôkaznej podpory tvrdí, že matka maloletému dieťaťu neaplikuje lieky tak, ako boli predpísané MUDr. Jursovou, a to napriek tomu, že sama ošetrujúca odborná lekárka nemá absolútne žiadne podozrenie, že by dieťaťu neboli predpísané lieky podávané. Pri poslednej návšteve odbornej ambulancie dňa 05.01.2018 MUDr. Jursová otcovi uviedla, že za celú svoju dlhodobú odbornú prax sa s takýmto prípadom nevyšetriteľnosti dieťaťa nestretla a uviedla, že je to nezvyčajné aj z toho hľadiska, že maloleté dieťa už lekárku pozná, keďže je v jej intenzívnej starostlivosti už viac ako 8 mesiacov. Snažila sa otcovi vysvetliť, že dôvodom problémov maloletej nebude zlé stravovanie ako sa domnieva otec, ale konflikty rodičov, ktoré maloletá vidí a vníma každý druhý pracovný týždeň a tieto nevie v sebe spracovať. Matka ďalej konštatovala, že za aktuálne určeného rozsahu styku otca s maloletým dieťaťom, sa javí kontraproduktívne, keď otec dieťaťa vedomý si zdravotných problémov maloletej, presúva dieťa v aute v rámci realizovania styku s dcérou do miesta svojho aktuálneho bydliska a následne späť do miesta bydliska dieťaťa v priemerne 3 hodiny každý deň. Matka považuje uvedené za neprijateľné a v absolútnom rozpore s najlepším záujmom dieťaťa, nakoľko dieťa v prípade aktuálneho častejšieho nutkania na potrebu, nemá inú možnosť, ako buď potrebu opätovne zadržiavať alebo vykonať do plienky, čo však pri snahe matky o odnaučenie dieťaťa od plienok a vykonávaniu potreby pravidelne na toalete nemôže byť úspešné. Dočasnú zmenu úpravy styku otca s maloletým dieťaťom matka žiada výlučne z dôvodu potreby odstrániť čo i len najmenšie nebezpečenstvo reálnej a bezprostredne hroziacej ujmy dieťaťu v podobe zhoršenia po roku dosiahnutého zdravotného stavu maloletého dieťaťa a tiež z dôvodu úplne odstrániť psychický blok, ktorý je u dieťaťa zjavný a preukázaný. Okresný súd Bratislava III. v uznesení zo dňa 31.01.2018 č.k. 37P/15/2018-31 zároveň poukázal, že uznesením Okresného súdu Bratislava III. zo dňa 08.12.2017 č.k. 38P/324/2017-55 bol zamietnutý návrh otca na nariadenie neodkladného opatrenia, ktorým súd maloletú na čas do rozvodu manželstva zverí do jeho osobnej starostlivosti a upraví právo styku matky s maloletou a matke uloží povinnosť prispievať na výživu maloletej. V odôvodnení rozhodnutia súd prvej inštancie uviedol, že mal z pripojeného spisu súdu sp.zn. 51P/263/2015 preukázané, že na súde prvej inštancie prebieha konanie o rozvod manželstva a úpravu výkonu rodičovských práv a povinností k maloletej na čas po rozvode a zo spisu sp.zn. 51P/417/2015, že na súde prvej inštancie prebieha konanie o úpravu výkonu rodičovských práv a povinností k maloletej na čas do rozvodu. Zo spisu sp. zn. 51P/263/2015 mal súd preukázané, že maloletá má zdravotné problémy spojené so zadržiavaním stolice. V lekárskej správe z nemocnice vo Viedni zo dňa 04.08.2017, ktorú otec predložil MUDr. Petríkovi sa uvádza u maloletej prítomnosť fekalómy o veľkosti 5 cm a zväčšenie konečníka na 5 cm. Na kontrolnom vyšetrení u MUDr. Jursovej dňa 11.08.2017 sa u maloletej potvrdila fekalóma a bola jej predpísaná liečba Movicolom a čipkami. Dňa 16.08.2017 na kontrole u MUDr. Jursovej, kedy matka uviedla, že dňa 14.08.2017 sa maloletej podarilo vyprázdniť, lekárka nahmatala u maloletej ďalšiu fekalómu a bolo zvolené odstránenie fekalómy operačným zákrokom dňa 18.08.2017, po ktorom bolo potvrdené, že maloletá sa nemohla sama zbaviť fekalómy vyprázdnením prirodzenou formou, keďže odstránená fekalóma mala veľkosť 8 až 10 cm. Takisto potvrdila, že maloletá má zväčšený konečník a uviedla, že ak by mali aktuálne zdravotné problémy maloletej pretrvávať naďalej, resp. by sa aktívne neliečili, mohlo by dôjsť k zápalu hrubého čreva, ako aj k poškodeniu nervových zakončení v hrubom čreve. Z lekárskej správy MUDr. Jursovej zo dňa 02.10.2017 vyplýva, že maloletá je sledovaná kvôli zápche, že má stolicu 4-5x denne pastovitej konzistencie a 1x býva väčšia porcia, inokedy kúskuje, špinenie na plienke a občas pomočovanie, psychoterapeutické sedenia 1 x za týždeň, brucho bez fekalómu. Lekárka odporučila úpravu stravy maloletej, Movicol, pokračovanie v psychoterapii, gastroenterologické vyšetrenie u MUDr. Čiernej, s odporučením dať maloletú do škôlky, nakoľko je možné, že v kolektíve a pod odborným dohľadom dôjde k skoršiemu prelomeniu bloku. Z lekárskej správy MUDr. Čiernej zo dňa 11.10.2017 vyplýva, že pretrváva funkčná obstipácia, opakované fekalómy a znečistenia u maloletej s doporučením pre hmatné skybalá a znečistenia jednorazové vyprázdnenie čreva X-Prep 1ml/kg a komplexný prístup k liečbe chronickej funkčnej obstipácie (zápchy). Z lekárskej správy MUDr. Čiernej zo dňa 18.10.2017 vyplýva, že lekárka odporučila pokračovať v doterajšej liečbe, vysokozvyškovú stravu, zvýšený príjem tekutín, Movicol 2x1 sáčok, psychologické vedenie, zavedenie kalendára s označovaním vyprázdňovania, posadzovať na toaletu 15-20 minút po jedle, probiotiká a jednotný postup a prístup zo strany rodičov, vyriešenie tenzie medzi rodičmi, ktorá negatívne vplýva na maloletú a môže súvisieť s prehlbovaním ťažkosti maloletej. Z lekárskej správy MUDr. Jursovej zo dňa 18.10.2017 vyplýva, že maloletá pokračuje v zadržiavaní stolice, prekrižuje stále nohy, komunikácia medzi rodičmi negatívne vplýva na maloletú, na ktorú sa prenášajú negatívne vplyvy komunikácie rodičov, ktorí nie sú jednotní ani v dodržiavaní odporúčaní. Lekárka odporučila úpravu stravy, Movicol junior 2x1 sáčok, psychoterapeutické sedenia, denník a kontrolu dňa 24.11.2017. Zo spisu zo správy opatrovníka maloletej zo dňa 07.09.2017 mal súd preukázané, že opatrovník maloletej prešetril pomery v domácnosti matky, pričom nezistil žiadne nedostatky a má za to, že maloletá má u matky vytvorené veľmi dobré podmienky pre zdravý fyzický, psychický a sociálny vývin maloletej. Počas pohovoru s maloletou hravou formou maloletá spomenula otca 1x v spojitosti s hračkou, inak sa o otcovi nechcela rozprávať, kývala hlavou, že nechce. Zo spisu sp. zn. 51P/412/2015 mal súd preukázané, že uznesením zo dňa 25.11.2015 č.k. 51P/417/2015-17 bolo nariadené neodkladné opatrenie, ktorým súd dočasne maloletú zveril do osobnej starostlivosti matky. Ďalej súd uviedol, že mal z obsahu spisu súdu prvej inštancie sp.zn. 38P/297/2017 preukázané, že otec sa návrhom, doručeným súdu prvej inštancie dňa 06.11.2017 domáhal nariadenia neodkladného opatrenia, ktorým mu súd udelí súhlas vycestovať s maloletou do Čile v období od 01.12.2017 do 10.01.2018. Otec v tomto konaní v návrhu okrem iného argumentoval aj tým, že maloletá začala od 01.10.2017 navštevovať škôlku pod psychologickým dohľadom špeciálneho pedagóga, čo matke odobrila MUDr. Jursová dňa 02.10.2017. V škôlke maloletá trávi osem hodín denne, škôlka podporuje socializáciu medzi rovesníkmi, čo napomáha jej prirodzenej separácii. Vzhľadom k tomu, že maloletá je schopná byť značnú časť dňa v úplne cudzom prostredí a v kolektíve neznámych detí a pedagógov, je podľa otca schopná absolvovať cestu do Čile a stretnúť sa so svojou najbližšou rodinou. Vychádzal aj z hodnotiacej správy OZ šťastná škôlka /Happy-Time, ktorá uvádza, že maloletá prešla adaptačným procesom pomerne hladko a už sú u nej zaznamenávané pokroky napriek tomu, že zariadenie navštevuje pomerne krátku dobu. Zo správy vyplýva, že pravidelná návšteva predškolského zariadenia je dôležitá pre ďalší zdravý rozvoj osobnosti dieťaťa. Zmena prostredia a spoznávanie nových ľudí jednoznačne prospieva k odbúravaniu stereotypu a pozitívne pôsobí i na zdravotný stav maloletej. Otec maloletej poukázal aj na skutočnosť, že zdravotný stav maloletej sa zlepšuje, na čo poukazuje správa zo škôlky. Otec tiež uviedol, že má za to, že maloletá má fyzický vek na to, aby si postupne zvykala byť v cudzom prostredí. Zo Zmluvy o poskytovaní služieb súvisiacich so starostlivosťou o dieťa zo dňa 29.09.2017 mal súd prvej inštancie preukázané, že matka uzatvorila zmluvu, predmetom ktorej je odplatné poskytovanie starostlivosti maloletej v súkromnom zariadení OZ šťastná škôlka/Happy-Time v Bratislave od 29.09.2017. Z hodnotiacej správou OZ šťastná škôlka/Happy-Time vyplýva, že maloletá navštevuje materskú škôlku od 01.10.2017, na začiatku sa radšej vyprázdňovala do plienky, v súčasnosti malú potrebu vykonáva do toalety a veľkú sa snaží tiež, nie vždy úspešne, spôsobuje to koexistencia stolice, ktorá je vždy značne riedka. Jednoznačne bolo doporučená pravidelná návšteva predškolského zariadenia, keďže je dôležitá pre ďalší zdravý rozvoj osobnosti maloletej. Z potvrdenia o zdravotnom stave maloletej zo dňa 10.10.2017 MUDr. Miškejeovej, všeobecnej lekárky pre deti a dorast vyplýva, že lekárka potvrdila, že maloletá je motoricky a psychicky zdravá, nevyžaduje mimoriadnu zdravotnú starostlivosť, aktuálne netrpí žiadnym závažným ochorením, ktoré by zabraňovalo jej začleneniu do skupiny iných detí a je zo zdravotného aspektu schopná navštevovať materskú školu a zapájať sa do všetkých aktivít, ktoré prislúchajú jej vývinovej úrovni, neprejavuje príznaky prenosného ochorenia a nemá nariadené karanténne opatrenie, nemá diagnostikovanú alergiu, je sledovaná z dôvodu zápchy, absolvovala všetky povinná očkovania. Z lekárskej správy zo dňa 24.11.2017 MUDr. Jursovej, detskej chirurgičky mal súd prvej inštancie preukázané, že matka sa dostavila k lekárke na naplánovanú kontrolu maloletej, ktorej bola diagnostikovaná zápcha. Maloletá užíva Movicole, 2x za ten čas kakala spontánne na WC, väčšinou ešte do plienky, stolica je pastovitá, maloletá sa 2 - 3x do mesiaca v noci pociká, tekutiny prijíma dobre, brucho maloletej bez meteorizmu, palpačne priehmatné, bez fekalómu a skybál, v ľ. kolone hmatná stolica, ale nie tvrdá, v plienke pastovitá stolica. Lekárka odporučila Movicol 2-0-1 a pri zlepšení konzistencie znížiť dávku, psychologické sedenia, vedenie denníka a kontrolu o 4-5 týždňov. Súd v danej veci dospel k záveru, že návrh otca na nariadenie neodkladného opatrenia nie je dôvodný. Súd mal preukázané, že maloletá je zverená do osobnej starostlivosti matky a otec má upravený styk s maloletou, maloletá má zdravotné problémy spojené so zadržiavaním stolice, je pod dohľadom lekára, nakoľko má ťažkosti s vyprázdňovaním, zápchou, tvoria sa jej fekalómy, skybalá, ktorý stav sa strieda s riedkou stolicou. Na posledných kontrolách, ktoré maloletá absolvovala neboli zistené fekalómy a skybalá a lekárka odporučila pri zlepšení konzistencie stolice znížiť dávky Movicolu. Naďalej má maloletá odporučené psychologické sedenia, vedenie denníka a kontrolu o 4 - 5 týždňov od poslednej kontroly. Aj všeobecná lekárka maloletej, aj chirurgička odporučili umiestnenie maloletej do materskej školy s tým, že podľa chirurgičky je možné, že práve v kolektíve dôjde k skoršiemu prelomeniu bloku maloletej a podľa všeobecnej lekárky maloletá netrpí žiadnym závažným ochorením, ktoré by zabraňovalo jej začleneniu do skupiny iných detí a je zo zdravotného aspektu schopná navštevovať materskú školu a zapájať sa do všetkých aktivít, ktoré prislúchajú jej vývinovej úrovni. Súd prvej inštancie mal tak aktuálnymi lekárskymi správami preukázané, že matka sa o maloletú riadne stará, chodí na pravidelné kontroly s maloletou, ktorej zdravotný stav sa zlepšil. Zlepšenie stavu mal súd prvej inštancie preukázané aj hodnotiacou správou OZ šťastná škôlka/Happy-Time, ktorú maloletá navštevuje. Súd nemal hlásené žiadne nedostatky v starostlivosti matky o maloletú ani od opatrovníka maloletej, preto nevzhliadol dôvod zmeniť právoplatné rozhodnutie súdu o zverení maloletej a zveriť maloletú do osobnej starostlivosti otca. 7. Súd prvej inštancie svoje rozhodnutie zo dňa 13.08.2018, ktorým zastavil konanie o návrhu otca na nariadenie neodkladného opatrenia po právnej stránke odôvodnil § 2 ods.1, § 363 CMP, § 230, § 161 ods. 1,2, § 329 ods.2,3 CSP s tým, že v odôvodnení svojho rozhodnutia súd prvej inštancie konštatoval, že prekážka res iudicata (prekážka právoplatne rozhodnutej veci), ktorá vylučuje, aby súd vec znova prejednal, je vyslovená v ustanovení § 230 C.s.p. Táto prekážka nastane vtedy, ak sú súčasne splnené tri podmienky: 1. súd začne opätovne konať, hoci už bolo vo veci právoplatne rozhodnuté, 2. súd začne opätovne konať s tými istými účastníkmi konania, 3. súd začne opätovne konať o tej istej veci. Za tú istú vec v zmysle § 230 C.s.p. treba považovať ten istý nárok, o ktorom sa už prv právoplatne rozhodlo, ak sa opiera o ten istý právny dôvod vyplývajúci z totožného skutkového stavu. V konaní o návrhu na nariadenie neodkladného opatrenia tiež platí, že ak po vydaní uznesenia, ktorým bol zamietnutý návrh na nariadenie neodkladného opatrenia dôjde k zmene skutkových okolností významných pre rozhodnutie, nezakladá právoplatné rozhodnutie, ktorým bol zamietnutý návrh na nariadenie neodkladného opatrenia, prekážku rozhodnutej veci. V danej veci otec opätovne podal návrh na nariadenie neodkladného opatrenia, ktorým súd upraví jeho styk s maloletou o niečo v širšom rozsahu, ako v rozsahu vyplývajúcom z právoplatného súdneho rozhodnutia Okresného súdu Bratislava III. zo dňa 31.01.2018 č.k. 37P/15/2018-31, pričom jeho predchádzajúci návrh na nariadenie neodkladného opatrenia, súd zamietol uznesením zo dňa 25.04.2018 č.k. 37P/109/2018-51, ktoré rozhodnutie bolo potvrdené uznesením Krajského súdu v Bratislave zo dňa 25.06.2018 sp. zn. 20CoP/75/2018 a nadobudlo právoplatnosť dňa 09.07.2018. Otec sa návrhom, podanom po jednom mesiaci od právoplatnosti predchádzajúceho rozhodnutia, ktorým bol zamietnutý jeho návrh na nariadenie neodkladného opatrenia, opätovne domáhal nariadenia neodkladného opatrenia, ktorým súd upraví jeho styk s maloletou v širšom rozsahu, v dvojtýždňových intervaloch, resp. striedavú osobnú starostlivosť o maloletú. Otec pritom neosvedčil súdu, že došlo k zmene skutkových okolností významných pre rozhodnutie. Pretože po vydaní uznesenia, ktorým bol zamietnutý návrh na nariadenie neodkladného opatrenia, otec súdu nepreukázal, že by došlo k zmene skutkových okolností významných pre rozhodnutie, súd má za to, že právoplatné súdne rozhodnutie Okresného súdu Bratislava III. zo dňa 25.04.2018 č.k. 37P/109/2018-51 v spojení s uznesením Krajského súdu v Bratislave zo dňa 25.06.2018 sp. zn. 20CoP/75/2018 zakladá prekážku právoplatne rozhodnutej veci. O návrhu otca už bolo právoplatne rozhodnuté, súd prvej inštancie toto konanie o návrhu otca na nariadenie neodkladného opatrenia pre neodstrániteľnú prekážku konania právoplatne rozhodnutej veci podľa § 161 ods. 2 C.s.p. zastavil. 8. Proti uzneseniu súdu prvej inštancie v celom rozsahu podal odvolanie otec s odôvodnením, že dôvodom podania odvolania je najmä skutočnosť, že rozhodnutie súdu prvej inštancie vychádza z nesprávne a neúplne zisteného skutkového stavu, rovnako aj z nesprávneho posúdenia veci a najmä aplikácie neexistujúcej prekážky vylučujúcej prejednanie veci. Súd prvej inštancie prihliadol na negatívnu procesnú podmienku (res iudicata), pričom dôvod na uplatnenie zastavenia konania nie je na danú vec možné aplikovať. Otec má za to, že argumentácia súdu v odôvodnení uznesenia v odseku 12 spočíva v tom, že pretože o návrhu otca už bolo právoplatne rozhodnuté, súd toto konanie o návrhu otca na nariadenie neodkladné opatrenia pre neodstrániteľnú prekážku konania právoplatne rozhodnutej veci podľa § 161 ods. 2 Civilný sporový poriadok (ďaľej len „CSP“) zastaví. Súd uvádza, že prekážka res iudicata vylučuje, aby súd vec prejednal. Ako predpoklad aplikovania tejto prekážky súd uvádza tri podmienky: 1. Súd začne opätovne konať, hoci už bolo vo veci právoplatne rozhodnuté, 2. Súd začne opätovne konať s tými istými účastníkmi konania, 3. Súd začne opätovne konať v tej istej veci. Za tú istú vec v zmysle § 230 CSP treba považovať ten istý nárok, o ktorom sa už právoplatne rozhodlo, ak sa opiera o ten istý právny dôvod vyplývajúci z totožného skutkového stavu. Ak však dôjde k zmene skutkových okolností významných pre rozhodnutie, súd na prekážku rozhodnutej veci neprihliadne. Dôvodom, pre ktorý nie je možné použiť prekážku právoplatne rozhodnutej veci je, že prekážka res iudicata sa vzťahuje na rozhodnutia vo veci samej, ale uznesenie o neodkladnom opatrení nie je rozhodnutie vo veci samej. Touto otázkou sa už zaoberal Najvyšší súd Slovenskej republiky a v rozhodnutí sp.zn. 5M Cdo 13/2007 sa vyjadril nasledovne: „Úpravou predbežných opatrení umožňuje Občiansky súdny poriadok rýchlo a pružne riešiť situáciu, keď je potrebný okamžitý zásah súdu. Rozhodnutie, ktorým súd vydá predbežné opatrenie alebo zamietne návrh na jeho vydanie, nie je rozhodnutím vo veci samej, a zásadne ani neprejudikuje konečné rozhodnutie vo veci samej. Nie je preto ani svojou povahou res iudicata, ktorá skutočnosť by bránila opätovnému rozhodnutiu o návrhu na vydanie predbežného opatrenia, ak sú na jeho vydanie splnené podmienky podľa § 74 a nasl. O.s.p.“ Z uvedeného teda možno podľa otca konštatovať, že prekážka právoplatne rozhodnutej veci sa v tomto prípade nedá aplikovať a uznesenie o zastavení konania je v rozpore s právom na ochranu ohrozených alebo porušených práv a právom chránených záujmov podľa čl. 2 ods. 1 CSP. Okrem neadekvátneho použitia tejto prekážky, horeuvedená argumentácia súdu nie je postavená na pevných podkladoch, ale využíva prekážku res iudicata pre rýchle a pohodlné zamietnutie veci “pod koberec“. Zo samotného návrhu na nariadenie neodkladné opatrenia vyplýva, že nastali nové právne dôvody zo síce podobného, ale nie identického skutkového stavu. Súd sa pri svojom odôvodnení pre zastavenie konania o nariadenie neodkladné opatrenia opiera najmä o tieto skutočnosti. Stretávanie sa otca s maloletou nemá prospešný vplyv na jej zdravie aj vďaka obmedzenému styku sa zdravotný stav maloletej stabilizuje a zlepšuje. V obidvoch prípadoch je táto argumentácia len na úrovni polemiky a dôkazy ktoré prezentujú inú realitu súd vo veľkej miere ignoruje. Pravda je však taká, že maloletá má neustále zdravotné problémy a ani škôlka, ani obmedzené stretávanie s otcom ich jej nevyriešili. Toto prehlásenie vychádza z dôkazmi podložených skutočností, ktoré je však otec maloletej nútený získavať na „vlastnú päsť“ bez „požehnania“ súdu. Čo je však zarážajúce na celom prípade je fakt, že zo samotného odôvodnenia uznesenia možno pozorovať náklonnosť súdu voči vyjadreniam matky, ktoré častokrát cituje, ako holé fakty, pričom dôkazy predkladané otcom ostávajú nepovšimnuté alebo bez adekvátnej odozvy. Zdravotný stav maloletej sa žiaľ takmer vôbec nezlepšil a hlavne vďaka otcovej iniciatíve je tento fakt známy. Bezodkladná potreba zmeny úpravy tak vychádza z nutnosti riešiť zdravotný stav maloletej, ktorý je odsúvaný a ignorovaný zo strany matky. Spomínaná náklonnosť súdu k matke, ako i citovanie jej vyhlásení ako nesporných faktov možno pozorovať v celom odôvodnení uznesenia. Takmer pri každej polemike súd používa anekdotálne vyjadrenia matky a opiera o ne svoje postoje akoby nebolo možné pripustiť chybu aj zo strany matky. Pre názorné upresnenie poukazuje otec na takéto zaujaté citáty. Na strane 4, 18 riadok: „Matka sa tak vždy pri odovzdávaní dieťaťa pýtala otca, koľko tekutín dieťa počas dňa vypilo, akú stravu počas dňa zjedlo, či malo stolicu, a to aby v rámci večere mohla následne dieťaťu podať prípadné chýbajúce zložky podporujúce vyprázdnenie.“ Tento citát je však absolútnym „bludom“, keď otec maloletej od začiatku sporu pred súdom poukazuje na fakt, že matka, až na svetlé výnimky, doma nevarí a maloletej podáva stravu vo forme polotovarov, častokrát zo zložením podporujúcim zápchu (syry, čokoláda, banán) a otcovi jej problémy po dobu vyše jedného roka zatajovala. Otec na druhej strane od začiatku zdravotných problémov maloletej bojuje s apatiou matky a laxným prístupom slovenských lekárov. Vyvrcholením tohto boja bol lekársky zákrok na odstránenie fekalómu, ktorý vykonali síce na Slovensku ale až po nátlaku otca a vyšetreniach uskutočnených u rakúskych lekárov, ktorí po riadnom vyšetrení sonografie (na rozdiel od vyšetrení hmatom na Slovensku) odporučili fekalóm evakuovať operačne. Ako je vôbec možné, že súd uvádza v odôvodnení výroky matky, ktoré nie sú podložené žiadnymi dôkazmi a zohľadňuje ich ako dôveryhodné informácie, pričom v kontraste, súd sa s otcom doloženými dôkazmi zo samotného návrhu nevysporiadal, ba dokonca ich odignoroval. Taktiež vystáva otázka, prečo súd neumožní riadne vyšetrenia u rakúskych špecialistov, ale spolieha sa na vyjadrenia JUDr. Jursovej, ktorá dokázala maloletú vyšetriť iba hmatom alebo násilným pichnutím prstov do konečníka. Zo správy JUDr. Jursovej možno vyčítať jej úžas nad vlastnou neschopnosťou vyšetriť maloletú, pričom zo správ Dr. Pokalla je zrejmé, že maloletá vôbec nemá problém nechať sa vyšetriť. Napriek tomu, súd konštatuje, že neschopnosť JUDr. Jursovej vyšetriť maloletú je spôsobená otcovou iniciatívou a jeho častými návštevami u lekárov. Maloletá Z. však s lekármi v Rakúsku nemá žiaden problém, ale z JUDr. Jursovej ma panický strach. Ďalší z mnohých citátov bez dôkaznej opory, ktorý súd používa vo svojom odôvodnením na strane 6, 17 riadok: „Matka ďalej konštatovala, že za aktuálne určeného rozsahu styku otca s dieťaťom sa javí kontraproduktívne, keď otec dieťaťa vedomý si zdravotných problémov maloletej, presúva dieťa v aute v rámci realizovania styku s dcérou do miesta svojho aktuálneho bydliska a následne späť do miesta bydliska dieťaťa v priemere 3 h hodiny každý deň. Matka považuje uvedené za neprijateľné a v absolútnom rozpore s najlepším záujmom dieťaťa, nakoľko dieťa v prípade aktuálneho častejšieho nutkania na potrebu, nemá inú možnosť, ako buď potrebu opätovne zadržiavať alebo vykonať do plienky, čo však pri snahe matky o odnaučenie dieťaťa od plienok a vykonávanie potreby pravidelne na toalete nemôže byť úspešné.“ Po prečítaní tohto vyjadrenia je na mieste spýtať sa expertom v akom obore je matka, keď nazýva stretávanie kontraproduktívnym, aké tabuľky matka používa na výpočet času presunu (GPS navigácia ukazuje konzervatívny odhad trvania cesty od dverí k dverám menej ako 1 hodinu, pričom na konci bodu 5. súd uvádza ešte väčšiu absurditu a to, že doba cestovania je minimálne 2 hodiny každým smerom), akým spôsobom rieši matka nutkanie maloletej na potrebu pri dennom presúvaní medzi bydliskom a škôlkou, presúvaní k starej matke maloletej a akýmkoľvek iným presúvaním ktoré je nutné realizovať? Ako je možné, že súd uvádza vyjadrenia matky v odôvodnení, pričom vyjadrenie doktora k presunom nie sú spomenuté ani raz. Na margo tvrdení o zlepšení zdravotného stavu maloletej sa pri poslednom sonografickom vyšetrení vo Viedni potvrdilo podozrenia otca o pretrvávajúcich ťažkostiach a závažnosti zdravotného stavu maloletej. Nebyť tohto vyšetrenia, stanovisko slovenských ošetrujúcich lekárov je nejednoznačné (keďže maloletú nie sú schopní riadne vyšetriť). Zo samotného vyšetrenia však vyplýva, že rektum maloletej je stále zväčšený na dvojnásobok normálnej veľkosti a za posledné mesiace sa takmer vôbec nezmenšil. Vyjadrenia škôlky o absencii plienok u maloletej nesvedčia o zlepšení zdravotného stavu ale iba stroho opisujú situáciu. Pravda je taká, že maloletá na dennom poriadku nevedomky špiní svoje spodné prádlo z dôvodu neschopnosti zadržania stolice. Ak je predstava matky, ošetrujúcej lekárky, či vedenia škôlky stotožnená s takýmto stavom, nemôže byť prekvapivé, ak otec vehementne bojuje o zdravie svojej dcéry. Holým faktom však ostáva, že zdravotný stav maloletej je neustále rizikový a aktuálna úprava stretávania medzi otcom a maloletou k jeho zlepšeniu nepomáha. Správa materskej školy, ktorá je podkladom úsudku pozitívneho vplyvu navštevovania MŠ na zdravie maloletej je len skresleným popisom veľmi komplikovanej situácie. Ako možno vyčítať z tejto správy, maloletá jednak vyprázdňovanie vykonáva aj na WC, ale aj do plienok. Tvrdenie, že samotný fakt, že maloletá miestami plienku nepoužíva je taktiež zavádzajúci, keďže dni keď plienky nepoužíva chodí zo škôlky zo značne pošpinenou bielizňou, ktorú často krát musí už počas dňa vyzliecť a nahradiť čistou. Treba taktiež pripomenúť, že správa, z ktorej súd utváral záver nie je aktuálna a doplnenie novou správou by uviedlo problematiku na pravú mieru, vedenie škôlky však komunikuje s otcom veľmi skromne, až priam vôbec. Vedenie škôlky taktiež tvrdí, že na odporúčanie lekárov vedie denník o vyprázdňovaní maloletej, ale ani po opakovanom vyžiadaní otca, či právnym zástupcom otca vedenie škôlky tento denník doposiaľ nepredložilo. Súd prvej inštancie sa v odôvodnení svojho uznesenia opiera aj o domnienky, že stretávanie s otcom a s ním spojené cestovanie nemá dobrý vplyv na zdravie maloletej. V prvom rade, cestovanie ktoré podstupuje otec s maloletou netrvá ani 4 hodiny denne ani 3 hodiny denne. Tento fakt bol spomenutý už mnoho násobene, ale súd sa stále pridržiava prehnaných odhadov zo zdroja otcovi neznámeho a tieto prehnané odhady používa na argumentáciu proti rozšíreniu stretávania. Pravda je taká, že cesta od dverí k dverám trvá okolo 50 minút, dokonca aj menej v časoch nízkej premávky (keď otec vozí maloletú). V druhom rade výklad dobrého vplyvu na zdravie maloletej je len subjektívny pohľad na vec a neodzrkadľuje realitu, ktorá je taká, že zdravotný stav maloletej je zlý už od konca 2015. Tento fakt je nám známy až po lekárskej kontrole a následnej správe v ktorej matka priznala JUDr. Jursovej , že maloletá má ťažkosti s vyprázdňovaním už rok a pol. Táto kontrola bola vykonaná až po upozornení otca a vôbec nie z iniciatívy matky. Otcovi však matka počas celej doby, pred vydaním tejto správy problémy maloletej zatajovala, dokonca sústavne klamala pri otázkach o vyprázdňovaní. V januári 2017 súd priznal otcovi rozšírený režim stretávania, na 2x 5 sústavných dní do mesiaca. Až počas tohto rozšíreného režimu si otec všimol, že maloletá vôbec nemá pravidelnú stolicu, dokonca trpí zápchou. Na základe tohto pozorovania ju otec vzal k lekárovi v Donauspitall, kde bolo zistené, že maloletá Sofia má značne zväčšený rektum a tvoria sa jej skýbalá a fekalóm. Z týchto faktov možno teda usúdiť, že práve v starostlivosti otca boli objavené ťažkosti a z jeho iniciatívy odstránený fekalóm a v kontraste práve v starostlivosti matky boli tieto problémy ignorované a zanedbané. V uznesení o zastavení konania na str. 9 má súd prvej inštancie podľa odôvodnenia preukázané, že „maloletá práve u otca vedome zadržiava stolicu, k čomu môže prispievať aj niekoľkohodinové cestovania z Bratislavy do Viedne a tiež psychická nepohoda maloletej“. Otec má za to, že cestovanie nie je niekoľkohodinové, Dr. Pokall sa vyjadril, že cestovanie pravdepodobne nemá vplyv na zadržiavanie a psychická nepohoda maloletej možno je príčinou jej problémov, ale odstránenie jej otca zo života túto pohodu určite nenavráti. Otec je toho názoru, že táto nepohoda pramení najmä z neschopnosti otca a matky dohodnúť sa na stretávaní. Otec opustil zamestnanie, presťahoval sa do Viedne, prenajal si byt, ktorý je vhodný pre život maloletej, vyvíja všetko úsilie aby bol dobrým vzorom, edukoval ju tým najlepším spôsobom a zabezpečuje zdravotnú starostlivosť nad rámec zákonnej poistky. Je snáď niečo na tomto správaní nevhodné alebo je naozaj v najlepšom záujme maloletej byť v prostredí, ktoré dbá na jej zdravotný stav, či potreby len v nevyhnutnej miere. Jeden spoločný faktor, na ktorý upozorňujú všetci zainteresovaný špecialisti je nutnosť inteligentnej komunikácie medzi rodičmi. Pravda je však taká, že matka odmieta s otcom maloletej komunikovať akýmkoľvek spôsobom, čo sa odzrkadľuje aj na možnosti maloletej Z. počas dní keď k styku nedochádza vidieť alebo hovoriť so svojim otcom prostredníctvom digitálnych komunikačných prostriedkov (whatsapp, skype). Otec po opakovaných pokusoch kontaktovať maloletú prostredníctvom telefónu matky zistil, že je zablokovaný a nie je možné sa spojiť so svojou dcérou. Matka taktiež odmieta priamu komunikáciu s otcom, aj napriek naliehavej nutnosti riešiť zdravotný stav maloletej, počas súdom určených dní na stretávanie s otcom. Poslednú dobu začali obaja rodičia navštevovať mediátora, u ktorého sa však zatiaľ zhodli len na jednej veci a to je alternatíva, že maloletá Sofia zdravotné problémy naozaj má a je vhodné navštíviť aj iného lekára voči ktorému maloletá nepociťuje strach. Aj tieto stretnutia sú však sprevádzané neustálymi prekážkami zo strany matky, ktorá neustále odďaľuje stretnutia. Odôvodnenia súdu v predošlých konaniach, ako i v tomto prípade, pri ktorých prišlo ku skráteniu styku alebo nepovoleniu rozšírenia medzi otcom a maloletou sa opierali vo veľkej miere o najlepší záujem maloletej. Ten podľa všetkého, spočíva vo vytlačení otca zo života maloletej a skrátení ich spoločného času na minimum. Pri zachovaní logiky tejto argumentácie možno urobiť ďalší absurdný krok a zamedziť stretávaniu úplne. Tu však výstava dôležitá otázka. Je naozaj v záujme maloletej, aby milujúceho otca vídala len niekoľko hodín do týždňa a svoj voľný čas trávila v škôlke a u starej mamy, pretože matka je vyťažená prácou? Na základe horeuvedených tvrdení a skutočností otec navrhuje, aby súd vydal nasledujúce rozhodnutie. Sledujúc najlepší záujem dieťaťa, ktorý je pri rozhodovaní vo veciach o maloletých deťoch základným a určujúcim hľadiskom, navrhuje, aby bolo napadnuté uznesenie zrušené a odvolací súd uznesenie súdu prvej inštancie zmenil tak, že neodkladné opatrenie nariadi. V zmysle petitu predloženého v návrhu na nariadenie neodkladného opatrenia zo dňa 8.8.2018 žiada súd, aby rozhodol tak, že otec je oprávnený stretávať sa s maloletým dieťaťom vždy posledné 2 týždne v mesiaci od pondelka od 9:00 hod do nasledujúceho piatka do 18:00 hod. , t.j. od 20 augusta, 2018 od 09:00 hod. do 31.augusta do 18:00 hod., od 17.septembra, 2018 od 09:00 hod. do 28.septembra, 2018 hod. do 18:00 hod.,od 22.októbra, 2018 od 09:00 hod. do 2.novembra, 2018 do 18:00 hod., od 19.novembra, 2018 od 09:00 hod. do 30.novembra, 2018 do 18:00 hod., od 17.decembra, 2018 od 09:00 hod. do 28.decembra, 2018 do 18:00 hod.,od 14. Januára 2019 od 09:00 hod. do 25. Januára 2019 do 18:00 hod., od 11. Februára 2019 od 09:00 hod. do 22. Februára 2019 do 18:00 hod., od 11. Marca 2019 od 09:00 hod. do 22. Marca 2019 do 18:00 hod., od 08. Apríla 2019 od 09:00 hod. do 19. Apríla 2019 do 18:00 hod., od 06. Mája 2019 od 09:00 hod. do 17. Mája 2019 do 18:00 hod., od 03. Júna 2019 od 09:00 hod. do 14. Júna 2019 do 18:00 hod., od 01. Júla 2019 od 09:00 hod. do 12. Júla 2019 do 18:00 hod. s tým, že si maloletú prevezme a odovzdá v mieste bydliska matky a v určenom čase ju odovzdá matke v mieste jej bydliska. Matka je povinná maloletú na styk s otcom riadne pripraviť. 9. Matka maloletého ani kolízny opatrovník sa k odvolaniu písomne nevyjadrili. 10. Krajský súd v Bratislave preskúmal vec, v ktorej nebol viazaný rozsahom ani dôvodmi odvolania (§ 65 a § 66 C.m.p.), túto prejednal bez nariadenia pojednávania, keď pre nariadenie pojednávania podľa ustanovenia § 385 ods. 1 zákona č. 160/2015 Z.z. Civilný sporový poriadok (ďalej len „C.s.p.“) neboli splnené zákonné podmienky (nebolo potrebné doplniť respektíve zopakovať dokazovanie, nevyžaduje to dôležitý verejný záujem) a dospel k záveru, že odvolanie otca nie je dôvodné. Uznesenie súdu prvej inštancie odvolací súd v celom rozsahu potvrdil, pretože je vo výroku vecne správne, a keďže sa v celom rozsahu stotožňuje s dôvodmi (skutkovými a právnymi) uznesenia ako správnymi, toto uznesenie už ďalšie dôvody neobsahuje (§ 387 ods. 1, 2 C.s.p.). 11. Podľa § 161 ods. 1 Civilného sporového poriadku, ak tento zákon neustanovuje inak, súd kedykoľvek počas konania prihliada na to, či sú splnené podmienky, za ktorých môže konať a rozhodnúť (ďalej len "procesné podmienky"). 12. Podľa § 161 ods. 2 Civilného sporového poriadku ak ide o nedostatok procesnej podmienky, ktorý nemožno odstrániť, súd konanie zastaví. 13. Podľa § 161 ods. 3 Civilného sporového poriadku ak ide o nedostatok procesnej podmienky, ktorý možno odstrániť, súd urobí vhodné opatrenia na jeho odstránenie. Pritom spravidla môže pokračovať v konaní, ale nesmie vydať rozhodnutie, ktorým sa konanie končí. Ak sa nepodarí nedostatok procesnej podmienky odstrániť, súd konanie zastaví. 14. Podľa § 230 Civilného sporového poriadku ak sa o veci právoplatne rozhodlo, nemôže sa prejednávať a rozhodovať znova. 15. Účelom neodkladného opatrenia je zabezpečenie bezodkladnej úpravy pomerov účastníkov, pričom neodkladné opatrenie má len dočasný, resp. provizórny charakter. V prípade maloletých detí je prostriedkom ochrany ich zjavne ohrozených práv do doby nadobudnutia právoplatnosti meritórneho rozhodnutia. Stráca svoje opodstatnenie akonáhle súd poskytne ohrozenému alebo porušenému právu definitívnu ochranu. Musí byť pritom daná aspoň naliehavá potreba predbežnej úpravy a nárok musí byť osvedčený. 16. O návrhu na nariadenie neodkladného opatrenia môže súd rozhodnúť aj bez výsluchu a vyjadrenia strán a bez nariadenia pojednávania. V konaní o prejednaní návrhu na nariadenie neodkladného opatrenia na včasné zabezpečenie neodkladnej úpravy nie je nevyhnutné vykonať dôkazy ako v konaní vo veci samej, na ich nariadenie je postačujúce, ak účastník osvedčí potrebu nevyhnutnej neodkladnej ochrany práv a právom chránených záujmov a tiež je splnená zákonná podmienka nariadenia neodkladného opatrenia, ak sa osvedčí alebo preukáže aspoň jeden z vyššie uvedených dôvodov na jeho nariadenie. Pre rozhodnutie súdu o neodkladnom opatrení je rozhodujúci stav v čase vydania uznesenia súdu prvej inštancie. Ak to povaha veci pripúšťa, súd môže nariadiť neodkladné opatrenie, ktorého obsah by bolo totožný s výrokom vo veci samej. 17. Pokiaľ ide o námietku otca, uvedenú v odvolaní, že dôvodom, pre ktorý nie je možné použiť prekážku právoplatne rozhodnutej veci je v rámci rozhodovania o neodkladnom opatrení skutočnosť, že prekážka res iudicata sa vzťahuje na rozhodnutia vo veci samej, ale uznesenie o neodkladnom opatrení nie je rozhodnutie vo veci samej, pričom touto otázkou sa už zaoberal Najvyšší súd Slovenskej republiky a to v rozhodnutí sp.zn. 5M Cdo 13/2007, odvolací súd udáva, že účelom neodkladného opatrenia je zabezpečiť predbežnú a nevyhnutnú pomerov účastníkov konania, alebo odstrániť riziko ohrozenia výkonu súdneho rozhodnutia. Aj keď rozhodnutie o návrhu na nariadenie neodkladného opatrenia nie je rozhodnutím vo veci samej, má pre osoby dotknuté týmto súdnym rozhodnutím závažné dôsledky. V záujme ich právnej istoty zákon predchádza tomu, aby v tej istej veci (t.j. o tom istom návrhu na nariadenie neodkladného opatrenia, podanom rovnakým účastníkom konania za nezmenených skutkových okolností) bolo neodkladné opatrenie nariadené niekoľkokrát alebo, aby o tom istom návrhu boli vydané rozdielne (protichodné) rozhodnutia. Tento účel zabezpečuje Civilný sporový poriadok negatívnou podmienkou konania t.j. požiadavkou, aby rozhodnutiu nebránila prekážka veci začatej v zmysle § 159 CSP alebo právoplatne rozhodnutej v zmysle § 230 CSP. Pokiaľ ale po vydaní uznesenia, ktorým bol zamietnutý návrh na nariadenie neodkladného opatrenia dôjde k zmene skutkových okolností významných pre rozhodnutie, nezakladá právoplatné rozhodnutie, ktorým bol zamietnutý návrh na nariadenie neodkladného opatrenia prekážku veci rozhodnutej veci ( § 329 CSP). Výkladom a contrario citovaného ustanovenia § 329 CSP teda možno nepochybne ustáliť, že ak nedôjde k zmene skutkových okolností významných pre rozhodnutie, tvorí právoplatné uznesenie, ktorým súd zamietol návrh na nariadenie neodkladného opatrenia, prekážku právoplatne rozsúdenej veci (§ 230 CSP). 18. V tejto súvislosti odvolací súd poukazuje na stanovisko č. 25 Najvyššieho súdu Slovenskej republiky uverejnené v Zbierke stanovísk Najvyššieho súdu a rozhodnutí súdov Slovenskej republiky č. 3/2011, v ktorom súd vyslovil, že "pokiaľ nedôjde k zmene skutkových okolností, tvorí právoplatné uznesenie, ktorým súd zamietol návrh na nariadenie predbežného opatrenia, prekážku veci právoplatne rozsúdenej (§ 159 ods. 3 O. s. p. v spojení s § 167 ods. O. s. p.)". Je nepochybné, že aplikácia tohto stanoviska nevyvoláva žiadne aplikačné problémy v prípade, ak účastník v rámci jedného konania opakovane podá návrh na nariadenie neodkladného opatrenia potom, ako už súd právoplatne rozhodol o jeho skoršom návrhu na vydanie neodkladného opatrenia, ako je to aj v tomto prípade. 19. Prekážka veci právoplatne rozhodnutej (rei iudicatae) nastáva vtedy, ak sa má v ďalšom konaní prerokúvať totožná vec, o ktorej už v inom konaní bolo právoplatne rozhodnuté. O totožnú vec ide vtedy, pokiaľ ide v novom konaní o (i) ten istý nárok alebo stav, o ktorom už bolo právoplatne rozhodnuté, a ak sa týka (ii) rovnakého predmetu konania a (iii) tých istých osôb. Rovnaký (totožný) predmet konania je daný vtedy, ak ten istý nárok alebo stav vymedzený žalobným petitom vyplýva z rovnakých skutkových tvrdení, ktorými bol uplatnený. Pre posúdenie, či je daná prekážka veci právoplatne rozhodnutej, nie je významné, ako bol súdom skutok (skutkový dej), ktorý bol predmetom pôvodného konania, posúdený po právnej stránke. Prekážka veci právoplatne rozhodnutej je daná i vtedy, ak skutok (skutkový dej) bol doteraz posúdený po právnej stránke nesprávne alebo neúplne. O rovnaký (totožný) predmet konania ide tiež vtedy, ak bol rovnaký skutok v novom konaní právne kvalifikovaný inak než v konaní pôvodnom (porov. uznesenie Najvyššieho súdu Českej republiky sp. zn. 28 Cdo 3199/2009 z 23. februára 2011). V širšom ponímaní prekážka rei iudicatae súvisí s účinkami právoplatnosti súdneho rozhodnutia. Z formálneho hľadiska nadobúda právoplatnosť rozhodnutie, ktoré nie je možné napadnúť riadnym opravným prostriedkom (konečnosť rozhodnutia). K materiálnym stránkam (účinkom) právoplatnosti rozhodnutia náleží jeho nezmeniteľnosť (Einmaligkeitswirkung; prejavuje sa ako prekážka rei iudicatae) a jeho záväznosť (Bindungswirkung) [porov. napr. rozhodnutie Najvyššieho súdu Rakúska (Oberster Gerichtshof) sp.zn. 1 Ob 574/95 zo dňa 17.10.1995; uznesenie ústavného súdu sp. zn. II. ÚS 586/2011 z 15. decembra 2011; rozsudok Najvyššieho súdu Českej republiky sp. zn. 23 Cdo 2890/2009 zo dňa 7.decembra 2009]. Možno teda prijať záver, že čo sa týka prekážky rei iudicatae a právoplatnosti rozhodnutia súdu o návrhu na nariadenie neodkladného opatrenia, odvolací súd poukazuje na ustálenú judikatúru súdov, podľa ktorej pokiaľ nedôjde k zmene skutkových okolností oproti stavu, ktorý tu bol v čase rozhodovania o predchádzajúcom návrhu na nariadenie neodkladného opatrenia, tvorí právoplatné uznesenie, ktorým súd zamietol návrh na nariadenie neodkladného opatrenia, prekážku veci právoplatne rozsúdenej [pozri stanovisko občianskoprávneho kolégia najvyššieho súdu zo 16. mája 2011 (Zbierka stanovísk najvyššieho súdu a rozhodnutí súdov Slovenskej republiky č. 3/2011, stanovisko č. 25); uznesenie ústavného súdu sp. zn. II. ÚS 249/2010 z 13. mája 2010, nález ústavného súdu IV. ÚS 256/2012 z 18. septembra 2012]. 20. Odvolací súd má teda za to, že napriek tomu, že otec v rámci nového návrhu na nariadenie neodkladného opatrenia požadoval rozšírenie styku aj na obdobie po decembri 2018 t.j. do júla 2019, napriek uvedenému je možné konštatovať, že aj v tomto prípade (rozšírenie obdobia úpravy styku) ide o prekážku rei iudicatae. V danom prípade samotná viazanosť zhodným petitom pri posudzovaní oboch návrhov na nariadenie neodkladného opatrenia neobstojí, nakoľko pri tomto výklade t.j. už pri rozšírení styku otca s dcérou o 1 deň, by takpovediac nemuselo ísť o zhodnosť petitov a rei iudicatae by bola vylúčená. Je však potrebné si uvedomiť, že bez ohľadu na navrhovaný petit otec požaduje úpravu styku s maloletou dcérou počas aktuálneho obdobia prispôsobeného plynutiu času. Je preto potrebné prijať záver, že aj keď nepôjde o jednoznačnú zhodu petitu (obdobia úpravy styku sa nebudú zhodovať) je potrebné návrh na nariadenie neodkladného opatrenie posúdiť ako návrh na dočasnú úpravu styku vo všeobecnosti (bez ohľadu na obdobie) a výlučne posudzovať skutkové okolnosti danej veci a ich prípadnú zmenu, ktorá je významná pre posúdenie prekážky rei iudicatae. Z návrhu na nariadenie neodkladného opatrenia, ktorý podal otec približne mesiac po rozhodovaní o jeho predchádzajúcom návrhu na nariadenie neodkladného opatrenia, odvolací súd ani súd prvej inštancie nezistil žiadne nové skutkové okolnosti, ktoré by mohli slúžiť ako podklad pre vydanie nového neodkladného opatrenia. Inak povedané otec opätovne popísal situáciu, s ktorou sa nestotožňuje (čo je prirodzené), avšak okrem určitých liečebných postupov pri maloletej, prípadne vývoja udalostí, ktoré prirodzene nastali po rozhodnutí odvolacieho súdu t. j. v júli a v auguste v roku 2018 otec v rámci svojho nového návrhu na nariadenie neodkladného opatrenia (august 2018) neuviedol ani jednu zmenu skutkových okolností, ku ktorej by mohol odvolací súd, respektíve súd prvej inštancie prihliadnuť a preskúmať tak predchádzajúce uznesenie súdu prvej inštancie, ktorým súd prvej inštancie zamietol návrh otca na nariadenie neodkladného opatrenia ohľadom úpravy styku otca s maloletou. Otec novým návrhom na nariadenie neodkladného opatrenia požaduje častejšiu úpravu svojho styku s maloletou dcérou, ako v súčasnosti realizuje (čo je prirodzené), avšak na druhej strane túto častejšiu úpravu styku otca s maloletou dcérou otec nedosiahne opakovaným podávaním návrhov na nariadenie neodkladného opatrenia, nakoľko je veľmi nepravdepodobné, že jeden mesiac od právoplatnosti rozhodnutia súdu prvej inštancie v spojení s rozhodnutím krajského súdu, by došlo k zmene skutkových okolností, ktoré by vyžadovali zmenu neodkladného opatrenia. Je nepochybné, že maloletá má stále rovnaké problémy v súvislosti s vyprázdňovaním ( bez ohľadu na to, kto na operačný zákrok upozornil), rodičia majú stále rovnaké konfliktné situácie (vzájomné obviňovanie sa, nerešpektovania role rodiča), a preto uvedené konanie otca spočívajúce v podávaní opakovaných návrhov na nariadenie neodkladného opatrenia iba odďaľuje vec samu a samotné meritórne rozhodnutie, ktoré by s konečnou platnosťou určitým spôsobom vyriešilo styk otca s maloletou dcérou pravdepodobne vo väčšom rozsahu, ako tomu je v súčasnosti. Pokiaľ samotná matka bráni otcovi napríklad v komunikácii s maloletou prostredníctvom mobilného telefónu (ktorá však musí byť primeraná), takého konanie matky bez náležitého vysvetlenia bude súdom vyhodnotené v neprospech matky. Za týmto účelom je však potrebné vykonať dokazovanie, spočívajúce v zistení aktuálneho zdravotného stavu maloletej, vo výsluchu maloletej, ako aj vo výsluchu oboch rodičov, z čoho súd prvej inštancie riadne zistí skutočný stav veci a následne meritórne rozhodne. 21. Pokiaľ ide o námietku otca uvedenú v odvolaní, že v rámci rozhodovania súdu prvej inštancie možno pozorovať náklonnosť súdu voči vyjadreniam matky, ktoré častokrát cituje, ako holé fakty, pričom dôkazy predkladané otcom ostávajú nepovšimnuté alebo bez adekvátnej odozvy, v tejto súvislosti odvolací súd uvádza, že obaja rodičia uvádzajú protichodné tvrdenia vo svojich podaniach a dokazovanie v tomto smere by svojim rozsahom prekračovalo rámec konania o návrhu na nariadenie neodkladného opatrenia. Neodkladné opatrenie ako osobitný procesný inštitút je cielene určené na zabezpečenie rýchlej úpravy pomerov účastníkov konania. Podmienkou jeho uplatnenia je existencia stavu vyžadujúce ho si okamžitý zásah zo strany súdu. Pretože v konaní o nariadenie neodkladného opatrenia sa spravidla dokazovanie nevykonáva a vychádza sa len z návrhu na jeho nariadenie, a preto je prirodzené, že súd prvej inštancie si osvojil tvrdenia matky. Súd si vždy v konaní o návrhu na nariadenie neodkladného opatrenia osvojí tvrdenia jednej procesnej strany, t.j. matky alebo otca. Inak by súd nedokázal rozhodnúť o nariadení, respektíve o zamietnutí návrhu na nariadenie neodkladného opatrenia, nakoľko dokazovanie v tomto štádiu konania súd nevykonáva. Preto táto námietka sa odvolaciemu súdu javí byť ako absurdná, ktorá popiera základný princíp a zmysel rozhodovania o neodkladnom opatrení. 22. Odvolací súd opätovne a nad rámec odvolacieho konania zdôrazňuje, že pôvodné neodkladné opatrenie o zúžení styku otca s maloletou dcérou nemalo za cieľ obmedziť styk otca s maloletou, z dôvodov na strane otca, ale bolo nariadené za tým účelom, aby rešpektovalo primárne záujem maloletej na zlepšení jej zdravotného stavu, jej zdravého psychického a fyzického vývinu, čo by v neposlednom rade malo byť tiež prvoradým záujmom otca maloletej. Aktuálne nastavený režim zabezpečuje podľa názoru odvolacieho súdu dostatočný kontakt otca s maloletou na zachovanie a rozvíjanie pozitívnych rodičovských väzieb, do skončenia konania vo veci o úprave výkonu rodičovských práv a povinností k maloletej. Dočasná úprava má slúžiť jednak rodičom, avšak za daných špecifických okolností má byť zohľadnený v prvom rade záujem maloletej, ktorej zlepšenie stavu sa odrazí na konci dňa aj na plnohodnotnejšom prežívaní a trávení spoločného času s otcom. Dočasná úprava nenastoľuje trvalý stav do budúcna. O konečnej úprave výkonu rodičovských práv bude rozhodnuté až samotným meritórnym rozhodnutím, ktoré by rodičia svojím konaním nemali oddialovať. 23. V návrhu na nariadenie neodkladného opatrenia ani v odvolaní otec zmenu skutkových okolností oproti stavu, aký tu bol v čase rozhodovania o návrhu na nariadenie neodkladného opatrenia nepreukázal. Vzhľadom na vyššie uvedené, odvolací dospel k záveru, že v danom prípade za tohto skutkového stavu nebolo preukázané splnenie zákonných podmienok pre preskúmanie nariadeného neodkladného opatrenia, z dôvodu neodstrániteľnej procesnej prekážky rei iudicate, a preto napadnuté uznesenie, ktorým súd prvej inštancie zastavil konanie o návrhu otca na nariadenie neodkladného opatrenia, ako vecne a právne správne potvrdil ( § 387 ods. 1, 2 C.s.p). 24.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https://www.kauzis.sk/judikatura/r/ECLI:SK:KSBA:2018:1318205046.1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