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5Co/548/2012 z 28. 1. 2018</w:t>
      </w:r>
    </w:p>
    <w:p>
      <w:r>
        <w:t>Uznesenie Krajského súdu Bratislava z 28. januára 2018, sp. zn. 5Co/548/2012, ECLI:SK:KSBA:2018:1393899560.6</w:t>
      </w:r>
    </w:p>
    <w:p>
      <w:r>
        <w:t>Súd: Krajský súd Bratislava</w:t>
      </w:r>
    </w:p>
    <w:p>
      <w:r>
        <w:t>Spisová značka: 5Co/548/2012</w:t>
      </w:r>
    </w:p>
    <w:p>
      <w:r>
        <w:t>ECLI: ECLI:SK:KSBA:2018:1393899560.6</w:t>
      </w:r>
    </w:p>
    <w:p>
      <w:r>
        <w:t>Dátum vydania: 28.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5Co/548/2012 Identifikačné číslo súdneho spisu: 1393899560 Dátum vydania rozhodnutia: 29. 01. 2018 Meno a priezvisko sudcu, VSÚ: JUDr. Milan Chalupka ECLI: ECLI:SK:KSBA:2018:1393899560.6 Uznesenie Krajský súd v Bratislave, v senáte zloženom z predsedu senátu JUDr. Milana Chalupku a členov senátu JUDr. Juraja Považana a JUDr. Janky Richterovej v právnej veci žalobcov: 1/ X. P., bytom: O. XXX, Q. U., 2/ T. Š., bytom: I. XXX/XX, Q. U., 3/ M. Q., bytom: Q. XXXX/X, B., 4/ F.Á. F., bytom: Za L. X, X., všetci v zast.: P.. J. A., advokát so sídlom: J. Z.F.. X, X., 5/ F.. X. A.D., bytom: O. XXX/XXX, V., 6/ X. A., bytom: E.. Z. XXXX/XX, X., 7/ D.. K. U., bytom: O. XXX/XXX, V., proti žalovaným: 1/ Q. V., bytom: Š. XXX, 2/ M. E., bytom: A. XXX, 3/ F. G., bytom: Š. XXX, o vyrovnanie dedičských podielov, na odvolanie žalobcov 1/, 2/, 3/ a 4/ proti rozsudku Okresného súdu Bratislava III, č.k. V-2 12C 153/1993-405 zo dňa 11.11.2008, takto r o z h o d o l : Opravuje sa záhlavie rozsudku Krajského súdu v Bratislave, č.k. 5Co/548/2012-441 zo dňa 08.03.2016 tak, že správne označenie žalobkyne 4/ znie: 4/ F. F., bytom: Za L. X, X.. Opravuje sa záhlavie rozsudku Krajského súdu v Bratislave, č.k. 5Co/548/2012-441 zo dňa 08.03.2016 tak, že správne označenie žalovaných znie: 1/ Q. V., B.: Š. XXX, 2/ M. E., B.: A. XXX, 3/ F. G., B.: Š. XXX. o d ô v o d n e n i e : 1. Krajský súd v Bratislave ako súd odvolací svojím rozsudkom, č.k. 5Co/548/2012-441 zo dňa 08.03.2016 rozhodol tak, že napadnutý rozsudok súdu prvej inštancie potvrdil. Konanie týkajúce sa žalovaných 5/, 6/, 7/ zastavil a žalovaným 1/, 2/ a 3/ náhradu trov konania nepriznal. 2. Podľa § 378 ods. 1 C.s.p. na konanie na odvolacom súde sa primerane použijú ustanovenia o konaní pred súdom prvej inštancie, ak tento zákon neustanovuje inak. 3. Podľa § 224 C.s.p. súd kedykoľvek aj bez návrhu opraví v rozsudku chyby v písaní a počítaní, ako aj iné zrejmé nesprávnosti. O oprave súd vydá opravné uznesenie, ktoré doručí subjektom konania. 4. Podľa § 234 ods. 2 C.s.p. ak nie je ďalej ustanovené inak, použijú sa na uznesenie primerane ustanovenia o rozsudku. 5. V danej veci odvolacieho súdu došlo k nesprávnosti v písaní spočívajúcej v tom, že Krajský súd v Bratislave nesprávne v záhlaví svojho rozsudku označil žalobkyňu 4/ ako T. Š., pričom správne označenie žalobkyne 4/ znie: F. F., bytom: Za L. X, X.. 6. Krajský súd v Bratislave ďalej nesprávne uviedol medzi subjektmi na strane žalovaných aj žalovanú 4/ O. G., B.: Š. XXX, pričom správne na strane žalovaných vystupujú len traja žalovaní a to: žalovaní 1/, 2/ a 3/. 7. Keďže pri vyhotovovaní predmetného rozsudku odvolacieho súdu došlo k chybe v písaní nesprávnym označením žalobkyne 4/ a nesprávnym uvedením žalovanej 4/ ako jedného zo subjektov na strane žalovaných, súd v súlade s citovanými zákonnými ustanoveniami rozhodol o oprave tak, ako je uvedené vo výrokovej časti tohto uznesenia a nesprávne znenie nahradil správnym. 8.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https://www.kauzis.sk/judikatura/r/ECLI:SK:KSBA:2018:1393899560.6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