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14Co/598/2014 z 26. 4. 2018</w:t>
      </w:r>
    </w:p>
    <w:p>
      <w:r>
        <w:t>Opravné uznesenie Krajského súdu Bratislava z 26. apríla 2018, sp. zn. 14Co/598/2014, ECLI:SK:KSBA:2018:1407223876.2</w:t>
      </w:r>
    </w:p>
    <w:p>
      <w:r>
        <w:t>Súd: Krajský súd Bratislava</w:t>
      </w:r>
    </w:p>
    <w:p>
      <w:r>
        <w:t>Spisová značka: 14Co/598/2014</w:t>
      </w:r>
    </w:p>
    <w:p>
      <w:r>
        <w:t>ECLI: ECLI:SK:KSBA:2018:1407223876.2</w:t>
      </w:r>
    </w:p>
    <w:p>
      <w:r>
        <w:t>Dátum vydania: 26. 4. 2018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14Co/598/2014 Identifikačné číslo súdneho spisu: 1407223876 Dátum vydania rozhodnutia: 27. 04. 2018 Meno a priezvisko sudcu, VSÚ: JUDr. Darina Kuchtová ECLI: ECLI:SK:KSBA:2018:1407223876.2 Opravné uznesenie Krajský súd v Bratislave v senáte zloženom z predsedníčky senátu JUDr. Dariny Kuchtovej a členiek senátu JUDr. Kataríny Javorčíkovej a Mgr. Barbory Bartekovej, v právnej veci žalobcov: žalobcov: v 1. rade: I. C., H. C.. R. XX, XXX XX H., v 2. rade: V. C., H. C.. R. XX, XXX XX H., obaja zastúpení advokátkou: JUDr. Angelika Bužek, AK, Björnsonova 14, 811 05 Bratislava proti žalovanému: MEDIATOR, s.r.o., so sídlom Kostolište 332, 900 62, IČO: 35 891 360, v konaní o zaplatenie 1.991,64 eur s príslušenstvom, na odvolanie žalovaného proti rozsudku Okresného súdu Malacky zo dňa 24.04.2014, č.k. 6C/276/2009-190, takto r o z h o d o l : Krajský súd v Bratislave o p r a v u j e výrok uznesenia Krajského súdu v Bratislave zo dňa 27.07.2017, č.k. 14Co/598/2014-215 tak, že tento výrok má správne znieť: Krajský súd v Bratislave rozsudok Okresného súdu Malacky zo dňa 24.4.2014, č.k. 6C/276/2009-190, v napadnutej časti, týkajúcej sa trov prvostupňového konania m e n í tak, že žalobcovia v 1. a 2. rade sú povinní spoločne a nerozdielne zaplatiť žalovanému náhradu trov prvostupňového konania, ako odmenu trov právneho zastúpenia na účet advokátskej kancelárie mzlegal, s.r.o., Bernolákova 2425/2, Malacky, vo výške 894,23 eur, v lehote 3 dní odo dňa právoplatnosti tohto uznesenia. V poradí druhý výrok uznesenia ostáva nezmenený. o d ô v o d n e n i e : 1. Krajský súd v Bratislave ako súd odvolací, uznesením zo dňa 27.07.2017, č.k. 14Co/598/2014-215, zmenil rozsudok súdu prvej inštancie - Okresného súdu v Malackách č.k. 6C/276/2009-190, zo dňa 24.4.2014, týkajúci sa trov prvostupňového konania a to tak, že žalobcov v 1. a 2. rade zaviazal zaplatiť spoločne a nerozdielne žalovanému náhradu trov prvostupňového konania na účet advokátskej kancelárie mzlegal, s.r.o., Bernolákova 2425/2, Malacky sumu celkom vo výške 894,23 eur. Túto sumu však neuviedol vo výroku predmetného uznesenia, hoci z obsahu odôvodnenia uznesenia odvolacieho súdu jednoznačne vyplýva náhrada trov právneho zastúpenia celkom vo výške 894,23 eur. 2. Podľa § 224 zákona č. 160/2015 Z. z. Civilný sporový poriadok (ďalej len ,,CSP??) súd kedykoľvek aj bez návrhu opraví v rozsudku chyby v písaní a počítaní, ako aj iné zrejmé nesprávnosti. O oprave súd vydá opravné uznesenie, ktoré doručí subjektom konania. 3. Podľa § 234 ods. 2 CSP, ak nie je ďalej ustanovené inak, použijú sa na uznesenie primerane ustanovenia o rozsudku. 4. Podľa § 378 ods. 1 CSP, ak tento zákon neustanovuje inak, na konanie na odvolacom súde sa primerane použijú ustanovenia o konaní pred súdom prvej inštancie. 5. Súd prvej inštancie dňa 07.03.2018 zaslal spis na opravu uznesenia Krajského súdu v Bratislave sp. zn. 14Co/598/2014-215 zo dňa 27.7.2017. Nakoľko pri vyhotovovaní uznesenia odvolacieho súdu došlo k zrejme nesprávnosti, odvolací súd s poukazom na vyššie citované zákonne ustanovenia opravil text opravným uznesením a to tak, že prvý výrok predmetného uznesenia doplnil o chýbajúcu sumu, ktorú sú žalobcovia v 1. a 2. rade povinní spoločne a nerozdielne zaplatiť žalovanému k rukám právneho zástupcu žalovaného. 6. Toto rozhodnutie bolo prijaté odvolacím senátom pomerom hlasov 3:0 (§ 3 ods. 9 zákona č. 757 Z. z. o súdoch a o zmene a doplnení niektorých zákonov v znení neskorších predpisov)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 dovolacie dôvody ) a čoho sa dovolateľ domáha - dovolací návrh (§ 428 CSP).</w:t>
      </w:r>
    </w:p>
    <w:p/>
    <w:p>
      <w:r>
        <w:t>Zdroj: KAUZIS.SK – https://www.kauzis.sk/judikatura/r/ECLI:SK:KSBA:2018:1407223876.2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