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7Co/143/2016 z 22. 11. 2018</w:t>
      </w:r>
    </w:p>
    <w:p>
      <w:r>
        <w:t>Uznesenie Krajského súdu Bratislava z 22. novembra 2018, sp. zn. 7Co/143/2016, ECLI:SK:KSBA:2018:1415200225.1</w:t>
      </w:r>
    </w:p>
    <w:p>
      <w:r>
        <w:t>Súd: Krajský súd Bratislava</w:t>
      </w:r>
    </w:p>
    <w:p>
      <w:r>
        <w:t>Spisová značka: 7Co/143/2016</w:t>
      </w:r>
    </w:p>
    <w:p>
      <w:r>
        <w:t>ECLI: ECLI:SK:KSBA:2018:1415200225.1</w:t>
      </w:r>
    </w:p>
    <w:p>
      <w:r>
        <w:t>Dátum vydania: 22.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7Co/143/2016 Identifikačné číslo súdneho spisu: 1415200225 Dátum vydania rozhodnutia: 23. 11. 2018 Meno a priezvisko sudcu, VSÚ: JUDr. Blanka Podmajerská ECLI: ECLI:SK:KSBA:2018:1415200225.1 Uznesenie Krajský súd v Bratislave v senáte zloženom z predsedníčky senátu JUDr. Blanky Podmajerskej a členov senátu JUDr. Mariany Harvancovej a Mgr. Adely Unčovskej, v právnej veci žalobcu: AB 1 B.V., registračné číslo: 560 07 043, so sídlom Strawinskylaan 933, Amsterdam, PSČ 1077XX, Holandské kráľovstvo, zast. Advokátska kancelária GOLIAŠOVÁ GABRIELA s.r.o., so sídlom 1.mája 173/11, 911 01 Trenčín, IČO: 47 234 679, proti žalovanému: I. L., M.. XX.X.XXXX, A. Q. Q. - B. F., A..Č.. Ú. na F. A. G. P. J. Ú. na F.G. F., Y. XX/XXX, XXX XX C., o zaplatenie 454,50 eur s príslušenstvom, na odvolanie žalobcu proti rozsudku Okresného súdu Bratislava IV zo dňa 11.11.2015, č.k. 8C/19/2015-62, jednomyseľne takto r o z h o d o l : V odvolacom konaní vedenom na Krajskom súde v Bratislave pod sp. zn. 7Co/143/2016 sa namiesto pôvodného žalobcu: AB 1 B. V., registračné číslo: 560 07 043, so sídlom Strawinskylaan 933, Amsterdam, PSČ 1077XX, Holandské kráľovstvo, p o k r a č u j e s jeho právnym nástupcom: AB 2 B. V., registračné číslo: 572 79 667, so sídlom Strawinskylaan 933, Amsterdam, PSČ 1077XX, Holandské kráľovstvo. o d ô v o d n e n i e : 1. Napadnutým rozsudkom súd prvej inštancie žalobu žalobcu o zaplatenie sumy 454,50 eur s príslušenstvom zamietol (výrok I) a žalovanému nepriznal náhradu trov konania ( výrok II). 2. Proti rozhodnutiu súdu prvej inštancie podal v zákonnej lehote odvolanie žalobca, žiadajúc, aby odvolací súd napadnutý rozsudok súdu prvej inštancie zmenil tak, že žalobe vyhovie a prizná mu nárok na náhradu trov konania. 3. Podľa § 64 veta prvá zákona č. 160/2015 Z. z. Civilný sporový poriadok (ďalej len „C.s.p.“ alebo „Civilný sporový poriadok“), ak strana zanikne počas konania skôr, ako sa konanie právoplatne skončilo, súd rozhodne, že v konaní pokračuje s jej právnym nástupcom. 4. Podľa § 65 ods. 1 C.s.p. &lt;https://www.slov-lex.sk/pravne-predpisy/SK/ZZ/2015/160/&gt;, právny nástupca podľa § 63 a 64 prijíma stav konania ku dňu zániku procesnej subjektivity svojho predchodcu. 5. Podľa § 65 ods. 2 C.s.p. &lt;https://www.slov-lex.sk/pravne-predpisy/SK/ZZ/2015/160/&gt;, procesné lehoty sa zánikom procesnej subjektivity prerušujú. 6. Podľa § 65 ods. 3 C.s.p. &lt;https://www.slov-lex.sk/pravne-predpisy/SK/ZZ/2015/160/&gt;, právnemu nástupcovi podľa odseku 1 začne plynúť nová procesná lehota doručením uznesenia podľa § 63 alebo § 64. 7. Z pripojeného spisu Okresného súdu Bratislava IV sp.zn. 9Csp/47/2016 ako aj z rozhodovacej činnosti (§ 186 ods. 1 C.s.p.) odvolací súd zistil, že ku dňu 18.10.2016 došlo k zániku žalobcu v dôsledku zlúčenia spoločnosti žalobcu AB 1 B. V., registračné číslo: 560 07 043, so sídlom Strawinskylaan 933, Amsterdam, PSČ 1077XX, Holandské kráľovstvo, so spoločnosťou AB 2 B. V., registračné číslo: 572 79 667, so sídlom Strawinskylaan 933, Amsterdam, PSČ 1077XX, Holandské kráľovstvo, ktorá sa stala právnym nástupcom žalobcu. 8. Z uvedeného dôvodu odvolací súd rozhodol o pokračovaní v konaní s právnym nástupcom pôvodného žalobcu so zachovaním plnomocenstva udelenému advokátovi pôvodným žalobcom v súlade s § 33b ods. 2 druhá veta zákona č. 40/1964 Zb. Občiansky zákonník, podľa ktorého zánikom právnickej osoby, ktorá je splnomocnencom alebo splnomocniteľom, zaniká plnomocenstvo len vtedy, ak jej práva a záväzky neprechádzajú na inú osobu. 9. Vzhľadom na vyššie uvedené odvolací súd bude v konaní pokračovať na strane žalobcu so spoločnosťou AB 2 B. V., registračné číslo: 572 79 667, so sídlom Strawinskylaan 933, Amsterdam, PSČ 1077XX, Holandské kráľovstvo tak, ako je uvedené vo výroku tohto uznesenia. 10.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https://www.kauzis.sk/judikatura/r/ECLI:SK:KSBA:2018:1415200225.1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