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6S/335/2016 z 24. 1. 2018</w:t>
      </w:r>
    </w:p>
    <w:p>
      <w:r>
        <w:t>Rozsudok Krajského súdu Bratislava z 24. januára 2018, sp. zn. 6S/335/2016, ECLI:SK:KSBA:2018:1415200737.1</w:t>
      </w:r>
    </w:p>
    <w:p>
      <w:r>
        <w:t>Súd: Krajský súd Bratislava</w:t>
      </w:r>
    </w:p>
    <w:p>
      <w:r>
        <w:t>Spisová značka: 6S/335/2016</w:t>
      </w:r>
    </w:p>
    <w:p>
      <w:r>
        <w:t>ECLI: ECLI:SK:KSBA:2018:1415200737.1</w:t>
      </w:r>
    </w:p>
    <w:p>
      <w:r>
        <w:t>Dátum vydania: 24. 1. 2018</w:t>
      </w:r>
    </w:p>
    <w:p>
      <w:r>
        <w:t>Forma: Rozsudok</w:t>
      </w:r>
    </w:p>
    <w:p>
      <w:r>
        <w:t>Oblasť práva: Správne právo</w:t>
      </w:r>
    </w:p>
    <w:p>
      <w:pPr>
        <w:pStyle w:val="Heading2"/>
      </w:pPr>
      <w:r>
        <w:t>Text rozhodnutia</w:t>
      </w:r>
    </w:p>
    <w:p>
      <w:r>
        <w:t>Súd: Krajský súd Bratislava Spisová značka: 6S/335/2016 Identifikačné číslo súdneho spisu: 1415200737 Dátum vydania rozhodnutia: 25. 01. 2018 Meno a priezvisko sudcu, VSÚ: JUDr. Andrea Krišková ECLI: ECLI:SK:KSBA:2018:1415200737.1 ROZSUDOK V MENE SLOVENSKEJ REPUBLIKY Krajský súd v Bratislave ako správny súd, v senáte zloženom z predsedníčky senátu JUDr. Andrey Kriškovej a členov Mgr. Mariána Degmu a JUDr. Otílie Belavej, v právnej veci žalobcu: M. O., D.. XX.XX.XXXX, N. O.. O.Č. XX, N., proti žalovanému: Ústredie práce, sociálnych vecí a rodiny, Špitálska 8, Bratislava, o preskúmanie zákonnosti rozhodnutia žalovaného č. UPS/US1/SSVOPHNSSD/SOC/ 2015/2865-0005 Km zo dňa 25.03.2015, takto r o z h o d o l : Krajský súd v Bratislave žalobu z a m i e t a . Žalovanému súd náhradu trov konania nepriznáva. o d ô v o d n e n i e : I. Rozhodnutia správnych orgánov. 1. Úrad práce, sociálnych vecí a rodiny Bratislava (ďalej len „úrad") pod č. BA4/OPHN/ SOC/2014/13913-0011 dňa 15.12.2014 rozhodol, že žalobcovi zanikol nárok na pomoc v hmotnej núdzi v sume 62,50 EUR mesačne od 01.04.2015. Proti prvostupňovému rozhodnutiu podal žalobca odvolanie, o ktorom žalovaný rozhodnutím č. UPS/US1/SSVOPHNSSD/SOC/2015/2865-0005 Km zo dňa 25.03.2015 rozhodol tak, že odvolanie žalobcu zamietol a prvostupňové rozhodnutie potvrdil. II. Žaloba. 2. Včas podanou žalobou sa žalobca domáhal preskúmania zákonnosti postupu napadnutého rozhodnutia, ktoré žiadal spolu s prvostupňovým rozhodnutím zrušiť a vec vrátiť žalovanému na ďalšie konanie. 3. Z obsahu žaloby je zrejmé, že žalobca nepochopil konanie úradu, ktorý sa nevyjadril k otázke, či finančné prostriedky, ktoré žalobca obdržal od dražobnej spoločnosti, pokladá za príjem a na základe akých právnych predpisov. Úrad od žalobcu nežiadal zdokladovanie, že finančné prostriedky, ktoré od dražobnej spoločnosti získal, vrátil ľuďom od ktorých ich mal požičané. Žalobca bol pracovníkmi úradu informovaný len o tom, že stačí podpísať čestné prehlásenie, že finančné prostriedky už nemá, preto nechápe, prečo mal doniesť potvrdenie od dražobnej spoločnosti o obdržaní finančných prostriedkov a zároveň mal podpísať čestné prehlásenie. III. Vyjadrenie žalovaného. 4. Žalovaný sa k žalobe vyjadril podaniami z 12.04.2017 a z 20.04.2017, spolu doručené tunajšiemu súdu 26.04.2017 s tým, že považuje žalobu za zmätočnú, účelovú, nedôvodnú a žiada ju v celom rozsahu zamietnuť. 5. Žalobcovi pomoc v hmotnej núdzi bola poskytovaná od 01.12.1999, pričom naposledy poskytovaná pomoc v hmotnej núdzi bola v sume 62,50 EUR mesačne. Listom zo dňa 02.04.2014 bol žalobca vyzvaný, aby v lehote 8 dní predložil doklad preukazujúci predaj nehnuteľnosti v okrese Bratislava, katastrálne územie W. D. S. (byt č.XX), potvrdenie o príjme z predaja nehnuteľnosti (potvrdenie o bankovom prevode - výpis z účtu, prípadne doklad preukazujúci príjem z predaja nehnuteľnosti s dátumom vyplatenia), s poučením o následku nepredloženia požadovaných listín. Výzva bola žalobcovi zaslaná doporučene do miesta trvalého pobytu na adrese O. O. XX, N. (v zmysle registra obyvateľov). Výzva bola dňa 17.04.2014 úradu vrátená s vyznačením, adresát je neznámy, preto bola žalobcovi doručená verejnou vyhláškou. 6. Dňa 05.06.2014 vydal úrad rozhodnutie č.BA4/OPHN/SOC/2014/13913-0005, ktorým žalobcovi podľa § 25 ods. 4 zákona o pomoci v hmotnej núdzi, zastavil poskytovanie pomoci v hmotnej núdzi v sume 62,50 EUR mesačne od 01.04.2014 (právoplatné dňa 01.07.2014). Úrad svoje rozhodnutie odôvodnil skutočnosťou, že žalobca na výzvu nereagoval a správny orgán nemohol objektívne posúdiť hmotnú núdzu žalobcu. 7. Žalobca v lehote troch mesiacov odo dňa právoplatnosti rozhodnutia o zastavení poskytovania pomoci v hmotnej núdzi nepreukázal skutočnosti rozhodujúce na poskytovanie pomoci v hmotnej núdzi (nepredložil doklady ktoré úrad požadoval), v zmysle § 25 ods. 5 zákona o pomoci v hmotnej núdzi, úrad rozhodol o zániku nároku na pomoc v hmotnej núdzi od dátumu zastavenia poskytovania (od 01.04.2014) rozhodnutím č. BA4/OPHN/SOC/2014/13913-0011 zo dňa 15.12.2014. Úrad svoje rozhodnutie odôvodnil okrem iného i tým, že nárok na poskytnutie pomoci v hmotnej núdzi zaniká odo dňa zastavenia poskytovania pomoci v hmotnej núdzi, ak v lehote troch mesiacov odo dňa zastavenia poskytovania, príjemca nepreukáže skutočnosti rozhodujúce na ich poskytovanie. Keďže žalobca na výzvu úradu podľa § 28 ods.2 písm. b) zák.č. 417/2013 Z.z., v lehote určenej úradom nereagoval, úrad rozhodol o zániku nároku na pomoc v hmotnej núdzi. 8. O odvolaní žalobcu z 27.01.2015, ktorý namietal, že nepredložil žiadne doklady, keďže žiadne príjmy nemá a úrad mu nevysvetlil písomne, na čo potrebuje doklad o prijatí finančných prostriedkov z dražby, odvolací správny orgán rozhodol pod č. UPS/US1/SSVOPHNSSD/SOC/2015/2865-0005 Km dňa 25.03.2015 tak, že odvolanie žalobcu zamietol a prvostupňové rozhodnutie potvrdil. 9. Žalovaný poukázal, že sám žalobca v odvolaní opakovane potvrdil prijatie finančných prostriedkov od dražobnej spoločnosti z dražby svojho bytu a neprevzatie dokladov z dražby predkladaných žalobcom žalovaný kategoricky odmietol v súlade so záznamom z 25.02.2014 (správne má byť 2015) o predložení odvolania. 10. Námietku nezákonnosti dražby bytu žalovaný odmieta, nakoľko zatiaľ takáto skutočnosť potvrdená nebola. Okresný súd Bratislava IV v konaní č. 22C/83/2012 rozsudkom zo dňa 20.06.2016 návrh žalobcu o určenie neplatnosti dražby bytu v celom rozsahu zamietol a žalovanému nie je známe, či je rozsudok právoplatný. IV. Administratívne konanie. 11. Z administratívneho spisu súd zistil, že jeho súčasťou je výpis LV č. XXXX-čiastočný z 28.07.2010 ktorý potvrdzuje vlastníctvo žalobcu k bytu č. XX na ul. O. O. XX, N. v podiele 1/1 a výpis LV č. XXXX- čiastočný z 26.03.2014 ktorým úrad preveroval vlastníctvo žalobcu k predmetnému bytu. 12. Zo spisovej dokumentácie je zrejmé, že žalobcovi pomoc v hmotnej núdzi bola poskytovaná od 01.12.1999, ktorej výška bola priebežne upravovaná na základe zmien rozhodných skutočností. Žalobca v jednotlivých rozhodnutiach o poskytnutí pomoci v hmotnej núdzi, bol opakovane s odkazom na platnú právnu úpravu poučený, že je povinný pri poberaní dávky v hmotnej núdzi do 8 dní písomne ohlásiť úradu všetky zmeny o skutočnostiach rozhodných pre trvanie nároku na dávku v hmotnej núdzi. Listom zo dňa 02.04.2014 bol žalobca vyzvaný, aby v lehote 8 dní predložil doklad preukazujúci predaj nehnuteľnosti v okrese Bratislava, katastrálne územie W. D. S. (byt č.XX), potvrdenie o príjme z predaja nehnuteľnosti (potvrdenie o bankovom prevode - výpis z účtu, prípadne doklad preukazujúci príjem z predaja nehnuteľnosti s dátumom vyplatenia), s poučením o následku nepredloženia požadovaných listín. Výzva bola žalobcovi zaslaná doporučene do miesta trvalého pobytu na adrese O. O. XX, N. (v zmysle registra obyvateľov). Výzva bola dňa 17.04.2014 úradu vrátená s vyznačením, adresát je neznámy, preto bola žalobcovi doručená verejnou vyhláškou. 13. Dňa 05.06.2014 vydal úrad rozhodnutie, ktorým žalobcovi podľa § 25 ods. 4 zákona o pomoci v hmotnej núdzi, zastavil poskytovanie pomoci v hmotnej núdzi v sume 62,50 EUR mesačne od 01.04.2014. V zmysle zápisnice zo 16.06.2014 žalobca si osobne prevzal rozhodnutie z 05.06.2014. Žalobca listom z 27.06.2014 doručený úradu 30.06.2014 podal vysvetlenie o tom, že vo februári 2012 prebehla dražba jeho bytu a začiatkom marca 2012 bol z bytu násilne a nezákonne vysťahovaný, preto podal dňa 22.05.2012 na Okresný súd Bratislava IV žalobu o určenie neplatnosti dražby, ktorej kópiu prvej strany pripojil. 14. Nakoľko v súlade s výzvou z 02.04.2014 požadované doklady žalobca nepredložil, úrad vydal podľa § 25 ods. 5 zákona o pomoci v hmotnej núdzi pod č. BA4/OPHN/SOC/2014/13913-0007 dňa 13.08.2014 rozhodnutie o zániku nároku na pomoc v hmotnej núdzi v sume 62,50 EUR mesačne od 01.04.2014. V zmysle zápisnice z 13.08.2014 žalobca si osobne prevzal rozhodnutie z 13.08.2014. Žalobca včas podal odvolanie dňa 28.07.2014 s odôvodnením, že napriek vysvetleniu doručené úradu 30.06.2014, úrad rozhodol o zániku nároku na pomoc v hmotnej núdzi, nakoľko žalobca nepredložil doklad preukazujúci predaj bytu a potvrdenie o príjme z predaja. Žalobca ďalej dôvodil, že sa domáha určenia neplatnosti dražby a v prípade úspechu, bude musieť finančné prostriedky ktoré z dražby dostal, vrátiť ľuďom, ktorým je dlžný a preto tieto finančné prostriedky nemôže pokladať za svoj príjem. Žalobca v odvolaní uviedol, že hoci nedostal ústne ani písomné vysvetlenie, doklady zabezpečil a osobne priniesol na úrad, kde bol už iba informovaný, že mu nárok na pomoc v hmotnej núdzi zanikol. 15. Žalovaný rozhodnutím č.UPS/US1/SSVOPHN/SOC/2014/883-0002 Km zo dňa 27.10.2014 odvolaniu žalobcu vyhovel a rozhodnutie prvostupňového orgánu zrušil z dôvodu, že prvostupňový orgán nedodržal lehotu troch mesiacov od právoplatnosti rozhodnutia o zastavení poskytovania pomoci v hmotnej núdzi, na vydanie rozhodnutia o zániku nároku na pomoc v hmotnej núdzi, v dôsledku čoho bolo vydané predčasne. Úrad elektronicky komunikoval so žalobcom dňa 03.11.2014 aby si prišiel prevziať rozhodnutie, opakovane dňa 07.11.2014. V zmysle zápisnice z 11.11.2014 žalobca si osobne prevzal rozhodnutie z 27.10.2014. 16. Novým rozhodnutím č. BA4/OPHN/SOC/2014/13913-0011 zo dňa 15.12.2014 úrad opätovne rozhodol o zániku nároku na pomoc v hmotnej núdzi v sume 62,50 EUR mesačne od 01.04.2014 s odôvodnením, že podľa § 25 ods. 4 zákona o pomoci v hmotnej núdzi, poskytovanie pomoci v hmotnej núdzi sa zastaví, ak príjemca nevyhovie výzve úradu podľa § 28 ods. 2 písm. b) v určenej lehote a nevie preukázať skutočnosti rozhodujúce na ich poskytovanie alebo na ich výšku a bol na tento dôsledok vo výzve písomne upozornený. Odkázal na § 25 ods. 5 zákona o pomoci v hmotnej núdzi, že úrad rozhodne o obnovení poskytovania pomoci v hmotnej núdzi od kalendárneho mesiaca, v ktorom príjemca preukáže skutočnosti rozhodujúce na poskytovanie pomoci v hmotnej núdzi. Ďalej uviedol, že nárok na poskytnutie pomoci v hmotnej núdzi zaniká odo dňa zastavenia poskytovania pomoci v hmotnej núdzi, ak v lehote troch mesiacov odo dňa zastavenia ich poskytovania príjemca nepreukáže skutočnosti rozhodujúce na ich poskytovanie. V zmysle zápisnice z 13.01.2015 žalobca si osobne prevzal rozhodnutie z 15.12.2014. Žalobca včas podal odvolanie dňa 27.01.2015 s rovnakým odôvodnením podaným dňa 28.07.2014, že nemá žiadne príjmy, nemá žiadne účty, nemôže o tom preložiť žiadne doklady, že úrad žalobcovi nevysvetlil, či finančné prostriedky z dražby bytu považuje za príjem a keď doklady o dražbe priniesol, úrad ich odmietol prijať s odôvodnením, že dostane rozhodnutie o zániku nároku. 17. Žalovaný rozhodnutím č. UPS/US1/SSVOPHNSSD/SOC/2015/2865-0005 Km zo dňa 25.03.2015 rozhodol o odvolaní tak, že odvolanie žalobcu zamietol a prvostupňové rozhodnutie potvrdil. Úrad elektronicky komunikoval so žalobcom dňa 26.03.2015 aby si prišiel prevziať rozhodnutie. Z doručenky je zrejmé, že žalobca si osobne prevzal rozhodnutie č. UPS/US1/SSVOPHNSSD/SOC/2015/2865-0005 Km, dňa 09.04.2015. V. Právne posúdenie žaloby. 18. Krajský súd v Bratislave ako súd vecne a miestne príslušný na konanie vo veci (§ 10, § 13 ods.1 SSP) preskúmal napadnuté rozhodnutie a konanie, ktoré mu predchádzalo (§27 SSP) a dospel k záveru, že žaloba nie je dôvodná. 19. Podľa § 2 ods. 1 SSP, v správnom súdnictve poskytuje správny súd ochranu právam alebo právom chráneným záujmom fyzickej osoby a právnickej osoby v oblasti verejnej správy a rozhoduje v ďalších veciach ustanovených týmto zákonom. 20.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22. Podľa § 2 ods.1 zák.č. 417/2013 Z.z. o pomoci v hmotnej núdzi, hmotná núdza je stav, keď príjem členov domácnosti podľa tohto zákona nedosahuje sumy životného minima ustanovené osobitným predpisom a členovia domácnosti si nevedia alebo nemôžu prácou, výkonom vlastníckeho práva alebo iného práva k majetku a uplatnením nárokov zabezpečiť príjem alebo zvýšiť príjem. 23. Podľa § 2 ods.3 zák.č. 417/2013 Z.z. o pomoci v hmotnej núdzi, príjemca na účely tohto zákona je fyzická osoba, ktorej sa poskytuje pomoc v hmotnej núdzi alebo osobitný príspevok. 24. Podľa § 4 ods.1 zák.č. 417/2013 Z.z. o pomoci v hmotnej núdzi, pri posudzovaní hmotnej núdze a poskytovaní pomoci v hmotnej núdzi sa na účely tohto zákona započítavajú príjmy členov domácnosti. 25. Podľa § 4 ods.2 zák.č. 417/2013 Z.z. o pomoci v hmotnej núdzi, príjem na účely tohto zákona je príjem podľa osobitného predpisu a štipendium študenta v doktorandskom študijnom programe v dennej forme. 26. Podľa § 6 písm. c) zák.č. 417/2013 Z.z. o pomoci v hmotnej núdzi, nárok na účely tohto zákona sú dávky sociálneho poistenia, dôchodky zo starobného dôchodkového sporenia, dôchodky doplnkového dôchodkového sporenia, dávky sociálneho zabezpečenia, rodičovský príspevok, opakované príspevky na podporu náhradnej starostlivosti. 27. Podľa § 7 ods.1 zák.č. 417/2013 Z.z. o pomoci v hmotnej núdzi, hmotná núdza sa zisťuje posúdením príjmu, majetku a možnosti uplatnenia nárokov členov domácnosti. 28. Podľa § 22 ods. 1 zák.č. 417/2013 Z.z. o pomoci v hmotnej núdzi, na konanie podľa tohto zákona sa vzťahuje všeobecný predpis o správnom konaní okrem § 18 ods. 3, § 33 ods. 2, § 60, § 62 až 68 všeobecného predpisu o správnom konaní, ak v odseku 3, § 19 ods. 1 a v § 28 ods. 2 písm. a) nie je ustanovené inak. 29. Podľa § 22 ods. 3 zák.č. 417/2013 Z.z. o pomoci v hmotnej núdzi, odvolanie proti rozhodnutiu o znížení alebo odňatí pomoci v hmotnej núdzi a o zastavení jej poskytovania a odvolanie proti rozhodnutiu o určení a o uvoľnení osobitného príjemcu nemá odkladný účinok. Odvolanie proti rozhodnutiu o odňatí osobitného príspevku a o zastavení jeho poskytovania nemá odkladný účinok. 30. Podľa § 25 ods. 2 vety prvej zák.č. 417/2013 Z.z. o pomoci v hmotnej núdzi, pomoc v hmotnej núdzi sa odníme, zvýši alebo zníži a vyplatí sa vo vyššej sume alebo v nižšej sume, ak sa zmenia skutočnosti rozhodujúce na nárok na pomoc v hmotnej núdzi. 31. Podľa § 25 ods. 4 zák.č. 417/2013 Z.z. o pomoci v hmotnej núdzi, poskytovanie pomoci v hmotnej núdzi a osobitného príspevku sa zastaví, ak príjemca nevyhovie výzve úradu podľa § 28 ods. 2 písm. b) v určenej lehote preukázať skutočnosti rozhodujúce na ich poskytovanie alebo na ich výšku a bol na tento dôsledok vo výzve písomne upozornený. 32. Podľa § 25 ods. 5 zák.č. 417/2013 Z.z. o pomoci v hmotnej núdzi, úrad rozhodne o obnovení poskytovania pomoci v hmotnej núdzi a osobitného príspevku od kalendárneho mesiaca, v ktorom príjemca preukáže skutočnosti rozhodujúce na poskytovanie pomoci v hmotnej núdzi a osobitného príspevku. Nárok na poskytnutie pomoci v hmotnej núdzi a nárok na poskytnutie osobitného príspevku zaniká odo dňa zastavenia poskytovania pomoci v hmotnej núdzi a odo dňa zastavenia poskytovania osobitného príspevku, ak v lehote troch mesiacov odo dňa zastavenia ich poskytovania príjemca nepreukáže skutočnosti rozhodujúce na ich poskytovanie. 33. Podľa § 26 ods. 2 písm. a) bod 1. zák.č. 417/2013 Z.z. o pomoci v hmotnej núdzi, úrad rozhoduje o pomoci v hmotnej núdzi. 34. Podľa § 26 ods. 2 písm. b) zák.č. 417/2013 Z.z. o pomoci v hmotnej núdzi, úrad overuje skutočnosti potrebné na posúdenie nároku na pomoc v hmotnej núdzi v mieste pobytu žiadateľa o pomoc v hmotnej núdzi a príjemcu. 35. Podľa § 26 ods. 2 písm. e) zák.č. 417/2013 Z.z. o pomoci v hmotnej núdzi, úrad poskytuje poradenskú činnosť v oblasti hmotnej núdze zameranú na zistenie rozsahu a charakteru hmotnej núdze, na zistenie príčin jej vzniku, na poskytnutie informácií o možnosti riešenia hmotnej núdze a na usmernenie pri uplatnení sociálnej pomoci. 36. Podľa § 28 ods. 1 písm. b) zák.č. 417/2013 Z.z. o pomoci v hmotnej núdzi, žiadateľ o pomoc v hmotnej núdzi a žiadateľ o osobitný príspevok sú povinní na výzvu úradu predložiť doklady potrebné na rozhodnutie o nároku na pomoc v hmotnej núdzi a osobitný príspevok. 37. Podľa § 28 ods. 2 písm. a) zák.č. 417/2013 Z.z. o pomoci v hmotnej núdzi, príjemca je povinný úradu písomne alebo elektronickými prostriedkami so zaručeným elektronickým podpisom oznámiť do ôsmich dní zmeny o všetkých skutočnostiach rozhodujúcich na trvanie nároku na pomoc v hmotnej núdzi a osobitný príspevok. 38. Podľa § 28 ods. 2 písm. b) zák.č. 417/2013 Z.z. o pomoci v hmotnej núdzi, príjemca je povinný na výzvu úradu preukázať požadovanú skutočnosť v lehote určenej úradom. VI. Závery správneho súdu. 39. Úlohou súdu v prejednávanej veci bolo preskúmať zákonnosť rozhodnutia žalovaného č.UPS/ US1/SSVOPHNSSD/SOC/2015/2865-0005 Km zo dňa 25.03.2015, ktorým potvrdil rozhodnutie prvostupňového správneho orgánu č.BA4/OPHN/SOC/2014/13913-0011 zo dňa 15.12.2014 s tým, že žalobcovi zanikol nárok na pomoc v hmotnej núdzi v sume 62,50 EUR mesačne od 01.04.2014, keďže v lehote troch mesiacov odo dňa zastavenia poskytovania pomoci v hmotnej núdzi, žalobca nepreukázal skutočnosti na jeho poskytovanie. 40. S poukazom na rozhodnutie žalovaného ako i konanie a rozhodnutie ktoré mu predchádzalo, v medziach námietok predmetnej žaloby, správny súd konštatuje, že správne orgány správne aplikovali všetky ustanovenia zákona o pomoci v hmotnej núdzi a svoje rozhodnutia i náležite v logických súvislostiach odôvodnili. 41. Z administratívneho spisu je nepochybné, že žalobca bol príjemcom príspevku pomoci v hmotnej núdzi, ktorý mal zákonnú povinnosť podľa § 28 ods. 2 písm. a) zákona o pomoci v hmotnej núdzi, úradu písomne alebo elektronicky oznámiť do ôsmich dní zmeny o všetkých skutočnostiach rozhodujúcich na trvanie nároku na pomoc v hmotnej núdzi. Úrad pri preverovaní skutočností potrebných na posúdenie trvania nároku na pomoc v hmotnej núdzi v marci 2014 zistil, že žalobca už nie je vlastníkom bytu č. XX v N., katastrálne územie W. D. S. a keďže žalobca si zákonnú oznamovaciu povinnosť nesplnil, úrad zaslal žalobcovi výzvu z 02.04.2014, ktorá obsahovala požiadavku predloženia dokladov k posúdeniu nároku na pomoc v hmotnej núdzi i s poučením o zastavení konania v prípade nedoloženia požadovaných dokladov. Predmetná výzva bola vydaná v súlade so zákonom o pomoci v hmotnej núdzi a požadované doklady boli vo vzťahu so zistením úradu legitímne a logické. Pri doručovaní výzvy úrad dodržal všetky zákonné postupy, keď pri doručovaní na adresu bydliska vedenú v registri obyvateľov sa zásielka vrátila s vyznačením adresát je neznámy, preto úrad výzvu doručil podľa § 26 zák. č. 71/1967 Zb. o správnom konaní verejnou vyhláškou. Nakoľko žalobca požadované doklady v lehote určenej úradom nedoručil, rozhodnutím č. BA4/OPHN/SOC/2014/13913-0005 z 05.06.2014 úrad konanie o poskytnutí pomoci v hmotnej núdzi v sume 62,50 EUR od 01.04.2014 zastavil (§ 25 ods. 4 zákona o pomoci v hmotnej núdzi). Rozhodnutie nadobudlo právoplatnosť dňa 01.07.2014. 42. Keďže žalobca v lehote troch mesiacov od zastavenia konania poskytovania pomoci v hmotnej núdzi, nepreukázal skutočnosti rozhodujúce na jej poskytovanie (§ 25 ods. 5 zákona o pomoci v hmotnej núdzi, úradu predložil len vyjadrenie a listinu tak ako je uvedené v odseku 13. tohto rozhodnutia), úrad rozhodol o zániku nároku na pomoc v hmotnej núdzi tak ako je uvedené v odseku 14. a 15. tohto rozhodnutia. 43. Rozhodnutie o zániku nároku na pomoc v hmotnej núdzi, ktoré je predmetom tohto súdneho prieskumu, úrad vydal pod č. BA4/OPHN/SOC/2014/13913-0011 dňa 15.12.2014 s tým, že podľa § 25 ods. 5 zákona o pomoci v hmotnej núdzi žalobcovi zaniká nárok na pomoc v hmotnej núdzi v sume 62,50 EUR mesačne od 01.04.2014 s odôvodnením, že v lehote troch mesiacov odo dňa zastavenia poskytovania pomoci v hmotnej núdzi žalobca nepreukázal skutočnosti rozhodujúce na jej poskytovanie, pričom citoval všetky zákonné ustanovenia ktoré pre posúdenie skutkových okolností aplikoval. 44. Následné odvolanie žalobcu uvedené v závere odseku 16. tohto rozhodnutia preskúmal žalovaný a rozhodnutím č. UPS/US1/SSVOPHNSSD/SOC/2015/2865-0005 Km zo dňa 25.03.2015 odvolanie zamietol a rozhodnutie úradu potvrdil. Podľa názoru súdu sa žalovaný v odôvodnení rozhodnutia zaoberal priebehom celého konania, keď okrem vyhodnotenia zistených skutkových okolností, ktoré podrobil príslušným zákonným ustanoveniam pre poskytovanie pomoci v hmotnej núdzi, doplnil odôvodnenie prvostupňového orgánu o vyhodnotenie finančných prostriedkov, ktoré žalobca obdržal od dražobnej spoločnosti. V tejto súvislosti správny súd poukazuje, vo vzťahu k námietke žalobcu, že otázka finančných prostriedkov získaných z dražby bytu (či majú charakter príjmu) nebola síce správnymi orgánmi vyriešená, ale pre predmetné konanie je bezvýznamná, nakoľko posudzované rozhodnutia správnych orgánov, boli vydané z dôvodu, že žalobca nepredložil doklady rozhodujúce pre posúdenie trvania nároku. Až v prípade rozhodovania, či u žalobcu trvajú skutočnosti pre nárok na pomoc v hmotnej núdzi, by bolo povinnosťou úradu sa s charakterom finančných prostriedkov vysporiadať, čo ale nie je prípad predmetného súdneho prieskumu. 45. Preto správny súd po preskúmaní veci dospel k záveru, že správne orgány postupovali v súlade s príslušnými ustanoveniami zákona o pomoci v hmotnej núdzi a ich postupom nedošlo k porušeniu zákonom chránených práv žalobcu, preto žalobu ako nedôvodnú s odkazom na § 190 SSP zamietol. VII. Trovy konania. 46. O náhrade trov konania súd rozhodol podľa § 168 v spojení s § 175 ods. 1 SSP tak, keďže úspešnému žalovanému žiadne dôvodne vynaložené trovy konania nevznikli, žiadne si neuplatnil (ide o orgán štátnej správy), preto mu súd náhradu trov konania nepriznal. 47. Toto rozhodnutie senát Krajského súdu v Bratislave prijal pomerom hlasov 3 : 0 (§ 3 ods. 9 zák.č. 757/2004 Z.z. v znení zákona č. 33/2011 Z.z.). Poučenie: Proti tomuto rozsudku možno podať kasačnú sťažnosť. Kasačná sťažnosť musí byť podaná v lehote jedného mesiaca od doručenia rozhodnutia krajského súdu. Ak bolo vydané opravné uznesenie, lehota plynie znovu od doručenia opravného uznesenia len v rozsahu vykonanej opravy (§ 443 ods.1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https://www.kauzis.sk/judikatura/r/ECLI:SK:KSBA:2018:1415200737.1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