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18CoE/513/2016 z 30. 1. 2018</w:t>
      </w:r>
    </w:p>
    <w:p>
      <w:r>
        <w:t>Uznesenie Krajského súdu Bratislava z 30. januára 2018, sp. zn. 18CoE/513/2016, ECLI:SK:KSBA:2018:1415212126.1</w:t>
      </w:r>
    </w:p>
    <w:p>
      <w:r>
        <w:t>Súd: Krajský súd Bratislava</w:t>
      </w:r>
    </w:p>
    <w:p>
      <w:r>
        <w:t>Spisová značka: 18CoE/513/2016</w:t>
      </w:r>
    </w:p>
    <w:p>
      <w:r>
        <w:t>ECLI: ECLI:SK:KSBA:2018:1415212126.1</w:t>
      </w:r>
    </w:p>
    <w:p>
      <w:r>
        <w:t>Dátum vydania: 30.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18CoE/513/2016 Identifikačné číslo súdneho spisu: 1415212126 Dátum vydania rozhodnutia: 31. 01. 2018 Meno a priezvisko sudcu, VSÚ: JUDr. Beata Trandžíková ECLI: ECLI:SK:KSBA:2018:1415212126.1 Uznesenie Krajský súd v Bratislave, v senáte zloženom z predsedníčky senátu JUDr. Beaty Trandžíkovej a členov senátu JUDr. Borisa Tótha a JUDr. Paulíny Pacherovej, v exekučnej veci oprávneného: Poštová banka, a.s., Dvořákovo nábrežie 4, 811 02 Bratislava, IČO: 31 340 890, zast. Advokátska kancelária JUDr. Veronika Kubriková, PhD., s.r.o., so sídlom Martinčekova č. 13, 821 01 Bratislava, IČO: 50 361 368, proti povinnému: Y. J., I.. XX.XX.XXXX, Z. Z. - X. I. O., vedenej súdnym exekútorom Mgr. Jana Virličová, Exekútorský úrad Bratislava so sídlom Vajnorská 100/A, 831 04 Bratislava, pod sp. zn. EX 9548/15, pre vymoženie 5.968,54 eur istiny s prísl., o odvolaní oprávneného proti uzneseniu Okresného súdu Bratislava IV, č.k. 16Er/3404/2015-65 zo dňa 18.5.2016, takto r o z h o d o l : Krajský súd v Bratislave uznesenie Okresného súdu Bratislava IV, č.k. 16Er/3404/2015-65 zo dňa 18.5.2016 p o t v r d z u j e . Povinnému nárok na náhradu trov odvolacieho konania n e p r i z n á v a . o d ô v o d n e n i e : 1. Napadnutým uznesením súd prvej inštancie, konajúci vyšším súdnym úradníkom, zamietol žiadosť súdneho exekútora o udelenie poverenia na vykonanie exekúcie z exekučného titulu, ktorým je rozhodcovský rozsudok Stáleho rozhodcovského súdu zriadeného pri ROZHODCOVSKÁ, ARBITRAŽNA A MEDIAČNÁ, a.s., sp. zn. IA-C/0614/0439 zo dňa 21.11.2014, vydaný v konaní, ktorého účastníkom na strane žalovaného (v exekučnej veci povinný) bol spotrebiteľ. V odôvodnení rozhodnutia súd prvej inštancie uviedol, že v rámci skúmania podmienok pre rozhodnutie o žiadosti súdneho exekútora si súd prvej inštancie vyžiadal rozhodcovský spis a mal zistené, že rozhodcovský rozsudok sp.zn. IA-C/0614/0439 zo dňa 21.11.2014, bol povinnému doručovaný na adresu W. odkiaľ sa zásielka vrátila ako nedoručená s oznamom „adresát neznámy“. Rozhodcovský súd inú adresu povinného neskúmal a na rozhodcovskom rozsudku vyznačil právoplatnosť a vykonateľnosť na základe vrátenia neprevzatej zásielky s oznamom „adresát neznámy“. Z uvedeného ako konštatoval súd prvej inštancie bolo zrejmé, že pobyt povinného známy nie je, a že povinný sa v čase doručovania zásielky -rozhodcovského rozsudku, na adrese nezdržiaval. Súd prvej inštancie mal za to, že rozhodcovský súd mal v zmysle § 25 ods. 1 ZoRK druhej vety zisťovať inú adresu povinného. Exekučný súd mal z predloženého spisu rozhodcovského súdu preukázané, že rozhodcovský súd nevynaložil primerané úsilie na zisťovanie adresy povinného aspoň lustráciou v registri obyvateľov SR a v Sociálnej poisťovni. Nakoľko neboli splnené podmienky pre doručenie rozhodcovského rozsudku podľa § 25 ods. 4 ZoRK, exekučný súd dospel k záveru, že oprávneným predložený exekučný titul nebol povinnému ku dňu rozhodnutia účinne doručený, a preto žiadosť súdneho exekútora na vydanie poverenia zamietol. 2. Voči tomuto uzneseniu podal v zákonnej lehote, odvolanie oprávnený z dôvodov vymedzených § 205 ods. 2 písm. a), d), f), e) zákona NZ ČSR č. 99/1963 Zb., Občiansky súdny poriadok (ďalej len „OSP“) v spojení s § 221 ods. 1 písm. d), f), h) OSP, navrhol, aby odvolací súd napadnuté rozhodnutie buď zmenil tak, že poverí súdneho exekútora vykonaním exekúcie, alebo rozhodnutie zruší a vráti súdu prvej inštancie na ďalšie konanie. Oprávnený súdu prvej inštancie a ním vydanému rozhodnutiu v rozsiahlej argumentácii vytýkal, že preskúmavaním zmluvy o úvere a v nej obsiahnutej rozhodcovskej doložky prekročil právomoci dané súdu § 44 ods. 2 zákona NR SR č. 233/1995 Z.z., o súdnych exekútoroch a exekučnej činnosti - Exekučný poriadok (ďalej „EP“) a § 45 ods. 1, 2 zákona NR SR č. 244/2002 Z.z. o rozhodcovskom konaní (ďalej len „ZoRK“). Mal za to, že tieto ustanovenia umožňujú súdny prieskum zákonnosti len vo vzťahu k žiadosti súdneho exekútora, návrhu na vykonanie exekúcie a exekučnému titulu, nie však vo vzťahu k listinám, na podklade ktorých bol titul vydaný. Skúmanie listinných dôkazov z konania, ktoré predchádzalo vydaniu rozhodcovského rozsudku, ako exekučného titulu, je arbitrárnym a svojvoľným postupom v rozpore s § 45 a § 37 ZoRK. konštatoval, že právoplatný rozhodcovský rozsudok je prekážkou res judicata a bráni opätovnému preskúmaniu veci. Poukázal na viaceré rozhodnutia Ústavného súdu SR 2/2000, PL ÚS 21/2008, I. ÚS 17/2001, I. ÚS 390/2008, IV. ÚS 110/2009, I. ÚS 335/2006, III. ÚS 335/06, III. 264/2005 a II. ÚS 499/2012, v ktorom ústavný súd uviedol, že okresný i krajský súd v prejednávanej exekučnej veci prekročili svoju právomoc keď okrem rozhodcovského rozsudku ako exekučného titulu preskúmavali aj obsah poistnej zmluvy vrátane VOP a z takto vykonaného listinného dôkazu dospeli k (odchylnému) skutkovému stavu, na ktorom založili svoj právny záver o právnej povahe rozhodcovskej doložky, ako neprijateľnej podmienky spôsobujúcej jej neplatnosť, čím znemožnili sťažovateľovi uplatniť právo priznané mu exekučným titulom. Ďalej poukázal na § 93b zákona NR SR č. 483/2001 Z.z. o bankách, z ktorého vyplývala povinnosť oprávneného predložiť povinnému, ako klientovi, návrh na uzavretie rozhodcovskej zmluvy s tým, že povinnému bola daná možnosť neprijať túto zákonom stanovenú ponuku. To, že ju neodmietol je prejavom jeho osobnej a zmluvnej slobody. Namietal, že súd prvého stupňa nesprávne aplikoval § 53 ods. 4 zákona NZ ČSR č. 40/1964 Zb. Občiansky zákonník (ďalej len „OZ“) a, bez akýchkoľvek dôvodov pre takýto záver, konštatovať neplatnosť rozhodcovskej doložky pre hrubú nerovnováhu v právach a povinnostiach ku škode spotrebiteľa, bez uvedenia v čom táto nerovnováha spočíva. Exekučný súd pri skúmaní žiadosti súdneho exekútora o udelenie poverenia na vykonanie exekúcie vykonával nové samostatné dokazovanie a dospel k odlišným právnym záverom ako rozhodcovský súd bez toho, aby mal oprávnený možnosť sa k takto novo vykonaným dôkazom a k novo vytvorenému skutkovému stavu vyjadriť. Namietal, že neplatnosť rozhodcovskej doložky ako neprijateľnej zmluvnej podmienky nemohol súd založiť ani na Smernici Rady 93/13/ EHS, ktorá je nezáväzným sekundárnym právnym aktom, ani na judikatúre ESD, ktorá je vo vzťahu k rozhodcovským doložkám všeobecná a nie je voči jednotlivcom, teda ani voči účastníkom tohto konania bezprostredne záväzná. V ďalšom odvolateľ citoval rozhodnutia okresných súdov a krajských súdov SR, ktoré svedčia v prospech argumentácie odvolateľa. Záverom poukázal na to, že súd prvého stupňa nesprávnym skutkovým zistením a nesprávnym právnym posúdením veci odňal oprávnenému právo konať pred súdom a neprimerane zvýhodnil povinného. Vydané rozhodnutie žiadala zrušiť a vec vrátiť súdu prvej inštancie na ďalšie konanie. 3. Povinný sa k odvolaniu oprávneného, ktoré mu bolo riadne doručené nevyjadril. 4. Odvolanie podané v zákonnej lehote oprávnenou osobou smeruje voči rozhodnutiu vydanému v exekučnom konaní vyšším súdnym úradníkom, voči ktorému Exekučný poriadok pripúšťa odvolanie (§ 44 ods. 2 EP) a zákonný sudca súdu prvej inštancie odvolaniu nemienil vyhovieť. Podaním odvolania uplatneného za účinnosti zák. č. 99/1963 Zb. OSP, tak v zmysle § 374 ods. 4 OSP nedošlo k zrušeniu rozhodnutia zo zákona a vzhľadom na predloženie veci odvolaciemu súdu sudcom súdu prvej inštancie boli splnené podmienky funkčnej príslušnosti odvolacieho súdu konať a rozhodovať o veci v inštančnom postupe. Tieto podmienky v zmysle § 470 ods. 2, 4 zák. č. 160/2015 Z.z. Civilného sporového poriadku (ďalej „CSP“), zostali zachované aj po 1.7.2016. 5. Krajský súd v Bratislave ako súd odvolací (§ 34 zák. č. 160/2015 Z.z. Civilný sporový poriadok - CSP v spojení s § 470 CSP) po preskúmaní obsahu spisu a napadnutého uznesenia v medziach daných rozsahom a dôvodmi odvolania (§ 379 a 380 CSP), bez nariadenia odvolacieho pojednávania, po oboznámení sa s procesným postupom súdu prvej inštancie dospel k záveru, že nie sú dané dôvody na zrušenie ani zmenu napadnutého rozhodnutia a toto je potrebné potvrdiť. 6. Odvolací súd po preskúmaní odvolania uvádza, že oprávnený v dôvodoch odvolania neuviedol žiadne odvolacie námietky ani nespochybnil žiadnu z podstatných úvah, z ktorých napadnuté rozhodnutie vychádza, a na ktorých súd prvej inštancie založil svoj právny názor keď zamietol žiadosť súdneho exekútora o vydanie poverenia na vykonanie exekúcie. 7. Z obsahu napadnutého rozhodnutia vyplýva, že súd prvej inštancie žiadosť súdneho exekútora zamietol pre nedostatok právomoci rozhodcovského súdu na vydanie exekučného titulu. Tento nedostatok vzhliadol v neplatnosti rozhodcovskej doložky obsiahnutej v nepodpísaných obchodných podmienkach tvoriacich súčasť zmluvy, ktorou bol založený záväzkový vzťah právneho predchodcu oprávneného a povinného. 8. Ako odvolací súd už uviedol, podstatné právne úvahy a právny záver súdu prvej inštancie, na ktorých rozhodnutie spočíva oprávnený v odvolaní žiadnym spôsobom nespochybnil. Oprávnený v odvolaní namieta nesprávnosť posúdenia rozhodcovskej doložky ako neprijateľnej podmienky pre výlučnú právomoc rozhodcovského súdu na prejednanie sporov zo zmluvy a priznanie plnenia v rozpore s dobrými mravmi. 9. Súd prvej inštancie sa ale v napadnutom uznesení neprijateľnosťou zmluvného dojednania rozhodcovskej doložky z dôvodov uvádzaných odvolateľom vôbec nezaoberal. Odvolacie námietky oprávneného nijako nesúvisia s odôvodnením napadnutého uznesenia a v ňom uvedenými podstatnými úvahami, na ktorých súd prvej inštancie svoje rozhodnutie založil. Odvolateľ nijakým spôsobom nespochybnil ani nenamietal záver exekučného súdu o nedoručení exekučného titulu - rozsudku sp.zn. IA-C/0614/0439 zo dňa 21.11.2014. Súd prvej inštancie konštatoval, že rozhodcovský súd neskúmal inú adresu povinného a na rozhodcovskom rozsudku vyznačil právoplatnosť a vykonateľnosť. Z uvedeného mal za to, že pobyt povinného je neznámy, a nakoľko neboli splnené podmienky pre doručenie rozhodcovského rozsudku podľa § 25 ods. 4 ZoRK povinnému, rozhodcovský rozsudok nespĺňa základný predpoklad spôsobilosti exekučného titulu podľa § 41 EP. 10. Nakoľko teda odvolacie námietky oprávneného nesúvisia s odôvodnením rozhodnutia a nespochybňujú jeho správnosť v podstatných úvahách súdu o nevykonateľnosti exekučného titulu, na ktorých je založený výrok rozhodnutia, odvolací súd viazaný odvolacími dôvodmi (§ 380 CSP) rozhodnutie súdu prvej inštancie v zmysle ust. § 387 ods. 1 CSP potvrdil. 11. O trovách odvolacieho konania bolo rozhodnuté podľa ust. § 396 ods. 1 v spojení s ust. § 255 ods. 1 CSP, tak že úspešnému povinnému nepriznal nárok ich náhradu, nakoľko mu žiadne nevznikli. 12. Toto uznesenie bolo členmi senátu prijaté pomerom hlasov 3:0 (§ 393 ods. 2 druhá veta zákona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v podpísané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§ 428 a § 429 CSP má za následok odmietnutie dovolania ( § 447 písm. d/, e/ CSP).</w:t>
      </w:r>
    </w:p>
    <w:p/>
    <w:p>
      <w:r>
        <w:t>Zdroj: KAUZIS.SK – https://www.kauzis.sk/judikatura/r/ECLI:SK:KSBA:2018:1415212126.1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