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5Co/45/2018 z 26. 4. 2018</w:t>
      </w:r>
    </w:p>
    <w:p>
      <w:r>
        <w:t>Uznesenie Krajského súdu Bratislava z 26. apríla 2018, sp. zn. 5Co/45/2018, ECLI:SK:KSBA:2018:1511221147.2</w:t>
      </w:r>
    </w:p>
    <w:p>
      <w:r>
        <w:t>Súd: Krajský súd Bratislava</w:t>
      </w:r>
    </w:p>
    <w:p>
      <w:r>
        <w:t>Spisová značka: 5Co/45/2018</w:t>
      </w:r>
    </w:p>
    <w:p>
      <w:r>
        <w:t>ECLI: ECLI:SK:KSBA:2018:1511221147.2</w:t>
      </w:r>
    </w:p>
    <w:p>
      <w:r>
        <w:t>Dátum vydania: 26.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5Co/45/2018 Identifikačné číslo súdneho spisu: 1511221147 Dátum vydania rozhodnutia: 27. 04. 2018 Meno a priezvisko sudcu, VSÚ: JUDr Janka Richterová ECLI: ECLI:SK:KSBA:2018:1511221147.2 Uznesenie Krajský súd v Bratislave v senáte zloženom z predsedníčky senátu JUDr. Janky Richterovej a členov senátu JUDr. Juraja Považana a JUDr. Milana Chalupku v právnej veci žalobcu: MEISSEN, s.r.o., so v Topoľčanoch, Stummerova č. 49, IČO: 36 523 453, zastúpeného JUDr. Ľubomírom Hlbočanom, advokátom so sídlom v Bratislave, Vajnorská 20, proti žalovaným: X/ O. N., I.. XX.XX.XXXX, Z. N.M. XX, Z., 2/ Hlavné mesto Slovenskej republiky Bratislava, IČO: 00 603 481, so sídlom Primaciálne nám. 1, Bratislava, X/ W. W., I.. XX.XX.XXXX, Z. B.H. XXX/XB, Z., X/ W. W., I.. XX.XX.XXXX, Z. B. XXX/XB, Z., X/ W. N., I.. XX.XX.XXXX, Z. N. XX, Z., X/ F. M., I.. XX.XX.XXXX, Z. N. XX, Z., X/ S. Z., I.. XX.XX.XXXX, Z. N. XX, Z., X/ R.. X. N., I.. XX.XX.XXXX, Z. N. XX, Z., X/ L. D., I.. XX.XX.XXXX, Z. N. XX, Z., XX/ S. D., I.. XX.XX.XXXX, Z. N. XX, Z., XX/ W. K., I.. XX.XX.XXXX, Z. Y. XX, N., XX/ R.. B. X., I.. XX.XX.XXXX, Z. R. XX, E., XX/ N. Z., I.. XX.XX.XXXX, Z. R. XX, E., XX/ W. M.H., I.. XX.XX.XXXX, Z. Z. XXX, X. M., XX/ W. J., I.. XX.XX.XXXX, Z. X. T. XX, XX/ R.. W. Q., I.. XX.XX.XXXX, Z. Š. X, Z., XX/ W. W., I.. XX.XX.XXXX, Z. T. XX, O., XX/ Ľ. Z., I.. XX.XX.XXXX, Z. Q. X, Z., XX/ R.. O. O., I.. XX.XX.XXXX, Z. Y. O. Z. X, G., XX/ R.. V. N., I.. XX.XX.XXXX, Z. W. X. Y. XXX, XX/ V. N., I.. XX.XX.XXXX, Z. N. XX, Z., XX/ W. X., I.. XX.XX.XXXX, Z. N. XX, Z., XX/ G. Q., I.. XX.XX.XXXX, Z. N. XX, Z., XX/ Ľ. Q., I.. XX.XX.XXXX, Z. N. XX, Z., XX/ R.. L. K., I.. XX.XX.XXXX, Z. N. XX, Z., XX/ Z. N., I.. XX.XX.XXXX, Z. Y. XX, Z., XX/ V. Š., I.. XX.XX.XXXX, Z. N. XX, Z., XX/ M. Š., I.. XX.XX.XXXX, Z. N. XX, Z., XX/ R.. B. W., I.. XX.XX.XXXX, Z. Z. X/X, Ž. I. K., XX/ W.. Ľ. W., I.. XX.XX.XXXX, Z. Z. X/X, Ž. I. K., XX/ G. Z., I.. XX.XX.XXXX, Z. N. XX, Z., XX/ O. O., I.. XX.XX.XXXX, Z. N. XX, Z., XX/ W.. L. Š., I.. XX.XX.XXXX, Z. L.Á. XXXX/X, Č., XX/ R.. V. W., I.. XX.XX.XXXX, Z. K. T. XXX, XX/ W. Z., I.. XX.XX.XXXX, Z. N. XX, Z., XX/ S. Z., I.. XX.XX.XXXX, Z. N. XX, Z., XX/ F. N., I.. XX.XX.XXXX, Z. Ľ. X, Z., XX/ Ľ. Z., I.. XX.XX.XXXX, Z. Ľ. XX, Z., XX/ W. N., I.. XX.XX.XXXX, Z. W. XXX/XX, N., XX/ W. N., I.. XX.XX.XXXX, Z. W. XXX/XX, N., XX/ E. L., I.. XX.XX.XXXX, Z. N. XX, Z., XX/ Z.. W. M., I.. XX.XX.XXXX, Z. N. XX, Z., XX/ W.. F. Q., I.. XX.XX.XXXX, Z. N. XX, Z., XX/ Z. K., I.. XX.XX.XXXX, Z. N. XX, Z., XX/ T. K., I.. XX.XX.XXXX, Z. N. XX, Z., XX/ S. F., I.. XX.XX.XXXX, Z. N. XX, Z., XX/ W. I., I.. XX.XX.XXXX, Z. N. XX, Z., XX/ V. I., I.. XX.XX.XXXX, Z. N. XX, Z., XX/ Ľ. M., I.. XX.XX.XXXX, Z. N. XX, Z., XX/ V. M., I.. XX.XX.XXXX, Z. N. XX, Z., XX/ X. N., I.. XX.XX.XXXX, Z. N. XX, Z., XX/ W. N., I.. XX.XX.XXXX, Z. Z. X, Z., XX/ W. B., I.. XX.XX.XXXX, Z. N.. I. XX/XX, O. I. G. - Č., 54/ Slovenská republika - Krajské riaditeľstvo Policajného zboru v Bratislave, IČO: 00 735 795, so sídlom Špitálska 14, Bratislava, XX/ Q. W., I.. XX.XX.XXXX, Z. N. XX, Z., XX/ B. K., I.. XX.XX.XXXX, Z. N.. V. L. XXXX/XX, Z., XX/ V. V., I.. XX.XX.XXXX, Z. Z. XXXX/XX, Z., XX/ V. R., I.. XX.XX.XXXX, Z. N. XX, Z., XX/ W. R., I.. XX.XX.XXXX, Z. N. XX, Z., XX/ V. I., I.. XX.XX.XXXX, Z. N. XX, Z., XX/Margita I., I.. XX.XX.XXXX, Z. N. XX, Z., XX/ W. T., I.. XX.XX.XXXX, Z. N. XX, Z., XX/ B. N., I.. XX.XX.XXXX, Z. N. XX, Z., XX/ E. N., I.. XX.XX.XXXX, Z. N. XX, Z., XX/ W. J., I.. XX.XX.XXXX, Z. N. XX, Z., XX/ X. J., I.. XX.XX.XXXX, Z. N. XX, Z., XX/ B. G., I.. XX.XX.XXXX, Z. N. XX, Z., XX/ R.. F. G., I.. XX.XX.XXXX, Z. N. XX, Z., správca Bytový podnik Petržalka, s.r.o., so sídlom v Bratislave, Haanova č. 10, zastúpený JUDr. Marošom, Palikom, advokátom so sídlom v Bratislave, Muchovo nám. č. 12, o zaplatenie 8.460,08 € s prísl., na odvolanie žalobcu proti uzneseniu Okresného súdu Bratislava V zo dňa 30. novembra 2017 č. k. 42C/7/2012-402, takto r o z h o d o l : Odvolací súd uznesenie súdu prvej inštancie p o t v r d z u j e . Žalovaným n e p r i z n á v a náhradu trov odvolacieho konania. o d ô v o d n e n i e : 1.Napadnutým uznesením súd prvej inštancie podľa § 163 ods. 2 CSP zastavil prerušené konanie, keď v lehote šiestich mesiacov od právoplatnosti uznesenia o prerušení konania strany nepodali návrh na pokračovanie v konaní. 2.Proti tomuto uzneseniu podal včas odvolanie žalobca, požadujúc jeho zrušenie. Napadnuté rozhodnutie považoval za nepreskúmateľné z dôvodu, že z jeho odôvodnenia nevyplýva, kedy nadobudlo právoplatnosť uznesenie o prerušení konania. Súčasne podal žiadosť o pokračovaní v konaní. 3.Žalovaný sa k odvolaniu nevyjadril. 4.Odvolací súd prejednal odvolanie žalobcu v rozsahu a z dôvodov v ňom vymedzených (§ 379 a § 380 ods. 1 CSP) a dospel k záveru, že je neopodstatnené. 5.Podľa § 163 ods. 2 CSP ak je konanie prerušené, súd v ňom pokračuje na návrh ktorejkoľvek strany. Ak sa návrh na pokračovanie v konaní nepodá do 6 mesiacov od právoplatnosti uznesenia o prerušení konania, súd konanie zastaví. 6.Verejný záujem vyžaduje, aby spor ako sociálne zlo bol v súdnom konaní čo najrýchlejšie odstránený. Sporné vzťahy medzi stranami však môžu byť komplexnejšie, než predmet konkrétneho súdneho konania. Preto i po začatí súdneho konania zákonodarca stranám tradične umožňuje, aby spor vyriešili bez ingerencie súdu, napr. i prostredníctvom inštitútu prerušenia konania na návrh strán. S ohľadom na princíp právnej istoty však zákonodarca opodstatnene stanovil časový limit prerušenia konania a určil tiež následok pre nepodanie návrhu na pokračovanie v konaní v lehote, ktorú považoval za primeranú pre vedomosť strán o možnosti vyriešenia sporu mimosúdne. 7.Z obsahu spisu vyplýva, že na návrh strán sporu súd prerušil konanie uznesením zo dňa 12. apríla 2017 č. k. 42C/7/12-396, právoplatným dňa 22.5.2017. 8.Do vydania napadnutého uznesenia súdom prvej inštancie, teda do dňa 30.11.2017, žiadosť o pokračovanie v prerušenom konaní nebola podaná. 9.Pre zastavenie prerušeného konania potom boli splnené všetky zákonné predpoklady, vyplývajúce z citovaného ustanovenia § 163 ods. 2 CSP. Na tom nič nemení, že súd v odôvodnení uznesenia neuviedol dátum, kedy nadobudlo právoplatnosť uznesenie o prerušení konania. 10.Súčasťou odvolania je i žiadosť o pokračovanie v konaní, keďže však bola doručená súdu až po uplynutí 6 mesačnej lehoty (po 22. 11 2017), odvolací súd na túto žiadosť neprihliadol a napadnuté uznesenie súdu prvej inštancie ako vecne správne potvrdil (§ 387 ods. 1 CSP). Návrh na odpustenie zmeškania lehoty nebol podaný (§122 CSP). 11.V odvolacom konaní úspešným žalovaným nevznikli žiadne trovy, preto im odvolací súd náhradu trov konania nepriznal (§ 396 ods. 1 v spojení s § 255 ods. 1 CSP). 12.Rozhodnutie bolo prijaté senátom odvolacieho súdu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https://www.kauzis.sk/judikatura/r/ECLI:SK:KSBA:2018:1511221147.2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