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8Co/140/2015 z 30. 1. 2018</w:t>
      </w:r>
    </w:p>
    <w:p>
      <w:r>
        <w:t>Opravné uznesenie Krajského súdu Bratislava z 30. januára 2018, sp. zn. 8Co/140/2015, ECLI:SK:KSBA:2018:1514219972.2</w:t>
      </w:r>
    </w:p>
    <w:p>
      <w:r>
        <w:t>Súd: Krajský súd Bratislava</w:t>
      </w:r>
    </w:p>
    <w:p>
      <w:r>
        <w:t>Spisová značka: 8Co/140/2015</w:t>
      </w:r>
    </w:p>
    <w:p>
      <w:r>
        <w:t>ECLI: ECLI:SK:KSBA:2018:1514219972.2</w:t>
      </w:r>
    </w:p>
    <w:p>
      <w:r>
        <w:t>Dátum vydania: 30. 1. 2018</w:t>
      </w:r>
    </w:p>
    <w:p>
      <w:r>
        <w:t>Forma: Opravné uznesenie</w:t>
      </w:r>
    </w:p>
    <w:p>
      <w:r>
        <w:t>Oblasť práva: Občianske právo, Občianske právo</w:t>
      </w:r>
    </w:p>
    <w:p>
      <w:pPr>
        <w:pStyle w:val="Heading2"/>
      </w:pPr>
      <w:r>
        <w:t>Text rozhodnutia</w:t>
      </w:r>
    </w:p>
    <w:p>
      <w:r>
        <w:t>Súd: Krajský súd Bratislava Spisová značka: 8Co/140/2015 Identifikačné číslo súdneho spisu: 1514219972 Dátum vydania rozhodnutia: 31. 01. 2018 Meno a priezvisko sudcu, VSÚ: JUDr. Ondrej Krajčo ECLI: ECLI:SK:KSBA:2018:1514219972.2 Opravné uznesenie Krajský súd v Bratislave v senáte zloženom z predsedu senátu JUDr. Ondreja Krajča a členiek senátu JUDr. Jany Vlčkovej a JUDr. Moniky Holickej v právnej veci žalobcu: GYN-IN, s.r.o., so sídlom Morovno 117, Handlová, IČO: 46 348 174, zastúpeného advokátkou: JUDr. Gabriela Strýčková, so sídlom Gladiolová 12, Nitra, a súčasne tiež: MST PARTNERS, s. r. o., so sídlom Laurinská 3, Bratislava proti, žalovanému: Všeobecná zdravotná poisťovňa, a.s., so sídlom Panónska cesta 2, Bratislava, IČO: 35 937 874, o určenie neplatnosti výpovede zmluvy, o oprave rozsudku Krajského súdu v Bratislave zo dňa 21. marca 2017, č.k. 8Co/140/2015-196, takto r o z h o d o l : Odvolací súd o p r a v u j e písomné vyhotovenie rozsudku Krajského súdu v Bratislave zo dňa 21. marca 2017, č.k. 8Co/140/2015-196, tak, že označenie strán sporu v záhlaví predmetného rozsudku správne znie nasledovne: "v právnej veci žalobcu: GYN-IN, s.r.o., so sídlom Morovno 117, Handlová, IČO: 46 348 174, zastúpeného advokátkou: JUDr. Gabriela Strýčková, so sídlom Gladiolová 12, Nitra, a súčasne tiež: MST PARTNERS, s. r. o., so sídlom Laurinská 3, Bratislava proti, žalovanému: Všeobecná zdravotná poisťovňa, a.s., so sídlom Panónska cesta 2, Bratislava, IČO: 35 937 874". o d ô v o d n e n i e : 1. Krajský súd v Bratislave ako odvolací súd rozsudkom zo dňa 21. marca 2017, č.k. 8Co/140/2015-196, ako vecne správny potvrdil rozsudok Okresného súdu Bratislava V zo dňa 10. decembra 2014, č.k. 10C/379/2014-159. 2. Podľa § 224 C.s.p., súd kedykoľvek aj bez návrhu opraví v rozsudku chyby v písaní a počítaní, ako aj iné zrejmé nesprávnosti. O oprave súd vydá opravné uznesenie, ktoré doručí subjektom konania. 3. Podľa § 378 ods. 1 C.s.p., na konanie na odvolacom súde sa primerane použijú ustanovenia o konaní pred súdom prvej inštancie, ak tento zákon neustanovuje inak. 4. V danej veci došlo v rozsudku odvolacieho súdu k zrejmej nesprávnosti v písaní spočívajúcej v tom, že odvolací súd v záhlaví písomného vyhotovenia svojho rozsudku uviedol nesprávne údaje o právnych zástupcoch žalobcu. 5. Vzhľadom na uvedené; na návrh žalobcu; odvolací súd, s poukazom na vyššie citované ustanovenia, túto chybu v písaní opravil tak, ako je uvedené vo výroku tohto rozhodnutia. 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https://www.kauzis.sk/judikatura/r/ECLI:SK:KSBA:2018:1514219972.2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