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14Co/250/2016 z 26. 4. 2018</w:t>
      </w:r>
    </w:p>
    <w:p>
      <w:r>
        <w:t>Opravné uznesenie Krajského súdu Bratislava z 26. apríla 2018, sp. zn. 14Co/250/2016, ECLI:SK:KSBA:2018:1515214158.3</w:t>
      </w:r>
    </w:p>
    <w:p>
      <w:r>
        <w:t>Súd: Krajský súd Bratislava</w:t>
      </w:r>
    </w:p>
    <w:p>
      <w:r>
        <w:t>Spisová značka: 14Co/250/2016</w:t>
      </w:r>
    </w:p>
    <w:p>
      <w:r>
        <w:t>ECLI: ECLI:SK:KSBA:2018:1515214158.3</w:t>
      </w:r>
    </w:p>
    <w:p>
      <w:r>
        <w:t>Dátum vydania: 26. 4. 2018</w:t>
      </w:r>
    </w:p>
    <w:p>
      <w:r>
        <w:t>Forma: Opravné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14Co/250/2016 Identifikačné číslo súdneho spisu: 1515214158 Dátum vydania rozhodnutia: 27. 04. 2018 Meno a priezvisko sudcu, VSÚ: JUDr. Darina Kuchtová ECLI: ECLI:SK:KSBA:2018:1515214158.3 Opravné uznesenie Krajský súd v Bratislave v právnej veci žalobcu: AB 2 B. V., reg. č. 572 79 667, so sídlom Amsterdam, Strawinskylaan 933, 1077XX, Holandské kráľovstvo, zastúpené advokátskou kanceláriou GOLIAŠOVA GABRIELA, s. r. o., IČO: 47 234 679, adresa na doručovanie Teplická 7434/147, 921 22 Piešťany, proti žalovanej: D. D., L.. XX.XX.XXXX, P. G. Y. M. XX.XX.XXXX J. - G., G. G. G. XXXX/XX, J., S. na K. J.T. XXXX/XX, XXX XX J., v konaní o zaplatenie 1 755,30 eur s príslušenstvom, vo veci vedenej na Krajskom súde v Bratislave pod sp. zn. 14Co/250/2016 (na Okresnom súde Bratislava V vedený pod sp. zn. 39C/406/2015), takto r o z h o d o l : Odvolací súd opravuje záhlavie uznesenia Krajského súdu v Bratislave zo dňa 06.03.2018, č. k. 14Co/250/2016-106 v označení žalobcu a jeho registračného čísla, keď správne má znieť: „... v právnej veci žalobcu: AB 2 B. V., reg. č. 572 79 667 ...“ o d ô v o d n e n i e : 1. Krajský súd v Bratislave uznesením zo dňa 06.03.2018, č.k. 14Co/250/2016-106, odmietol odvolanie žalovanej proti rozsudku Okresného súdu Bratislava V zo dňa 06.04.2016, č. k. 39C/406/2015-87. 2. Okresný súd Bratislava V dňa 03.04.2018 predložil spis odvolaciemu súdu za účelom vykonania opravy záhlavia uznesenia odvolacieho súdu, nakoľko v ňom bolo chybné označenie žalobcu, pod ktorým bolo predmetné uznesenie vydané, keďže dňa 11.12.2016 bolo Okresnému súdu Bratislava V doručené oznámenie právneho zástupcu žalobcu, že ku dňu 18.10.2016 došlo k zániku spoločnosti AB 1 B. V., reg. č. XXX XX XXX, so sídlom Amsterdam, Strawinskylaan 933, 1077XX, Holandské kráľovstvo, pričom zánik nastal v dôsledku zlúčenia so spoločnosťou AB 2 B. V., reg. č. XXX XX XXX, so sídlom Amsterdam, Strawinskylaan 933, 1077XX, Holandské kráľovstvo (Zmluva o fúzii zo dňa 17.10.2016), a zároveň sa právnym nástupcom spoločnosti AB 1 B. V. stala spoločnosť AB 2 B. V. 3. Podľa § 224 zákona č. 160/2015 Z. z. Civilný sporový poriadok (ďalej len „CSP“) súd kedykoľvek aj bez návrhu opraví v rozsudku chyby v písaní a počítaní, ako aj iné zrejmé nesprávnosti. O oprave súd vydá opravné uznesenie, ktoré doručí subjektom konania. 4. Podľa § 234 ods. 2 CSP, ak nie je ďalej ustanovené inak, použijú sa na uznesenie primerane ustanovenia o rozsudku. 5. Podľa § 378 ods. 1 CSP, ak tento zákon neustanovuje inak, na konanie na odvolacom súde sa primerane použijú ustanovenia o konaní pred súdom prvej inštancie. 6. V písomnom vyhotovení predmetného uznesenia odvolacieho súdu došlo k zrejmej nesprávnosti, ktorú odvolací súd v zmysle citovaných zákonných ustanovení opravil. 7. Toto rozhodnutie bolo prijaté odvolacím senátom pomerom hlasov 3:0 (§ 3 ods. 9 zákona č. 757 Z. z. o súdoch a o zmene a doplnení niektorých zákonov v znení neskorších predpisov).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- dovolací návrh (§ 428 CSP).</w:t>
      </w:r>
    </w:p>
    <w:p/>
    <w:p>
      <w:r>
        <w:t>Zdroj: KAUZIS.SK – https://www.kauzis.sk/judikatura/r/ECLI:SK:KSBA:2018:1515214158.3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