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15Co/200/2017 z 21. 8. 2018</w:t>
      </w:r>
    </w:p>
    <w:p>
      <w:r>
        <w:t>Uznesenie Krajského súdu Bratislava z 21. augusta 2018, sp. zn. 15Co/200/2017, ECLI:SK:KSBA:2018:1515220159.2</w:t>
      </w:r>
    </w:p>
    <w:p>
      <w:r>
        <w:t>Súd: Krajský súd Bratislava</w:t>
      </w:r>
    </w:p>
    <w:p>
      <w:r>
        <w:t>Spisová značka: 15Co/200/2017</w:t>
      </w:r>
    </w:p>
    <w:p>
      <w:r>
        <w:t>ECLI: ECLI:SK:KSBA:2018:1515220159.2</w:t>
      </w:r>
    </w:p>
    <w:p>
      <w:r>
        <w:t>Dátum vydania: 21. 8. 2018</w:t>
      </w:r>
    </w:p>
    <w:p>
      <w:r>
        <w:t>Forma: Uznesenie</w:t>
      </w:r>
    </w:p>
    <w:p>
      <w:r>
        <w:t>Oblasť práva: Občianske právo</w:t>
      </w:r>
    </w:p>
    <w:p>
      <w:pPr>
        <w:pStyle w:val="Heading2"/>
      </w:pPr>
      <w:r>
        <w:t>Text rozhodnutia</w:t>
      </w:r>
    </w:p>
    <w:p>
      <w:r>
        <w:t>Súd: Krajský súd Bratislava Spisová značka: 15Co/200/2017 Identifikačné číslo súdneho spisu: 1515220159 Dátum vydania rozhodnutia: 22. 08. 2018 Meno a priezvisko sudcu, VSÚ: JUDr. Mária Hajdínová ECLI: ECLI:SK:KSBA:2018:1515220159.2 Uznesenie Krajský súd v Bratislave v senáte zloženom z predsedníčky senátu JUDr. Márie Hajdínovej a členov senátu JUDr. Silvie Walterovej a JUDr. Evy Mészárosovej v právnej veci žalobcov: 1. H. Y. , narodený dňa XX.X.XXXX, trvale bytom L., F. č. XX, 2. V. Y. narodený dňa X.X.XXXX, trvale bytom L., F. č. XX (právni nástupcovia žalobcu: O. Y. , narodený dňa XX.X.XXXX, zomrel dňa XX.XX.XXXX, naposledy bytom L. F., V. č. XXXX), proti žalovanej: D. Y. , narodená dňa XX.XX.XXXX, bytom L., F. č. XX, o zrušenie a vyporiadanie podielového spoluvlastníctva, o následnom späťvzatí žaloby sčasti, vo veci vedenej na Okresnom súde Bratislava V. pod sp.zn. 56 C 840/2015, takto r o z h o d o l : I. Odvolací súd p r i p ú š ť a čiastočné späťvzatie žaloby, rozsudok Okresného súdu Bratislava V. zo dňa 7. júna 2017, č.k. 56 C 840/2015-239, vo výroku III., ktorým žalovanej uložil povinnosť vyplatiť žalobcovi titulom náhrady za spoluvlastnícky podiel sumu XX.XXX,XX € do 90 dní odo dňa právoplatnosti rozsudku a vo výroku IV., ktorým stranám sporu nepriznal náhradu trov konania, z r u š u j e a konanie v tomto rozsahu z a s t a v u j e . II. Žiadna zo strán nemá nárok na náhradu trov prvoinštančného konania. III. Žiadna zo strán nemá nárok na náhradu trov odvolacieho konania. o d ô v o d n e n i e : l. Okresný súd Bratislava V. rozsudkom zo dňa 7.6.2017, č.k. 56 C 840/2015-239, zrušil podielové spoluvlastníctvo k nehnuteľnosti - bytu č. XX, nachádzajúceho sa na XX. poschodí bytového domu v L., F. č. XX, súpisné č. XXXX, spoluvlastnícky podiel priestoru na spoločných častiach a spoločných zariadeniach bytového domu a spoluvlastnícky podiel k pozemku XXXX/XXXXXX, ktorá nehnuteľnosť je zapísaná na liste vlastníctva č. XXXX pre okres L. V, obec L. mestská časť J., katastrálne územie J.; predmetnú nehnuteľnosť prikázal do výlučného vlastníctva žalovanej, ktorej uložil povinnosť vyplatiť žalobcovi sumu XX.XXX,XX € titulom náhrady za spoluvlastnícky podiel do 90 dní odo dňa právoplatnosti rozsudku; stranám sporu náhradu trov konania nepriznal. Rozsudok odôvodnil ustanoveniami § 470 ods. 1, ods. 2, ods. 3, ods. 4, čl. 2 ods. 1, čl. 8, čl. 9 C.s.p., § 3 ods. 1, § 100 ods. 1, § 101, § 148 ods. 1, § 149 ods. 1, ods. 3, ods. 4, § 150 Občianskeho zákonníka. Výrok o náhrade trov konania odôvodnil ustanoveniami § 262 ods. 1, ods. 2 C.s.p. 2. Proti tomuto rozsudku vo výroku III., ktorým súd prvej inštancie uložil povinnosť žalovanej zaplatiť žalobcovi náhradu za spoluvlastnícky podiel vo výške XX.XXX,XX € do 90 dní od právoplatnosti rozsudku, podala včas odvolanie žalovaná dôvodiac tým, že v tejto časti považuje rozsudok za nespravodlivý, odporujúci zásade uvedenej v článku 2 odsek 1 C.s.p. Odvolaciemu súdu navrhla rozsudok v napadnutej časti zrušiť a v tomto rozsahu vrátiť vec súdu prvej inštancie na ďalšie konanie a nové rozhodnutie. 3. Skôr, ako odvolací súd o odvolaní rozhodol, žalobcovia v 1., 2. rade svojím podaním doručeným súdu prvej inštancie dňa 27.11.2017 (č.l. 266 spisu) zobrali žalobu späť v časti, ktorou sa ich právny predchodca domáhal priznania náhrady za spoluvlastnícky podiel, navrhli napadnutý rozsudok v tejto časti zrušiť a konanie v tejto časti zastaviť. 4. Odvolací súd prejednal vec bez nariadenia pojednávania [§ 470 ods. 1, ods. 2, § 385 ods. l zákona č. 160/2015 Z.z. (Civilný sporový poriadok), ďalej len C.s.p.], keď pre nariadenie pojednávania neboli splnené zákonné podmienky, a dospel k záveru, že nie sú dané žiadne dôvody, ktoré by odôvodňovali nepripustenie späťvzatia žaloby. 5. Podľa § 370 C.s.p. ak je žaloba vzatá späť po rozhodnutí súdu prvej inštancie, ale skôr, ako rozhodnutie nadobudlo právoplatnosť, odvolací súd rozhodne o pripustení späťvzatia (ods. l). Súd späťvzatie žaloby nepripustí, ak s tým protistrana z vážnych dôvodov nesúhlasí. Ak späťvzatie žaloby pripustí, odvolací súd zruší rozhodnutie súdu prvej inštancie a konanie zastaví (ods. 2). Ak je žaloba vzatá späť sčasti, použijú sa ustanovenia predchádzajúcich odsekov primerane (ods. 3). 6. Do dispozície strany sporu, ktorá žalobu podala, patrí aj možnosť žalobu vziať kedykoľvek späť, a to až dovtedy, kým o nej nebolo právoplatne rozhodnuté, teda aj po rozhodnutí súdom prvej inštancie dovtedy, kým nenadobudlo právoplatnosť. 7. V prejednávanej veci po rozhodnutí súdu prvej inštancie skôr, ako rozsudok nadobudol právoplatnosť, žalobcovia v 1., 2. rade zobrali žalobu späť vo výroku o uložení povinnosti žalovanej zaplatiť im náhradu za spoluvlastnícky podiel; žalovaná k späťvzatiu žaloby nemala námietky. Za týchto okolností odvolací súd, už bez ďalšieho, čiastočné späťvzatie žaloby pripustil, zrušil rozsudok súdu prvej inštancie vo výroku III., ktorým žalovanej uložil povinnosť vyplatiť žalobcovi sumu XX.XXX,XX € do 90 dní odo dňa právoplatnosti rozsudku titulom náhrady za spoluvlastnícky podiel a konanie v tomto rozsahu zastavil. Odvolací súd zároveň zrušil napadnutý rozsudok aj v súvisiacom výroku IV. o náhrade trov konania s poukazom na ustanovenie § 367 ods. 2 veta druhá C.s.p. Vzhľadom k tomu, že žalobcovia v 1., 2. rade vzali žalobu v časti o zaplatenie náhrady za spoluvlastnícky podiel späť, nerozhodoval odvolací súd už o odvolaní žalovanej proti výroku rozsudku, ktorým jej uložil povinnosť zaplatiť žalobcom v 1., 2. rade náhradu za spoluvlastnícky podiel. Odvolací súd dodáva, že rozsudok Okresného súdu Bratislava V. zo dňa 7.6.2017, č.k. 56 C 840/2015-239, vo výrokoch I., ktorým súd podielové spoluvlastníctvo k predmetnej nehnuteľnosti zrušil a vo výroku II., ktorým nehnuteľnosť prikázal do výlučného vlastníctva žalovanej, nadobudol právoplatnosť dňa 23.6.2017, keďže tieto výroky neboli napadnuté odvolaním. 8. Stranám sporu odvolací súd nepriznal právo na náhradu trov konania pred súdom prvej inštancie nadväzne na ustanovenie § 396 ods. l, § 255 a nasl. C.s.p. dôvodiac tým, že pomer úspechu žalobcu a žalovanej bol v zásade rovnaký, keď žalobca mal v konaní úspech v časti zrušenia podielového spoluvlastníctva a prikázania nehnuteľnosti do výlučného vlastníctva žalovanej, ktorá mala úspech v časti (ne)vyplatenia náhrady za spoluvlastnícky podiel (späťvzatie žaloby v tejto časti). 9. Stranám sporu odvolací súd nepriznal právo na náhradu trov odvolacieho konania nadväzne na ustanovenie § 396 ods. l, § 255 a nasl. C.s.p. dôvodiac, že ich náhradu nežiadali priznať žiadnej zo strán sporu. 10.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https://www.kauzis.sk/judikatura/r/ECLI:SK:KSBA:2018:1515220159.2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