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3Co/69/2018 z 26. 3. 2018</w:t>
      </w:r>
    </w:p>
    <w:p>
      <w:r>
        <w:t>Uznesenie Krajského súdu Bratislava z 26. marca 2018, sp. zn. 3Co/69/2018, ECLI:SK:KSBA:2018:1516201192.2</w:t>
      </w:r>
    </w:p>
    <w:p>
      <w:r>
        <w:t>Súd: Krajský súd Bratislava</w:t>
      </w:r>
    </w:p>
    <w:p>
      <w:r>
        <w:t>Spisová značka: 3Co/69/2018</w:t>
      </w:r>
    </w:p>
    <w:p>
      <w:r>
        <w:t>ECLI: ECLI:SK:KSBA:2018:1516201192.2</w:t>
      </w:r>
    </w:p>
    <w:p>
      <w:r>
        <w:t>Dátum vydania: 26. 3.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3Co/69/2018 Identifikačné číslo súdneho spisu: 1516201192 Dátum vydania rozhodnutia: 27. 03. 2018 Meno a priezvisko sudcu, VSÚ: JUDr. Alexandra Hanusová ECLI: ECLI:SK:KSBA:2018:1516201192.2 Uznesenie Krajský súd v Bratislave v senáte zloženom z predsedníčky senátu JUDr. Alexandry Hanusovej a sudcov JUDr. Romana Bolebrucha a Mgr. Patricie Skotnickej v spore žalobkyne: S. D., nar. XX.XX.XXXX, bytom J. XXXX/X, D.lava, zastúpenej Mgr. Ing. Pavlom Benkom, Strojnícka 2963/13, Bratislava, proti žalovanému: S. D., nar. X.X.XXXX, bytom C. XX, zastúpenému advokátom JUDr. Šimonom Cibulkom, Hodžova 53, Trenčín, o nariadenie predbežného opatrenia, o návrhu na zrušenie neodkladného (predbežného) opatrenia, na odvolanie žalobkyne proti uzneseniu Okresného súdu Bratislava V č.k. 56C/27/2016-133, zo dňa 11.1.2018, takto r o z h o d o l : Odvolací súd odvolacie konanie z a s t a v u j e . Žalovanému p r i z n á v a proti žalobkyni plný nárok na náhradu trov odvolacieho konania. o d ô v o d n e n i e : 1. Napadnutým uznesením súd prvej inštancie zrušil predbežné opatrenie nariadené Okresným súdom Bratislava V uznesením zo dňa 7.3.2016 č.k. 56C/27/2016-49. 2. Proti uzneseniu súdu prvej inštancie podala žalobkyňa odvolanie a žiadala napadnuté uznesenie zmeniť a nariadené predbežné opatrenie nechať v platnosti až do zaistenia nehnuteľností, s ktorými bolo žalovanému predbežným opatrením zakázané nakladať, exekútorom. 3. Žalobkyňa podaním doručeným súdu prvej inštancie 15.3.2018 vzala podané odvolanie v celom rozsahu späť. 4. Podľa § 369 ods. 3 CSP ak sa odvolanie, o ktorom nebolo rozhodnuté, vzalo späť, odvolací súd odvolacie konanie zastaví. 5. Vzhľadom na to, že žalobkyňa vzala svoje odvolanie späť v čase, keď o ňom ešte nebolo rozhodnuté, odvolací súd podľa § 369 ods. 3 CSP odvolacie konanie zastavil. 6. O náhrade trov konania odvolací súd rozhodol podľa § 256 ods. 1 CSP v spojení s § 396 ods. 1 CSP tak, že žalovanému priznal proti žalobkyni plný nárok na náhradu trov odvolacieho konania, nakoľko žalobkyňa späťvzatím odvolania procesne zavinila zastavenie odvolacieho konania. 7. Toto rozhodnutie prijal senát Krajského súdu v Bratislave pomerom hlasov 3:0. Poučenie: Proti tomuto uzneseniu odvolanie nie je prípustné.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https://www.kauzis.sk/judikatura/r/ECLI:SK:KSBA:2018:1516201192.2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