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15Co/202/2018 z 30. 10. 2018</w:t>
      </w:r>
    </w:p>
    <w:p>
      <w:r>
        <w:t>Uznesenie Krajského súdu Bratislava z 30. októbra 2018, sp. zn. 15Co/202/2018, ECLI:SK:KSBA:2018:1516214977.1</w:t>
      </w:r>
    </w:p>
    <w:p>
      <w:r>
        <w:t>Súd: Krajský súd Bratislava</w:t>
      </w:r>
    </w:p>
    <w:p>
      <w:r>
        <w:t>Spisová značka: 15Co/202/2018</w:t>
      </w:r>
    </w:p>
    <w:p>
      <w:r>
        <w:t>ECLI: ECLI:SK:KSBA:2018:1516214977.1</w:t>
      </w:r>
    </w:p>
    <w:p>
      <w:r>
        <w:t>Dátum vydania: 30. 10. 2018</w:t>
      </w:r>
    </w:p>
    <w:p>
      <w:r>
        <w:t>Forma: Uznesenie</w:t>
      </w:r>
    </w:p>
    <w:p>
      <w:pPr>
        <w:pStyle w:val="Heading2"/>
      </w:pPr>
      <w:r>
        <w:t>Text rozhodnutia</w:t>
      </w:r>
    </w:p>
    <w:p>
      <w:r>
        <w:t>Súd: Krajský súd Bratislava Spisová značka: 15Co/202/2018 Identifikačné číslo súdneho spisu: 1516214977 Dátum vydania rozhodnutia: 31. 10. 2018 Meno a priezvisko sudcu, VSÚ: JUDr. Mária Hajdínová ECLI: ECLI:SK:KSBA:2018:1516214977.1 Uznesenie Krajský súd v Bratislave v senáte zloženom z predsedníčky senátu JUDr. Márie Hajdínovej a členov senátu JUDr. Evy Mészárosovej a JUDr. Silvie Walterovej v právnej veci žalobcu: Dopravný podnik Bratislava, akciová spoločnosť, Bratislava, Olejkárska č. 1, IČO: 00 492 736, zastúpený JUDr. Vladimírom Kánom, advokátom v Bratislave, Námestie Martina Benku č. 9, proti žalovanej: F. I. , narodená dňa XX.X.XXXX, zomrela dňa XX.X.XXXX bez právneho nástupcu, naposledy bytom P., Q. č. XXXX/XX, o zaplatenie sumy 70,70 €, s príslušenstvom, o späťvzatí žaloby v celom rozsahu po rozhodnutí Okresného súdu Bratislava V. rozsudkom zo dňa 24. apríla 2018, č.k. 12 Csp 95/2016-28, takto r o z h o d o l : I. Odvolací súd p r i p ú š ť a späťvzatie žaloby, rozsudok Okresného súdu Bratislava V. zo dňa 24. apríla 2018, č.k. 12 Csp 95/2016-28, z r u š u j e a konanie z a s t a v u j e . II. Žiadna zo strán n e m á na náhradu trov konania právo. o d ô v o d n e n i e : l. Okresný súd Bratislava V. rozsudkom zo dňa 24.4.2018, č.k. 12 Csp 95/2016-28, uložil žalovanej povinnosť zaplatiť žalobcovi sumu 70,70 € a súčasne žalobcovi priznal nárok na náhradu trov konania v plnom rozsahu. 2. Skôr, ako rozsudok nadobudol právoplatnosť, žalobca svojím podaním zo dňa 27.6.2018 (č.l. 39 spisu) zobral žalobu späť v celom rozsahu bez uvedenia dôvodu späťvzatia a zároveň žiadal súd vrátiť súdny poplatok podľa § 11 zákona č. 71/1992 Zb. o súdnych poplatkoch a poplatku za výpis z registra trestov v znení neskorších zmien. 3. V odvolacom konaní zostalo nepochybné, že žalovaná zomrela dňa XX.X.XXXX (ešte pred rozhodnutím súdu prvej inštancie daným rozsudkom). Uznesením zo dňa 31.7.2018, č.k. 2 D 121/2018-85, ktoré nadobudlo právoplatnosť dňa 10.9.2018, Okresný súd Bratislava V. dedičské konanie po nej zastavil postupom podľa ustanovenia § 187 ods. l C.m.p., keďže poručiteľa nezanechala žiaden majetok. To v konečnom dôsledku znamená, že žalovaná zomrela bez právneho nástupcu, keď nezostal subjekt, ktorý by nadobudol jej práva a povinnosti. 4. Odvolací súd prejednal vec bez nariadenia pojednávania [§ 385 ods. l zákona č. 160/2015 Z.z. (Civilný sporový poriadok), ďalej len C.s.p.], keď pre nariadenie pojednávania neboli splnené zákonné podmienky, a dospel k záveru, že nie sú dané žiadne dôvody, ktoré by odôvodňovali nepripustenie späťvzatia žaloby. 5. Podľa § 370 C.s.p. ak je žaloba vzatá späť po rozhodnutí súdu prvej inštancie, ale skôr, ako rozhodnutie nadobudlo právoplatnosť, odvolací súd rozhodne o pripustení späťvzatia (ods. l). Súd späťvzatie žaloby nepripustí, ak s tým protistrana z vážnych dôvodov nesúhlasí. Ak späťvzatie žaloby pripustí, odvolací súd zruší rozhodnutie súdu prvej inštancie a konanie zastaví (ods. 2). 6. Do dispozície strany sporu, ktorá žalobu podala, patrí aj možnosť žalobu vziať kedykoľvek späť, a to až dovtedy, kým o nej nebolo právoplatne rozhodnuté, teda aj po rozhodnutí súdom prvej inštancie dovtedy, kým nenadobudlo právoplatnosť. 7. V prejednávanej veci po rozhodnutí súdu prvej inštancie skôr, ako rozsudok nadobudol právoplatnosť, žalobca zobral žalobu späť v celom rozsahu. Keďže žalovaná zomrela bez právneho nástupcu, nebolo možné naplniť ustanovenie § 370 ods. 2 veta prvá C.s.p.; neexistuje subjekt, ktorý by bol oprávnený vyjadrovať sa ku späťvzatiu žaloby žalobcom s v citovanom zákonnom ustanovení predpokladanými následkami. Za týchto okolností odvolací súd, už bez ďalšieho, späťvzatie žaloby pripustil, zrušil rozsudok súdu prvej inštancie a konanie zastavil. 8. Výrok o náhrade trov konania (pred súdom prvej inštancie i pred odvolacím súdom) odvolací súd odôvodnil ustanovením § 396 ods. l, § 255 a nasl. C.s.p. dôvodiac, že žalobca zobral žalobu späť bez uvedenia dôvodu a po žalovanej nezostali právni nástupcovia. 9.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https://www.kauzis.sk/judikatura/r/ECLI:SK:KSBA:2018:1516214977.1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