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3To/118/2017 z 9. 4. 2018</w:t>
      </w:r>
    </w:p>
    <w:p>
      <w:r>
        <w:t>Uznesenie Krajského súdu Bratislava z 9. apríla 2018, sp. zn. 3To/118/2017, ECLI:SK:KSBA:2018:1517010137.2</w:t>
      </w:r>
    </w:p>
    <w:p>
      <w:r>
        <w:t>Súd: Krajský súd Bratislava</w:t>
      </w:r>
    </w:p>
    <w:p>
      <w:r>
        <w:t>Spisová značka: 3To/118/2017</w:t>
      </w:r>
    </w:p>
    <w:p>
      <w:r>
        <w:t>ECLI: ECLI:SK:KSBA:2018:1517010137.2</w:t>
      </w:r>
    </w:p>
    <w:p>
      <w:r>
        <w:t>Dátum vydania: 9. 4. 2018</w:t>
      </w:r>
    </w:p>
    <w:p>
      <w:r>
        <w:t>Forma: Uznesenie</w:t>
      </w:r>
    </w:p>
    <w:p>
      <w:r>
        <w:t>Oblasť práva: Trestné právo</w:t>
      </w:r>
    </w:p>
    <w:p>
      <w:pPr>
        <w:pStyle w:val="Heading2"/>
      </w:pPr>
      <w:r>
        <w:t>Text rozhodnutia</w:t>
      </w:r>
    </w:p>
    <w:p>
      <w:r>
        <w:t>Súd: Krajský súd Bratislava Spisová značka: 3To/118/2017 Identifikačné číslo súdneho spisu: 1517010137 Dátum vydania rozhodnutia: 10. 04. 2018 Meno a priezvisko sudcu, VSÚ: JUDr. Denisa Mészárosová ECLI: ECLI:SK:KSBA:2018:1517010137.2 Uznesenie Krajský súd v Bratislave predsedníčkou senátu JUDr. Denisou Mészárosovou v trestnej veci obžalovaného B. V., pre prečin úverového podvodu podľa § 222 ods. 1 Tr. zákona, o odvolaní obžalovaného proti rozsudku Okresného súdu Bratislava V zo dňa 03.05.2017 sp. zn. 4T 19/2017, dňa 10. apríla 2018 takto r o z h o d o l : Podľa § 312 ods. 4 Tr. poriadku predsedníčka senátu odvolacieho súdu berie na vedomie späťvzatie odvolania obžalovaným proti rozsudku Okresného súdu Bratislava V zo dňa 03.05.2017 sp. zn. 4T/19/2017. o d ô v o d n e n i e : Napadnutým rozsudkom Okresného súdu Bratislava V sp. zn. 4T 19/2017 zo dňa 03.05.2017 bol obžalovaný B. V. uznaný vinným z prečinu úverového podvodu podľa § 222 ods. 1 Tr. zákona na skutkovom základe, ktorý je opísaný vo výrokovej časti citovaného rozsudku. Podľa § 222 ods. 1 Tr. zákona s použitím § 38 ods. 2, § 36 písm. l), písm. n), § 37 písm. h), písm. m) Tr. zákona a § 41 ods. 1, § 42 ods. 1 Tr. zákona bol obžalovanému uložený súhrnný trest odňatia slobody vo výmere 1 (jeden) rok. Podľa § 48 ods. 2 písm. a) Tr. zákona súd zaradil obžalovaného na výkon trestu odňatia slobody do ústavu na výkon trestu s minimálnym stupňom stráženia. Podľa § 42 ods. 2 Tr. zákona bol súčasne zrušený vo výroku o treste trestný rozkaz Okresného súdu Bratislava II, sp. zn. OT/298/14 zo dňa 29.6.2014 právoplatný toho istého dňa, ktorým bol obžalovanému uložený trest odňatia slobody vo výmere 7(sedem) mesiacov so zaradením do ústavu na výkon trestu s minimálnym stupňom stráženia, ako aj všetky ďalšie rozhodnutia na tento výrok obsahovo nadväzujúce ak vzhľadom na zmenu ku ktorej došlo zrušením, stratili podklad. Podľa § 287 ods. 1 Tr. poriadku súd zaviazal obžalovaného k náhrade škody poškodenej spoločnosti R. D. D. W. SA, pobočka zahraničnej banky, D. 7, R., IČO:XXXXXXXX vo výške 603,18€. Proti tomuto rozsudku podal v zákonom stanovenej lehote odvolanie obžalovaný. Dňa 09.11.2017 bola trestná vec obžalovaného B. V. predložená odvolaciemu súdu na rozhodnutie o odvolaní obžalovaného. Krajský súd určil vo veci termín verejného zasadnutia na 10.04.2018 za účelom rozhodnutia o odvolaní. Pred začiatkom verejného zasadnutia požiadal obžalovaný o umožnenie porady s obhajcom. Po porade s obhajcom súdu výslovne uviedol, že obhajca mi vysvetlil možnosti ďalšieho postupu v tejto veci, vysvetlil mu okolnosti v súvislosti s uloženým súhrnným trestom a pochopil aj argumenty obhajcu. Slobodne sa rozhodol, že podané odvolanie berie späť. Podľa § 312 ods. 2 Tr. poriadku (veta prvá) osoba, ktorá odvolanie podala, môže ho výslovným vyhlásením vziať späť, a to až do doby, než sa odvolací súd odoberie na záverečnú poradu. Podľa § 312 ods. 4 Tr. poriadku vzatie odvolania späť vezme uznesením na vedomie predseda senátu odvolacieho súdu, a ak nebola vec doteraz tomuto súdu predložená, predseda senátu súdu prvého stupňa. Vzhľadom na vyššie citované predsedníčka senátu odvolacieho súdu vzala na vedomie späťvzatie odvolania obžalovaným, pretože nezistila zákonné prekážky, ktoré by bránili takémuto postupu. Poučenie: Proti tomuto uzneseniu nie je prípustný ďalší riadny opravný prostriedok.</w:t>
      </w:r>
    </w:p>
    <w:p/>
    <w:p>
      <w:r>
        <w:t>Zdroj: KAUZIS.SK – https://www.kauzis.sk/judikatura/r/ECLI:SK:KSBA:2018:1517010137.2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