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3Co/124/2018 z 23. 8. 2018</w:t>
      </w:r>
    </w:p>
    <w:p>
      <w:r>
        <w:t>Uznesenie Krajského súdu Bratislava z 23. augusta 2018, sp. zn. 3Co/124/2018, ECLI:SK:KSBA:2018:1518200770.1</w:t>
      </w:r>
    </w:p>
    <w:p>
      <w:r>
        <w:t>Súd: Krajský súd Bratislava</w:t>
      </w:r>
    </w:p>
    <w:p>
      <w:r>
        <w:t>Spisová značka: 3Co/124/2018</w:t>
      </w:r>
    </w:p>
    <w:p>
      <w:r>
        <w:t>ECLI: ECLI:SK:KSBA:2018:1518200770.1</w:t>
      </w:r>
    </w:p>
    <w:p>
      <w:r>
        <w:t>Dátum vydania: 23. 8.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3Co/124/2018 Identifikačné číslo súdneho spisu: 1518200770 Dátum vydania rozhodnutia: 24. 08. 2018 Meno a priezvisko sudcu, VSÚ: JUDr. Roman Bolebruch ECLI: ECLI:SK:KSBA:2018:1518200770.1 Uznesenie Krajský súd v Bratislave v senáte zloženom z predsedu senátu JUDr. Romana Bolebrucha a sudcov Mgr. Patricie Skotnickej a JUDr. Alexandry Hanusovej v spore žalobcu: KOOPERATIVA poisťovňa, a.s. Vienna Insurance Group, IČO: 00 585 441, Štefanovičova 4, Bratislava, zastúpeného advokátom JUDr. Felixom Neupauerom, Dvořákovo nábrežie 8/A, Bratislava, proti žalovanému: H. H., Š. XX, J., o zaplatenie 53,27 eura s príslušenstvom, o späťvzatí žaloby po vydaní platobného rozkazu Okresného súdu Bratislava V zo dňa 09.02.2018, č.k. 6Csp/23/2018-8, takto r o z h o d o l : Odvolací súd p r i p ú š ť a späťvzatie žaloby, z r u š u j e platobný rozkaz Okresného súdu Bratislava V zo dňa 09.02.2018, č.k. 6Csp/23/2018-8, a konanie z a s t a v u j e . Žalovanému proti žalobcovi p r i z n á v a plný nárok na náhradu trov konania. o d ô v o d n e n i e : 1. Okresný súd Bratislava V vydal dňa 09.02.2018 platobný rozkaz, č.k. 6Csp/23/2018-8, ktorým uložil žalovanému, aby do 15 dní odo dňa jeho doručenia zaplatil žalobcovi sumu 53,27 eura spolu s úrokom z omeškania vo výške 5,05 % ročne z istiny odo dňa 21.03.2015 do zaplatenia, nahradil žalobcovi trovy konania vo výške 16,50 eura a trovy právneho zastúpenia vo výške 61,94 eura alebo aby v tej istej lehote podal vecne odôvodnený odpor na súde prvej inštancie. 2. Žalobca po vydaní platobného rozkazu, v lehote na podanie odporu, zobral písomným podaním zo dňa 29.03.2018 žalobu v celom rozsahu späť, bez udania dôvodu. 3. Žalovaný sa k výzve odvolacieho súdu ohľadom súhlasu so späťvzatím žaloby písomne nevyjadril. 4. Podľa § 370 ods. 1, 2 C.s.p. ak je žaloba vzatá späť po rozhodnutí súdu prvej inštancie, ale skôr, ako rozhodnutie nadobudlo právoplatnosť, odvolací súd rozhodne o pripustení späťvzatia. Súd späťvzatie žaloby nepripustí, ak s tým protistrana z vážnych dôvodov nesúhlasí. Ak späťvzatie žaloby pripustí, odvolací súd zruší rozhodnutie súdu prvej inštancie a konanie zastaví. 5. V prejednávanej veci vzal žalobca späť žalobu po rozhodnutí súdu prvej inštancie, ale skôr, ako rozhodnutie nadobudlo právoplatnosť a žalovaný proti späťvzatiu žaloby nemal žiadne námietky (§ 157 ods. 2 C.s.p.). Odvolací súd preto v zmysle ustanovenia § 370 ods. 1 a 2 C.s.p. pripustil späťvzatie žaloby, zrušil platobný rozkaz súdu prvej inštancie a konanie zastavil. 6. O nároku na náhradu trov konania odvolací súd rozhodol podľa § 256 ods. 1 C.s.p. tak, že žalovanému priznal proti žalobcovi plný nárok na náhradu trov konania, nakoľko žalobca, v dôsledku späťvzatia žaloby bez udania dôvodu, procesne zavinil zastavenie konania, a preto má žalovaný (ako protistrana) právo na náhradu trov konania. 7. Toto rozhodnutie prijal senát Krajského súdu v Bratislave pomerom hlasov 3:0. Poučenie: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https://www.kauzis.sk/judikatura/r/ECLI:SK:KSBA:2018:1518200770.1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