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2Co/176/2017 z 27. 3. 2018</w:t>
      </w:r>
    </w:p>
    <w:p>
      <w:r>
        <w:t>Uznesenie Krajského súdu Bratislava z 27. marca 2018, sp. zn. 2Co/176/2017, ECLI:SK:KSBA:2018:1616201425.1</w:t>
      </w:r>
    </w:p>
    <w:p>
      <w:r>
        <w:t>Súd: Krajský súd Bratislava</w:t>
      </w:r>
    </w:p>
    <w:p>
      <w:r>
        <w:t>Spisová značka: 2Co/176/2017</w:t>
      </w:r>
    </w:p>
    <w:p>
      <w:r>
        <w:t>ECLI: ECLI:SK:KSBA:2018:1616201425.1</w:t>
      </w:r>
    </w:p>
    <w:p>
      <w:r>
        <w:t>Dátum vydania: 27. 3. 2018</w:t>
      </w:r>
    </w:p>
    <w:p>
      <w:r>
        <w:t>Forma: Uznesenie</w:t>
      </w:r>
    </w:p>
    <w:p>
      <w:r>
        <w:t>Oblasť práva: Občianske právo</w:t>
      </w:r>
    </w:p>
    <w:p>
      <w:pPr>
        <w:pStyle w:val="Heading2"/>
      </w:pPr>
      <w:r>
        <w:t>Text rozhodnutia</w:t>
      </w:r>
    </w:p>
    <w:p>
      <w:r>
        <w:t>Súd: Krajský súd Bratislava Spisová značka: 2Co/176/2017 Identifikačné číslo súdneho spisu: 1616201425 Dátum vydania rozhodnutia: 28. 03. 2018 Meno a priezvisko sudcu, VSÚ: JUDr. Michaela Králová ECLI: ECLI:SK:KSBA:2018:1616201425.1 Uznesenie Krajský súd v Bratislave v senáte zloženom z predsedníčky senátu JUDr. Michaely Královej a členov senátu JUDr. Dariny Kriváňovej a JUDr. Ivany Jahnovej v právnej veci žalobcov: X. K. K., R. A. XX.XX.XXXX, D. K. W.U. XXXX/XX, XXX XX K., X. S. K., R. A. XX.XX.XXXX, D. A. XXXX/XX, XXX XX K., X. K. K.J., R. A.O. XX.XX.XXXX, D. A. XXXX/XX, XXX XX K., všetci zastúpení advokátskou kanceláriou URBAN s.r.o., IČO: 47 244 895, sídlom Slanská Huta 77, 044 17 Košice - okolie, proti žalovanému: S. K., R. A. XX.XX.XXXX, D. A. XXXX/XX, XXX XX K., zastúpený: JUDr. Ester Bujnovskou, advokátkou, Záhorácka 5478/15B, 901 01 Malacky, o ochranu osobnosti, náhradu nemajetkovej ujmy a náhradu škody za bolesť, proti rozsudku Okresného súdu Malacky zo dňa 25. apríla 2017, č. k. 5C/32/2016-209 o následnom späťvzatí odvolania, takto r o z h o d o l : Odvolací súd odvolacie konanie z a s t a v u j e . o d ô v o d n e n i e : 1. Okresný súd Malacky rozsudkom zo dňa 25.04.2017, č. k. 5C/32/2016-209 žalobu zamietol a súčasne žalobcovi uložil povinnosť uhradiť žalovanému trovy konania v rozsahu 100%, o ktorých výške rozhodne súd prvej inštancie po právoplatnosti rozhodnutia, ktorým sa konanie končí. 2. Žalobcovia v 1. až 3. rade sa žalobou domáhali ochrany osobnosti voči žalovanému, pričom v žalobnom petite žiadali zadosťučinenie vo forme osobného ospravedlnenia žalovaného žalobcovi v 1. rade a to za osobnej prítomnosti žalobcu v 2. rade a osobné ospravedlnenie žalovaného žalobcovi v 2. rade a 3. rade, za osobnej prítomnosti žalobcu. Ďalej žalobca v 1. rade žiadal od žalovaného zaplatenie nemajetkovej ujmy vo výške 2.000,- €. Žalobca v 1. rade sa žalobou súčasne domáhal aj náhrady škody za bolestné vo výške 344,- € titulom bolestného ohodnotenia celkovým počtom bodov 20. 3. Proti tomuto rozsudku podali včas odvolanie žalobcovia v 1. až 3. rade. Pred rozhodnutím odvolacieho súdu o odvolaní, žalobcovia vo svojom podaní doručenom odvolaciemu súdu dňa 05.03.2018 uviedli, že berú späť svoje odvolanie voči rozsudku súdu prvej inštancie zo dňa 25.04.2017, č.k. 5C/32/2016-209. 4. Odvolací súd preskúmal vec súc pritom nebol viazaný rozsahom ani dôvodmi odvolania (§ 65 a § 66 Civilného mimosporového poriadku), a dospel k záveru, že odvolacie konanie je potrebné zastaviť. 5. Podľa § 369 ods. 1 Civilného sporového poriadku dokiaľ o odvolaní nebolo rozhodnuté, možno ho vziať späť. Ak odvolateľ vzal odvolanie späť, nemôže ho podať znova. 6.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7. Podľa § 369 ods. 3 Civilného sporového poriadku ak sa odvolanie, o ktorom nebolo rozhodnuté, vzalo späť, odvolací súd odvolacie konanie zastaví. 8. Podľa § 369 ods. 4 Civilného sporového poriadku ak sa odvolanie vzalo späť sčasti, použijú sa ustanovenia predchádzajúcich odsekov primerane (podľa § 207 Občianskeho súdneho poriadku vzdať sa odvolania možno len voči súdu, a to až po vyhlásení rozhodnutia (ods. l). Dokiaľ o odvolaní nebolo rozhodnuté, možno ho vziať späť. Ak niekto vzal odvolanie späť, nemôže ho podať znova (ods. 2). Ak sa odvolanie, o ktorom nebolo rozhodnuté, vzalo späť, odvolací súd odvolacie konanie zastaví (ods. 3) platný a účinný v čase vydania rozhodnutia). 9. Do dispozície účastníka konania, ktorý podal odvolanie, patrí možnosť odvolanie vziať späť až dovtedy, kým o ňom nebolo rozhodnuté. Má to však ten následok, že ho už ten istý účastník v danej veci nemôže podať opätovne. 10. V prejednávanej veci odvolanie proti rozsudku súdu prvej inštancie, ktorým bola žaloba zamietnutá, podali všetci traja žalobcovia. Skôr, ako odvolací súd o ich odvolaní rozhodol, žalobcovia v 1. až 3. rade odvolanie zobrali v celom rozsahu späť. S poukazom na tieto dôvody odvolací súd odvolacie konanie už bez ďalšieho zastavil (§ 369 ods. 3 C.s.p.). 11.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https://www.kauzis.sk/judikatura/r/ECLI:SK:KSBA:2018:1616201425.1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