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1Cob/78/2018 z 30. 5. 2018</w:t>
      </w:r>
    </w:p>
    <w:p>
      <w:r>
        <w:t>Uznesenie Krajského súdu Bratislava z 30. mája 2018, sp. zn. 1Cob/78/2018, ECLI:SK:KSBA:2018:1617208874.2</w:t>
      </w:r>
    </w:p>
    <w:p>
      <w:r>
        <w:t>Súd: Krajský súd Bratislava</w:t>
      </w:r>
    </w:p>
    <w:p>
      <w:r>
        <w:t>Spisová značka: 1Cob/78/2018</w:t>
      </w:r>
    </w:p>
    <w:p>
      <w:r>
        <w:t>ECLI: ECLI:SK:KSBA:2018:1617208874.2</w:t>
      </w:r>
    </w:p>
    <w:p>
      <w:r>
        <w:t>Dátum vydania: 30. 5.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1Cob/78/2018 Identifikačné číslo súdneho spisu: 1617208874 Dátum vydania rozhodnutia: 31. 05. 2018 Meno a priezvisko sudcu, VSÚ: JUDr. Andrea Sedláčková ECLI: ECLI:SK:KSBA:2018:1617208874.2 Uznesenie Krajský súd v Bratislave v senáte zloženom z predsedníčky senátu JUDr. Andrey Sedlačkovej a členiek senátu Mgr. Soni Pekarčíkovej a JUDr. Andrey Haitovej v právnej veci žalobcu: STAVMAT STAVEBNINY, s.r.o., Pezinská 56, Malacky, IČO: 34 116 125, zast.: BK ADVO PARTNERS, s.r.o., Štúrova 42, Šaľa, IČO: 51 074 150 proti žalovanému: B. B., nar. XX.X.XXXX, I. XXXX/XX S., B., zast.: URBAN FALATH BOŠANSKÝ s.r.o., advokátska kancelária, Zámocké schody 2/A, Bratislava - mestská časť Staré Mesto, IČO: 47 244 895 o náhradu škody, o odvolaní žalovaného proti uzneseniu Okresného súdu Malacky, č.k. 32C/52/2017-46 zo dňa 2.11.2017 a o späťvzatí návrhu na nariadenie zabezpečovacieho opatrenia takto r o z h o d o l : Krajský súd v Bratislave späťvzatie návrhu na nariadenie zabezpečovacieho opatrenia pripúšťa, uznesenie Okresného súdu Malacky, č.k. 32C/52/2017-46 zo dňa 2.11.2017 zrušuje a konanie o návrhu na nariadenie zabezpečovacieho opatrenia z a s t a v u j e . Žiadnej zo strán sporu sa nepriznáva nárok na náhradu trov prvoinštančného a odvolacieho konania. o d ô v o d n e n i e : 1. Súd prvej inštancie uznesením č.k. 32C/52/2017-46 zo dňa 2.11.2017 zriadil záložné právo k označeným nehnuteľnostiam. Súčasne uložil žalobcovi povinnosť, aby v lehote 60 dní od právoplatnosti uznesenia podal proti žalovanému žalobu vo veci samej - o zaplatenie náhrady škody. 2. Proti tomuto uzneseniu podal žalovaný v zákonnej lehote odvolanie. Písomným podaním zo dňa 11.5.2018 zobral žalobca návrh na nariadenie zabezpečovacieho opatrenia v súlade s § 144 CSP späť a žiadal, aby súd konanie zastavil a žiadnemu z účastníkov nepriznal náhradu trov konania z dôvodu, že strany sporu sa dohodli na uzatvorení dohody o urovnaní predmetnej právnej veci. Žalovaný vyjadril súhlas so späťvzatím návrhu na nariadenie zabezpečovacieho opatrenia písomným podaním zo dňa 18.5.2018. 3. Podľa § 370 ods. 1, 2 CSP ak je žaloba vzatá späť po rozhodnutí súdu prvej inštancie, ale skôr, ako rozhodnutie nadobudlo právoplatnosť, odvolací súd rozhodne o pripustení späťvzatia. Súd späťvzatie nepripustí, ak s tým protistrana z vážnych dôvodov nesúhlasí. Ak späťzatie žaloby pripustí, odvolací súd zruší rozhodnutie súdu prvej inštancie a konanie zastaví. 4. Odvolací súd konštatuje, že k späťvzatiu návrhu na nariadenie zabezpečovacieho opatrenia žalobcom došlo pred rozhodnutím odvolacieho súdu o podanom odvolaní. Vzhľadom na tento dispozičný úkon žalobcu odvolací súd pripustil späťvzatie návrhu na nariadenie zabezpečovacieho opatrenia, napadnuté uznesenie súdu prvej inštancie zrušil a konanie o návrhu na nariadenie zabezpečovacieho opatrenia zastavil. 5. O nároku na náhradu trov prvoinštančného a odvolacieho konania rozhodol odvolací súd tak, že žiadnej zo strán sporu nárok na ich náhradu nepriznal. K uvedenému záveru dospel po tom, ako skúmal procesné zavinenie strán sporu na zastavení predmetného konania v zmysle § 256 ods. 1 CSP a zistil, obe strany sporu v rovnakej miere zavinili zastavenie konania (v dôsledku uzavretia mimosúdnej dohody o urovnaní). S poukazom na uvedené mal odvolací súd za to, že ani výlučne žalobcovi a ani výlučne žalovanému nemožno pričítať zavinenie na zastavení konania, a preto rozhodol tak, že žiadnemu z nich nepriznal nárok na náhradu trov prvoinštančného a odvolacieho konania. 6. Toto uznesenie bolo členmi senátu prijaté pomerom hlasov 3:0 (§ 3 ods. 9 tretia veta zák. č. 757/2004 Z.z.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https://www.kauzis.sk/judikatura/r/ECLI:SK:KSBA:2018:1617208874.2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