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9Co/326/2015 z 25. 9. 2018</w:t>
      </w:r>
    </w:p>
    <w:p>
      <w:r>
        <w:t>Uznesenie Krajského súdu Bratislava z 25. septembra 2018, sp. zn. 9Co/326/2015, ECLI:SK:KSBA:2018:1708899556.2</w:t>
      </w:r>
    </w:p>
    <w:p>
      <w:r>
        <w:t>Súd: Krajský súd Bratislava</w:t>
      </w:r>
    </w:p>
    <w:p>
      <w:r>
        <w:t>Spisová značka: 9Co/326/2015</w:t>
      </w:r>
    </w:p>
    <w:p>
      <w:r>
        <w:t>ECLI: ECLI:SK:KSBA:2018:1708899556.2</w:t>
      </w:r>
    </w:p>
    <w:p>
      <w:r>
        <w:t>Dátum vydania: 25. 9. 2018</w:t>
      </w:r>
    </w:p>
    <w:p>
      <w:r>
        <w:t>Forma: Uznesenie</w:t>
      </w:r>
    </w:p>
    <w:p>
      <w:pPr>
        <w:pStyle w:val="Heading2"/>
      </w:pPr>
      <w:r>
        <w:t>Text rozhodnutia</w:t>
      </w:r>
    </w:p>
    <w:p>
      <w:r>
        <w:t>Súd: Krajský súd Bratislava Spisová značka: 9Co/326/2015 Identifikačné číslo súdneho spisu: 1708899556 Dátum vydania rozhodnutia: 26. 09. 2018 Meno a priezvisko sudcu, VSÚ: JUDr. Magdaléna Floreková ECLI: ECLI:SK:KSBA:2018:1708899556.2 Uznesenie Krajský súd v Bratislave v senáte zloženom z predsedníčky senátu JUDr. Magdalény Florekovej a členov senátu JUDr. Romana Huszára a JUDr. Zuzany Posluchovej v právnej veci žalobcov : 1/ N. C., G.. XX. X. XXXX, naposledy bytom P. XXX, zomrelá XX. X. XXXX, 2/ Z. K., G.. XX. XX. XXXX, bytom P. XXX, 3/ Ľ. O., G.. XX. X. XXXX, bytom P. XXX, ako nesvojprávna zastúpená opatrovníkom B. O., G.. X. XX. XXXX, K. P. XXX, žalobcovia všetci zastúpení JUDr. Miroslavom Kučerom, advokátom, Bratislava, Krajinská 30, proti žalovaným : 1/ M. K., G.. XX. X. XXXX, bytom P. XX, zastúpená JUDr. Ľubomírom Schweighoferom, advokátom, Bratislava, Šafárikovo nám. 2, 2/ B. K., G.. X. X. XXXX, bytom Rovinka 78, 3/ Ľ. K., G.. XX. XX. XXXX, bytom P., ako nesvojprávny zastúpený opatrovníčkou M. K., G.. XX. X. XXXX, K. P. XXX, o určenie vlastníckeho práva, vedenej na Okresnom súde Pezinok pod sp. zn. 4C/873/2008, a na Krajskom súde v Bratislave pod sp. zn. 9Co/326/2015, takto r o z h o d o l : Odvolací súd bude v odvolacom konaní na strane žalobcov namiesto žalobkyne 1 N. C., zomrelej dňa XX. X. XXXX, pokračovať s dedičmi po zomrelej poručiteľke, a to s : - Z. C., G.. XX. X. XXXX, bytom P. XXX (manžel poručiteľky), ako žalobcom 1, - O. C., G.. XX. XX. XXXX, bytom P. XXXX, (syn poručiteľky), ako žalobcom 4, - V.Q. C., G.. XX. X. XXXX, bytom P.G. XXX (syn poručiteľky), ako žalobcom 5, - Ľ. A., P. C., G.. XX. X. XXXX, bytom Š., M. M. XXXX/X (dcéra poručiteľky), ako žalobkyňou 6. o d ô v o d n e n i e : 1/ Žalobcovia (N. C. ako žalobkyňa 1, Z. K. ako žalobca 2 a Ľ. O. ako žalobkyňa 3) sa žalobou voči okrem žalovaným domáhajú určenia vlastníckeho práva k nehnuteľnostiam ako aj o určení, že označené nehnuteľnosti patria do dedičstva po poručiteľoch J. K. a B. K.. O žalobe žalobcov 1, 2 a 3 rozhodol súd prvej inštancie rozsudkom zo dňa 14. 4. 2015 č.k. 4C/873/2008 - 431 tak, že žalobu žalobcov zamietol; žalovanej 2 priznal voči žalobcom právo na náhradu trov konania v rozsahu 100 % a zároveň zaviazal žalobcov spoločne a nerozdielne nahradiť štátu trovy konania vo výške 398,32 €. Žalobcovia N. C., Z. K. a Ľ. O. uvedený rozsudok napadli včas podaným odvolaním. 2/ Žalobkyňa 1 N. C., rodená K., nar. XX. X. XXXX, naposledy bytom P. XXX, po predložení veci odvolaciemu súdu na rozhodnutie o odvolaní žalobcov dňa XX. X. XXXX zomrela. Ako zistil odvolací súd, z oznámenia Notárskeho úradu B.. T. O., poverenej prejednaním dedičstva po zomrelej poručiteľke, vyplýva (dedičské konanie vedené pod sp. zn. Dnot 39/2017, Okresného súdu Bratislava III sp. zn. 47D/8/2017), jej dedičmi zo zákona v I. dedičskej skupine sú pozostalý manžel a deti poručiteľky (Z. C., G.. XX. X. XXXX, O. C., G.. XX. XX. XXXX, V. C., G.. XX. X. XXXX, Ľ. A., rodená C. nar. XX. X. XXXX). 3/ Podľa § 63 ods. 1 CSP, ak strana zomrie počas konania skôr, ako sa konanie právoplatne skončí, súd posúdi podľa povahy sporu, či má konanie zastaviť, alebo či v ňom môže pokračovať. 4/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5/ Podľa § 378 ods. 1 CSP, na konanie na odvolacom súde sa primerane použijú ustanovenia o konaní pred súdom prvej inštancie, ak tento zákon neustanovuje inak. 6/ Odvolací súd po zistení, že pôvodná žalobkyňa 1 N. C., rodená K., dňa XX. X. XXXX zomrela a že jej právnymi nástupcami (dedičmi) sú pozostalý manžela a deti poručiteľky, bude v zmysle citovaného ust. § 63 CSP pokračovať v konaní s pozostalým manželom poručiteľky ako žalobcom 1 a s deťmi poručiteľky ako žalobcami 4, 5 a 6. 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https://www.kauzis.sk/judikatura/r/ECLI:SK:KSBA:2018:1708899556.2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