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2Co/365/2015 z 15. 5. 2018</w:t>
      </w:r>
    </w:p>
    <w:p>
      <w:r>
        <w:t>Uznesenie Krajského súdu Bratislava z 15. mája 2018, sp. zn. 2Co/365/2015, ECLI:SK:KSBA:2018:1710211981.2</w:t>
      </w:r>
    </w:p>
    <w:p>
      <w:r>
        <w:t>Súd: Krajský súd Bratislava</w:t>
      </w:r>
    </w:p>
    <w:p>
      <w:r>
        <w:t>Spisová značka: 2Co/365/2015</w:t>
      </w:r>
    </w:p>
    <w:p>
      <w:r>
        <w:t>ECLI: ECLI:SK:KSBA:2018:1710211981.2</w:t>
      </w:r>
    </w:p>
    <w:p>
      <w:r>
        <w:t>Dátum vydania: 15. 5. 2018</w:t>
      </w:r>
    </w:p>
    <w:p>
      <w:r>
        <w:t>Forma: Uznesenie</w:t>
      </w:r>
    </w:p>
    <w:p>
      <w:pPr>
        <w:pStyle w:val="Heading2"/>
      </w:pPr>
      <w:r>
        <w:t>Text rozhodnutia</w:t>
      </w:r>
    </w:p>
    <w:p>
      <w:r>
        <w:t>Súd: Krajský súd Bratislava Spisová značka: 2Co/365/2015 Identifikačné číslo súdneho spisu: 1710211981 Dátum vydania rozhodnutia: 16. 05. 2018 Meno a priezvisko sudcu, VSÚ: JUDr. Michaela Králová ECLI: ECLI:SK:KSBA:2018:1710211981.2 Uznesenie Krajský súd v Bratislave v senáte zloženom z predsedníčky senátu: JUDr. Michaely Královej a členov senátu: JUDr. Dariny Kriváňovej a JUDr. Ivany Jahnovej v právnej veci žalobkyne: C. R., K.. R.Á., X. G. XX.X.XXXX, L. F. XX, L., zastúpená advokátom Mgr. Matejom Krajčim, PhD. advokátom, so sídlom AK v Bratislave, Záhradnícka 51, proti žalovanému: O. S., X. G. XX.XX.XXXX, L. Y. A. J. G., G. XX, zastúpený advokátkou JUDr. Annou Besedičovou, so sídlom AK v Ivanke pri Dunaji, Dlhá 7, za účasti intervenienta na strane žalovaného: ALLIANZ -Slovenská poisťovňa a.s., IČO:00151700, so sídlom v Bratislave, Dostojevského rad 4, o náhradu škody vo výške 10.685,44 €, o opravu rozsudku Krajského súdu v Bratislave, zo dňa 24. januára 2018, č.k. 2Co/365/2015 - 463 takto r o z h o d o l : Krajský súd o p r a v u j e rozsudok Krajského súdu v Bratislave zo dňa 24. januára 2018, č.k. 2Co/365/2015 - 463 v záhlaví rozsudku tak, že správne označenie sídla právneho zástupcu žalobkyne je: „Záhradnícka 51.“ V ostatnom zostáva rozsudok nezmenený. o d ô v o d n e n i e : 1. Krajský súd v Bratislave rozsudkom zo dňa 24. januára 2018, č.k. 2Co/365/2015 - 463 potvrdil rozsudok Okresného súdu Pezinok zo dňa 16. júna 2015, č. k. 4C 106/2011 - 346, vo výroku, v ktorom súd prvej inštancie uložil žalovanému zaplatiť žalobkyni sumu 9.815,87 € v lehote do 15 dní od právoplatnosti rozsudku a vo výroku, v ktorom uložil žalovanému povinnosť nahradiť žalobkyni pomernú časť trov právneho zastúpenia vo výške 3.020,97 €, k rukám jej právneho zástupcu Mgr. Mateja Krajčiho v lehote do 15 dní od právoplatnosti rozsudku. 2. Nakoľko v záhlaví rozsudku, nastala chyba v písaní a to konkrétne v správnom označení sídla právneho zástupcu žalobkyne, súd rozhodol tak, že opravil rozsudok v časti záhlavia tak, aby bol v súlade so skutkovým stavom. 3. Odvolací súd prijal rozhodnutie jednohlasne (§3 ods. 9 zákona č. 757/2004 Z.z. o súdoch a o zmene a doplnení niektorých zákonov).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https://www.kauzis.sk/judikatura/r/ECLI:SK:KSBA:2018:1710211981.2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