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15Co/110/2018 z 22. 5. 2018</w:t>
      </w:r>
    </w:p>
    <w:p>
      <w:r>
        <w:t>Rozsudok Krajského súdu Bratislava z 22. mája 2018, sp. zn. 15Co/110/2018, ECLI:SK:KSBA:2018:1715209261.2</w:t>
      </w:r>
    </w:p>
    <w:p>
      <w:r>
        <w:t>Súd: Krajský súd Bratislava</w:t>
      </w:r>
    </w:p>
    <w:p>
      <w:r>
        <w:t>Spisová značka: 15Co/110/2018</w:t>
      </w:r>
    </w:p>
    <w:p>
      <w:r>
        <w:t>ECLI: ECLI:SK:KSBA:2018:1715209261.2</w:t>
      </w:r>
    </w:p>
    <w:p>
      <w:r>
        <w:t>Dátum vydania: 22. 5. 2018</w:t>
      </w:r>
    </w:p>
    <w:p>
      <w:r>
        <w:t>Forma: Rozsudok</w:t>
      </w:r>
    </w:p>
    <w:p>
      <w:r>
        <w:t>Oblasť práva: Občianske právo</w:t>
      </w:r>
    </w:p>
    <w:p>
      <w:pPr>
        <w:pStyle w:val="Heading2"/>
      </w:pPr>
      <w:r>
        <w:t>Text rozhodnutia</w:t>
      </w:r>
    </w:p>
    <w:p>
      <w:r>
        <w:t>Súd: Krajský súd Bratislava Spisová značka: 15Co/110/2018 Identifikačné číslo súdneho spisu: 1715209261 Dátum vydania rozhodnutia: 23. 05. 2018 Meno a priezvisko sudcu, VSÚ: JUDr. Mária Hajdínová ECLI: ECLI:SK:KSBA:2018:1715209261.2 ROZSUDOK V MENE SLOVENSKEJ REPUBLIKY Krajský súd v Bratislave v senáte zloženom z predsedníčky senátu JUDr. Márie Hajdínovej a členov senátu JUDr. Silvie Walterovej a JUDr. Evy Mészárosovej v právnej veci žalobcu: Prima banka Slovensko, a.s., IČO: 31 575 951, Žilina, Hodžova č. 11, proti žalovanému: T. P. , narodený dňa XX.X.XXXX, trvale bytom X. L., N. č. XX, o zaplatenie sumy 4.747,46 € s príslušenstvom, na odvolanie žalobcu proti rozsudku Okresného súdu Pezinok zo dňa 31. januára 2017, č.k. 39 C 297/2015-48, v spojení s opravným uznesením zo dňa 14. februára 2018, č.k. 39 C 297/2015-65, takto r o z h o d o l : I. Rozsudok Okresného súdu Pezinok zo dňa 31. januára 2017, č.k. 39 C 297/2015-48, v spojení s opravným uznesením zo dňa 14. februára 2018, č.k. 39 C 297/2015-65, vo výroku, ktorým súd v prevyšujúcej časti žalobu zamietol a v súvisiacom výroku o náhrade trov konania, p o t v r d z u j e . II. Žalovanému p r i z n á v a náhradu trov odvolacieho konania v rozsahu 100 %. o d ô v o d n e n i e : 1. Okresný súd Pezinok rozsudkom zo dňa 31.1.2017, č.k. 39 C 297/2015-48, v spojení s opravným uznesením zo dňa 14.2.2018, č.k. 39 C 297/2015-65, ktorým opravil záhlavie uvedeného rozsudku v časti označenia žalovaného tak, že dátum narodenia žalovaného namiesto 24.1.19710, správne znie 24.1.1970, uložil žalovanému povinnosť zaplatiť žalobcovi sumu 1.003,11 € spolu s úrokom z omeškania vo výške 5 % ročne zo sumy 295,64 € od 30.1.2014 do zaplatenia, všetko do troch dní od právoplatnosti rozsudku; v prevyšujúcej časti žalobu zamietol; žiadnej zo strán nepriznal právo na náhradu trov konania. Vychádzal zo žaloby doručenej súdu prvej inštancie dňa 14.12.2015, ktorou sa žalobca domáhal voči žalovanému zaplatenia sumy 4.747,46 € spolu s úrokom vo výške 295,64 €, vo výške 5,11 €, ďalej s úrokom vo výške 15,90 % ročne zo sumy 4.747,46 € od 30.1.2014 do zaplatenia, úrokom z omeškania vo výške 5 % ročne zo sumy 4.747,46 € a zo sumy 295,64 € od 30.1.2014 do zaplatenia, titulom úveru. Žalobca procesne zaútočil predložením listinných dôkazov. 2. Súd prvej inštancie vo veci nariadil pojednávanie, vykonal dokazovanie listinnými dôkazmi a vykonaným dokazovaním mal preukázaný nasledovný skutkový stav. Žalobca ako banka uzavrel so žalovaným, ako klientom, podľa § 497 a nasl. Obchodného zákonníka dňa 9.7.2013 úverovú zmluvu, na základe ktorej žalobca poskytol žalovanému úver vo výške 4.900,- €, ktorý sa žalovaný zaviazal splatiť v 48 anuitných mesačných splátkach vo výške 139,03 €, splatných vždy k 5. dňu v mesiaci, s konečnou splatnosťou úveru dňa 6.7.2017. Splátky mali byť splácané inkasom z osobného účtu klienta v banke, prípadne príkazom na úhradu v prospech inkasného účtu č. XXXXXXXXXX/XXXX. V uvedenej zmluve bola úroková sadzba dojednaná vo výške 15,90 % p.a., RPMN úveru činila 17,38 %. Žalobca upomienkou zo dňa 11.11.2013 vyzval žalovaného k úhrade omeškaných splátok úveru vo výške 279,74 € v lehote do 16.11.2013 a výzvou zo dňa 7.1.2014 žalobca vyhlásil predčasnú splatnosť celého úveru, pričom zároveň vyzval žalovaného k úhrade dlžnej čiastky v sume 5.058,27 € najneskôr do 29.1.2014. Žalovaný dňa 13.1.2017 na účet žalobcu č. SK XXXXXXXXXXXXXXXXXXXXXX uhradil sumu 4.747,46 € bankovým prevodom zo svojho účtu vedeného v Slovenskej sporiteľni, a. s. 3.1. Po právnej stránke súd prvej inštancie rozsudok odôvodnil ustanoveniami § 261 ods. 3 písm. d/, e/, ods. 6, § 262 ods. 1, § 330 ods. 2, § 364 veta prvá, , § 369 ods. 1, § 497, § 506 Obchodného zákonníka, § 517 ods. 2, § 566 ods. 2 Občianskeho zákonníka, § 3 nariadenia vlády Slovenskej republiky č. 87/1995 Z.z., a dôvodil, že žaloba žalobcu je čiastočne dôvodná. Uviedol, že na základe písomnej úverovej zmluvy bol žalovaný povinný vrátiť žalobcovi poskytnutú sumu istiny úveru (4.900,- €) spolu s dohodnutým úrokom (15,90 % p.a.) s tým, že žalovaný mal úver splácať v 48 anuitných mesačných splátkach splatných vždy k 5. dňu mesiaca, pričom pokiaľ si žalovaný svoju povinnosť neplnil riadne a včas a žalobcovi neuhradil splatnú splátku úveru po dobu viac ako tri mesiace, mohol žalobca vyhlásiť úver za predčasne splatný. Žalovaný ku dňu predčasnej splatnosti úveru (29.1.2014) dlhoval žalobcovi na istine úveru sumu 4.747,46 €, na úrokoch z úveru sumu 295,64 € a na úrokoch z omeškania sumu 5,11 €. Pokiaľ žalovaný tieto sumy žalobcovi v lehote splatnosti neuhradil, dostal sa dňa 30.1.2014 do omeškania s plnením peňažného dlhu a žalobcovi vznikol nárok na zaplatenie úrokov z omeškania. Žalovaný dňa 13.1.2017 na účet žalobcu č. SK XXXXXXXXXXXXXXXXXXXXXX uhradil sumu 4.747,46 €, z dôvodu ktorého bol procesný nárok žalobcu na zaplatenie istiny úveru nedôvodný, a preto v tejto časti žalobu zamietol. Nárok žalobcu bol dôvodný čo do zaplatenia úrokov z úveru vo výške 295,64 € a úrokov z omeškania vo výške 5,11 €, vyčíslené do dátumu predčasnej splatnosti úveru, keď žalovaný bol s plnením istiny úveru vo výške 4.747,46 € v omeškaní od 30.1.2014 do 13.1. 2017, takže dôvodný bol aj nárok žalobcu na zaplatenie úrokov z omeškania z dlžnej sumy istiny úveru vo výške 5 % ročne za uvedené obdobie, ktorý predstavuje sumu 702,36 €. Titulom úveru a úrokov z omeškania z nezaplatenej istiny úveru za obdobie od 30.1.2014 do 13.1.2017 je tak žalovaný povinný zaplatiť žalobcovi sumu 1.003,11 €. Ďalej uviedol, že žalobcovi nevznikol nárok na zmluvne dohodnuté úroky vo výške 15,90 % ročne z uplatnenej istiny v uplatnenom rozsahu (od 30.1.2014 do zaplatenia), pretože z platnej zmluvy o spotrebiteľskom úvere mohol žalobca oprávnene požadovať zmluvne dohodnutý úrok vo výške 15,90 % ročne len do termínu predčasnej splatnosti úveru dňa 29.1.2014 (tento mu bol aj priznaný) a nie aj po tejto dobe. Vychádzal pritom z uznesenia Ústavného súdu Slovenskej republiky zo dňa 18.9.2012, sp.zn. IV. ÚS 476/2012, podľa ktorého Ústavný súd Slovenskej republiky pripustil názor odvolacieho a prvoinštančného súdu, podľa ktorého veriteľovi patria úroky len do splatnosti dlhu, následne sa dlžník dostáva do omeškania a je povinný platiť iba úroky z omeškania (R 59/1998, 4 Obo 143/1998). Veriteľ má právo na zaplatenie zmluvných úrokov len do vyhlásenia predčasnej splatnosti s tým, že následne už právo na dohodnutý úrok z úveru nevzniká, iba právo na úrok z omeškania. V opačnom prípade by na ťarchu spotrebiteľa dochádzalo k dvojnásobnému zaťažovaniu v podobe úrokov z úveru, ako i úrokov z omeškania, čo spôsobuje značnú nerovnováhu vo vzťahoch medzi stranami. 3.2. Žalovanému uložil aj sankciu v dôsledku nesplnenia povinnosti riadne a včas v podobe úrokov z omeškania, keď žalobcovi priznal úrok z omeškania v ním uplatnenej výške 5 % ročne zo sumy 295,64 €, hoci omeškanie žalovaného s plnením peňažného dlhu nastalo dňa 30.1.2014, kedy podzákonný právny predpis stanovoval, že výška úrokov z omeškania je o päť percentuálnych bodov vyššia ako základná úroková sadzba Európskej centrálnej banky platná k prvému dňu omeškania s plnením peňažného dlhu (0,25 %). 3.3. Výrok o náhrade trov konania súd prvej inštancie odôvodnil ustanovením § 255 ods. 2 C.s.p. a žiadnej pomerne úspešnej strane nepriznal právo na náhradu trov konania. 4. Proti tomuto rozsudku vo výroku, ktorým súd prvej inštancie žalobu v prevyšujúcej časti zamietol, podal včas odvolanie žalobca dôvodiac ustanovením § 365 ods. 1 písm. h/ C.s.p. (rozhodnutie súdu prvej inštancie vychádza z nesprávneho právneho posúdenia veci). Uviedol, že nárok na zaplatenie úroku trvá od poskytnutia peňažných prostriedkov až po ich vrátenie, t.j. aj po predčasnom zosplatnení. Tvrdenie, že po zosplatnení úveru mu neprislúcha nárok na odplatu za poskytnuté peňažné prostriedky, nemá oporu v právnych predpisoch a poukázal na rozsudok Krajského súdu v Žiline zo dňa 31.1.2017, č.k. 11 Co 12/2017-90, a ustanovenia § 497, § 502 ods. 1, § 503 ods. 3 Obchodného zákonníka. Konštatoval, že obsahom záväzku dlžníka nie je vrátiť len poskytnuté peňažné prostriedky, ale aj úroky, ktoré nie je možné stotožňovať s úrokmi z omeškania. Úrok z úveru je nárokom, ktorý nemá vplyv na omeškanie dlžníka, je skutočnosťou, ktorá zakladá vznik nových sankčných záväzkov dlžníka a samotný vznik nároku na úrok z úveru neovplyvňuje. Ďalej poukázal na ustanovenie § 506 Obchodného zákonníka, ktoré upravuje špecifický prípad odstúpenia od zmluvy veriteľom pri omeškaní dlžníka, ktoré môže veriteľ využiť, ak je dlžník v omeškaní s vrátením viac ako dvoch splátok alebo jednej splátky po dobu dlhšiu ako tri mesiace. Odstúpenie nespôsobuje zánik záväzku ex tunc. Právo veriteľa, aby dlžník vrátil dlžnú sumu s úrokmi, odstúpením od zmluvy nezaniká. Ide o právny inštitút určený na ochranu veriteľa a jeho využitím sa nemôže dostať do horšieho právneho postavenia, v akom bol pred odstúpením od zmluvy, pretože situácia nastala pre neplnenie si povinností dlžníka. Aj keď základnou zásadou spotrebiteľského práva je ochrana pred neprijateľnými podmienkami, neznamená to vylúčenie aplikácie ustanovení na ochranu veriteľa pri neplnení si povinností dlžníka. Odstúpením od zmluvy podľa § 506 Obchodného zákonníka zmluva od počiatku nezanikla, a tak trvá právo veriteľa a tomu zodpovedajúca povinnosť dlžníka vrátiť dlžnú sumu spolu s úrokmi z úveru, pričom nie je dotknutý nárok na zákonný úrok z omeškania. Odvolaciemu súdu preto navrhol rozsudok súdu prvej inštancie v napadnutej časti zmeniť a jeho žalobe vyhovieť (v konečnom dôsledku) v celom rozsahu s tým, aby bola žalovanému uložená povinnosť zaplatiť dlžnú sumu do troch dní od právoplatnosti rozsudku; žiadal náhradu trov konania. 5. Žalovaný sa k odvolaniu žalobcu nevyjadril, odvolanie nepodal.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23. mája 2018; o termíne verejného vyhlásenia rozsudku boli strany sporu upovedomení zákonným spôsobom (§ 378 ods. 1, § 219 ods. 1, ods. 3, § 385 ods. 1 C.s.p.). Rozsudok súdu prvej inštancie v odvolaním napadnutom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7. Pri rozhodovaní vychádzal z vyššie uvedených zákonných ustanovení. Rozhodujúcim pre posúdenie vecnej a právnej správnosti rozsudku súdu prvej inštancie boli skutočnosti, ktoré vyšli najavo vykonaným dokazovaním súdom prvej inštancie a ktoré teda nepochybne existovali v čase vyhlásenia jeho rozsudku. Odvolateľ v odvolaní neuvádzal podstatné, rozhodujúce, konkrétne právne skutočnosti, ktoré by odôvodňovali iné rozhodnutie odvolacieho súdu. 8.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220 C.s.p. V konaní pred súdom prvej inštancie sa nevyskytla žiadna vada uvádzaná v ustanovení § 380 ods. 2 C.s.p., takú ani sám odvolateľ netvrdil, ktorá by mala za následok nesprávne rozhodnutie a na ktoré by musel odvolací súd prihliadať. 9. Odvolací súd vyhodnotil uzavretú úverovú zmluvu medzi stranami sporu ako spotrebiteľskú zmluvu podľa zákona č. 129/2010 Z.z. o spotrebiteľských úveroch a o iných úveroch a pôžičkách pre spotrebiteľov, pretože podľa § 1 ods. 2 citovaného zákona, účinný v čase uzavretia zmluvy, sa spotrebiteľským úverom na účely tohto zákona rozumie dočasné poskytnutie peňažných prostriedkov na základe zmluvy o spotrebiteľskom úvere vo forme pôžičky, úveru, odloženej platby alebo obdobnej finančnej pomoci poskytnutej veriteľom spotrebiteľovi. Žalobca ako právnická osoba poskytol v rámci svojho podnikania, predmetu činnosti, úver žalovanému ako fyzickej osobe, ktorá nekonala v rámci predmetu svojho povolania alebo podnikania. Z uvedeného dôvodu je preto potrebné tento vzťah posúdiť ako spotrebiteľský a v takom prípade je potrebné skúmať ex offo zmluvné podmienky, aby žalovaný ako spotrebiteľ nebol zaväzovaný na nedovolené plnenie. 10. Nebolo možné sa stotožniť s odvolacou námietkou žalobcu, že má nárok na zaplatenie úroku aj po jeho predčasnom zosplatnení (žalobca okrem iného žiadal o zaplatenie úroku vo výške 15,90 % ročne zo sumy 4.747,46 €, t.j. nezaplatenej istiny od 30.1.2014 do zaplatenia), keď povinnosť žalovaného ako dlžníka vrátiť mu dlžnú sumu s úrokmi odstúpením od zmluvy nezaniká. Odvolací súd poukazuje na rozhodnutie Krajského súdu v Trnave zo dňa zo dňa 28.9.2015, sp.zn. 6 Co 587/2015, podľa ktorého keďže tento stav netrvá (stav trvania záväzku pred zosplatnením úveru), je zrejmé, že došlo k zmene záväzku, ktorá bola privodená omeškaním dlžníka (spotrebiteľa) a súčasne predčasným zosplatnením úveru zo strany veriteľa. Zmena záväzku prináša aj zmenu pomerov plnenia a aktivuje režim omeškania v spojení s využitím práva podľa ustanovenia § 53 ods. 9 Občianskeho zákonníka. K predčasnému zosplatneniu záväzku došlo konaním veriteľa. Predčasné zosplatnenie úveru predstavuje jednostranný sankčný právny inštitút, ktorý umožňuje veriteľovi zmenou záväzku požadovať jednorazové, okamžité vrátenie celej požičanej sumy. Rozdiel stavu výhody splátok a stavu jednorazového zosplatnenia úveru spočíva v tom, že veriteľ nemá nárok a spotrebiteľ nemá povinnosť vrátiť celú požičanú sumu naraz. Splácanie úveru v splátkach na strane veriteľa vyvoláva stav absencie požičanej sumy istiny, ktorá sa iba postupne vracia a spláca, za čo patrí veriteľovi úrok. Pri predčasnom a mimoriadnom zosplatnení úveru vzniká veriteľovi nárok na jednorazové vrátenie požičanej istiny úveru, vrátane úrokov kapitalizovaných ku dňu zosplatnenia úveru. Veriteľ teda navodzuje stav, v ktorom má právo získať okamžite späť celú sumu požičaných peňažných prostriedkov, v dôsledku čoho na jeho strane odpadá obmedzenie jeho práva na dispozíciu s istinou úveru. Ak teda nastal stav, kedy spotrebiteľ už nemá právny titul mať peňažné prostriedky u seba a tieto užívať, niet dôvodu na to, aby veriteľ inkasoval úroky, ktoré by mu patrili za stavu oprávnenej držby prostriedkov spotrebiteľom. V opačnom prípade by bol založený krajne nespravodlivý a ústavne nekomformný stav, kde spotrebiteľ by bol vystavený všetkým sankčným mechanizmom vynútenia povinnosti a plnenia a veriteľ by inkasoval úroky zo sumy, ktorú by mu spotrebiteľ na výzvu nevrátil. Jednorazovým zosplatnením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Ak napriek tomu existuje zmluvná úprava, ktorá s protiprávnym stavom stotožňuje aj odplatné nároky patriace len v právne súladnom stave, je táto právna úprava na škodu spotrebiteľa neprijateľne odchylná od zákona, čo zmluvnú podmienku podľa ustanovenia § 52, resp. § 53 ods. 1, ods. 5 Občianskeho zákonníka robí absolútne neplatnou. V protiprávnom stave patria zmluvným stranám len sankcie a na tento účel je kogentným určujúcim pravidlom ustanovenie § 517 ods. 2 Občianskeho zákonníka v spojení s § 3, § 3a nariadenia vlády Slovenskej republiky č. 87/1995 Z.z. Dohoda o platení úrokov za úver aj po splatnosti spôsobuje, že takéto úroky v skutočnosti navyšujú cenu za užívanie finančných prostriedkov za obdobie do dohodnutej alebo predčasne vyvolanej doby splatnosti a zneisťujú sankčný mechanizmus úrokov z omeškania. Takto dochádza k obchádzaniu inštitútu iného plnenia na účely aplikácie ustanovenia § 3a ods. 2 uvedeného nariadenia, ktorým sa vykonávajú niektoré ustanovenia Občianskeho zákonníka. 11. Odvolací súd nemal dôvod odchýliť sa od uvedeného právneho názoru v danej veci a na podporu jeho správnosti poukazuje aj na rozhodnutie Ústavného súdu Slovenskej republiky zo dňa 18.9.2012, sp.zn. ÚS IV. 476/2012, v ktorom ústavný súd konštatoval, že považuje za ústavne akceptovateľný výklad rozhodnutia krajského súdu, keď po zosplatnení úveru nastupuje režim platenia úrokov z omeškania a nie už úrokov z úveru, na ktoré rozhodnutie správne poukázal tiež súd prvej inštancie v odôvodnení napadnutého rozsudku. Z uvedeného vyplýva, že aj keď má spotrebiteľ popri úrokoch z omeškania prípadne ďalších sankciách platiť po splatnosti pohľadávky aj úroky za poskytnutie úveru do splatenia úveru, spôsobuje to značnú nerovnováhu na strane spotrebiteľa, značné zhoršenie jeho postavenia oproti zákonnému pravidlu, ktoré chráni spotrebiteľa v úverových vzťahoch pred nadmerným navýšením dlhu oproti výške úveru. Keďže niet kogentnej úpravy o úrokoch popri úrokoch z omeškania (zákon reguluje úroky za úver bez časovej úpravy) je takáto dohoda o takýchto úrokoch odklonom od dispozitívnej úpravy a je nielen v neprospech spotrebiteľa, ale vyvoláva aj neprimeranú nerovnováhu v neprospech slabšej zmluvnej strany. 12. Žalobca v odvolaní poukazoval na ustanovenie § 497 Obchodného zákonníka, podľa ktorého má dlžník platiť úroky od okamihu reálneho poskytnutia finančných prostriedkov až do ich reálneho vrátenia, k čomu odvolací súd poznamenáva, že jeho právo na priznanie úrokov za úver mu upreté nebolo, keď mu úrok bol priznaný do zosplatnenia úveru. 13. E. súd, rovnako ako súd prvej inštancie, vyhodnotil nárok žalobcu vzťahujúci sa k zvyšku žalobného nároku týkajúceho sa úroku po zosplatnení úveru za nedôvodný, a preto napadnutý rozsudok súdu prvej inštancie vo výroku, ktorým žalobu v prevyšujúcej časti zamietol, ako vecne správny podľa § 387 ods. l C.s.p. potvrdil. XX. F. žalobca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A.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XX. E. súd osobitne nepreskúmaval napadnutý rozsudok vo výroku (súvisiacom) o náhrade trov konania (§ 367 ods. X veta druhá C.s.p.), pretože žalobca bol v časti neúspešný (o zaplatenie úroku vo výške XX,XX % ročne zo sumy X.XXX,XX € od XX.X.XXXX do zaplatenia) a žalovaný odvolanie proti rozsudku vo výroku o náhrade trov konania nepodal. XX. N.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F.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B. súdu pre ľudské práva zo dňa XX.X.XXXX, č. XXXXX/XX, vo veci D. I. Q. Y. proti F.; porovnaj tiež rozsudok A. súdu X. republiky napr. vo veci vedenej pod sp.zn. X I. XXX/XXXX, X I. XX/XXXX, X I. XXX/XXXX, X I. XX/XXXX). XX. O náhrade trov odvolacieho konania odvolací súd rozhodol podľa § 396 ods. l, § 255 ods. X v spojení s § 262 ods. X C.s.p. N., ktorý mal v odvolacom konaní plný úspech, priznáva náhradu trov odvolacieho konania v rozsahu XXX %. V zmysle § X62 ods. 2 C.s.p. o výške náhrady trov konania rozhodne súd prvej inštancie po právoplatnosti rozhodnutia, ktorým sa konanie končí, samostatným uznesením, ktoré vydá súdny úradník. XX. E. súd prijal rozhodnutie jednohlasne (§ 3 ods. X zákona č. XXX/XXXX Z.z. o súdoch a o zmene a doplnení niektorých zákonov v znení účinnom od X.X.XXXX;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https://www.kauzis.sk/judikatura/r/ECLI:SK:KSBA:2018:1715209261.2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