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11CoP/254/2018 z 5. 9. 2018</w:t>
      </w:r>
    </w:p>
    <w:p>
      <w:r>
        <w:t>Opravné uznesenie Krajského súdu Bratislava z 5. septembra 2018, sp. zn. 11CoP/254/2018, ECLI:SK:KSBA:2018:1717201658.2</w:t>
      </w:r>
    </w:p>
    <w:p>
      <w:r>
        <w:t>Súd: Krajský súd Bratislava</w:t>
      </w:r>
    </w:p>
    <w:p>
      <w:r>
        <w:t>Spisová značka: 11CoP/254/2018</w:t>
      </w:r>
    </w:p>
    <w:p>
      <w:r>
        <w:t>ECLI: ECLI:SK:KSBA:2018:1717201658.2</w:t>
      </w:r>
    </w:p>
    <w:p>
      <w:r>
        <w:t>Dátum vydania: 5. 9. 2018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11CoP/254/2018 Identifikačné číslo súdneho spisu: 1717201658 Dátum vydania rozhodnutia: 06. 09. 2018 Meno a priezvisko sudcu, VSÚ: Mgr. Patrícia Železníková ECLI: ECLI:SK:KSBA:2018:1717201658.2 Opravné uznesenie Krajský súd v Bratislave zložený z predsedníčky senátu Mgr. Patrície Železníkovej a členiek senátu JUDr. Michaely Královej a Mgr. Aleny Čakváriovej, vo veci starostlivosti súdu o maloleté dieťa: M. R., nar. XX.XX.XXXX, zastúpený kolíznym opatrovníkom Úradom práce, sociálnych vecí a rodiny Pezinok, so sídlom Moyzesova 2, 902 01 Pezinok, dieťa rodičov: matka - A. H., nar. XX.XX.XXXX, trvale bytom XXX XX J. G., C. XXXX/X/A, a otec - D. R., nar. XX.XX.XXXX, trvale bytom XXX XX T., Fedinova 8, zastúpený JUDr. Pavlom Hraškom, advokátom so sídlom Košická 52, 821 08 Bratislava, v konaní o návrhu matky na úpravu výkonu rodičovských práv a povinností k maloletému dieťaťu, na návrh na vykonanie opravy, takto r o z h o d o l : I. Súd o p r a v u j e záhlavie rozsudku Krajského súdu v Bratislave zo dňa 31.07.2018, č.k. 11CoP/254/2018-186, tak, že dátum narodenia otca má byť správne uvedený ako: „D. R., nar. XX.XX.XXXX“. II. V ostatných častiach sa rozsudok nemení. o d ô v o d n e n i e : 1. Okresný súd Pezinok rozsudkom zo dňa 01.03.2018, č.k. 12P/72/2017-154 v spojení s jeho opravným uznesením zo dňa 11.05.2018, č.k. 12P/72/2017-178, zveril maloletého M. R., nar. XX.XX.XXXX do osobnej starostlivosti matke, určil, že zastupovať maloletého a spravovať jeho majetok budú obaja rodičia, otcovi uložil povinnosť platiť výživné na maloletého v sume XXX eur mesačne od 08.03.2017, zročné výživné za obdobie od XX.XX.XXXX do 28.02.2018 v sume XXXX eur otcovi uložil zaplatiť v 2 splátkach, prvej splátke v sume XXX eur do 30.04.2018 a druhej splátke v sume XXX eur do 30.06.2018 spolu s bežným výživným k rukám matky pod hrozbou straty výhody splátok. Vo zvyšku návrh matky zamietol. O trovách konania rozhodol tak, že žiaden z účastníkov nemá nárok na ich náhradu. 2. Na odvolanie otca Krajský súd v Bratislave rozsudkom 31.07.2018, č.k. 11CoP/254/2018-186 rozsudok súdu prvej inštancie v spojení s jeho opravným uznesením v napadnutej časti potvrdil. O trovách odvolacieho konania rozhodol tak, že žiaden z účastníkov nemá nárok na ich náhradu. 3. Podľa § 2 zákona č. 161/2015 Z.z. Civilného mimosporového poriadku (ďalej len „CMP“), na konania podľa tohto zákona sa použijú ustanovenia zákona č. 160/2015 Z.z. Civilného sporového poriadku (ďalej len „CSP“), ak tento zákon neustanovuje inak. 4. Podľa § 224 CSP, súd kedykoľvek aj bez návrhu opraví v rozsudku chyby v písaní a počítaní, ako aj iné zrejmé nesprávnosti. O oprave súd vydá opravné uznesenie, ktoré doručí subjektom konania. 5. Podľa § 378 ods. 1 CSP, na konanie na odvolacom súde sa primerane použijú ustanovenia o konaní pred súdom prvej inštancie, ak tento zákon neustanovuje inak. 6. S poukazom k tomu, že pri vypracovaní písomného vyhotovenia rozsudku došlo k chybe v písaní a to k nesprávnemu uvedeniu dátumu narodenia otca, Krajský súd v Bratislave v zmysle zákonných citovaných ustanovení uvedené posúdil ako zrejmú nesprávnosť a rozhodol tak, ako je uvedené vo výroku tohto uznesenia. 7. Odvolací súd prijal rozhodnutie jednomyseľne, pomerom hlasov 3 : 0 (§ 393 ods. 2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https://www.kauzis.sk/judikatura/r/ECLI:SK:KSBA:2018:1717201658.2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