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6Sa/17/2018 z 26. 3. 2018</w:t>
      </w:r>
    </w:p>
    <w:p>
      <w:r>
        <w:t>Uznesenie Krajského súdu Bratislava z 26. marca 2018, sp. zn. 6Sa/17/2018, ECLI:SK:KSBA:2018:2018200026.2</w:t>
      </w:r>
    </w:p>
    <w:p>
      <w:r>
        <w:t>Súd: Krajský súd Bratislava</w:t>
      </w:r>
    </w:p>
    <w:p>
      <w:r>
        <w:t>Spisová značka: 6Sa/17/2018</w:t>
      </w:r>
    </w:p>
    <w:p>
      <w:r>
        <w:t>ECLI: ECLI:SK:KSBA:2018:2018200026.2</w:t>
      </w:r>
    </w:p>
    <w:p>
      <w:r>
        <w:t>Dátum vydania: 26.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6Sa/17/2018 Identifikačné číslo súdneho spisu: 2018200026 Dátum vydania rozhodnutia: 27. 03. 2018 Meno a priezvisko sudcu, VSÚ: JUDr. Marta Barková ECLI: ECLI:SK:KSBA:2018:2018200026.2 Uznesenie Krajský súd v Bratislave v právnej veci žalobcu: VÚB Leasing a.s., Mlynské nivy 1, 820 05 Bratislava, IČO: 31318045, zastúpený: JUDr. Róbert Madej, PhD., advokát, Mýtna 42, 811 05 Bratislava, IČO: 42129231, proti žalovanej: JUDr. Ivana Vagaš, notár, Riazanská 33, 831 03 Bratislava, o žalobe proti inému zásahu orgánu verejnej správy, takto r o z h o d o l : Krajský súd v Bratislave žalobu odmieta. Žiaden z účastníkov nemá právo na náhradu trov konania. o d ô v o d n e n i e : 1. Uznesením Krajského súdu v Trnave č.k. 47Sa/2/2018 zo dňa 31.01.2018 správny súd postúpil žalobu proti inému zásahu orgánu verejnej správy Krajskému súdu v Bratislave ako súdu vecne a miestne príslušnému. Veci bola tunajším súdom dňa 23.02.2018 pridelená spisová značka 6Sa/17/2018. 2. Z evidenčných pomôcok súd zistil, že dňa 25.01.2018 bola Krajskému súdu v Bratislave žalobcom doručená totožná žaloba proti inému zásahu orgánu verejnej správy zo dňa 24.01.2018 vedená pod sp. zn. 7Sa/8/2018. O tejto žalobe doposiaľ nebolo rozhodnuté. 3. Podľa ust. § 31 ods. 5 SSP začatie konania bráni tomu, aby o tej istej veci toho istého žalobcu prebiehalo na správnom súde iné konanie. 4. Podľa ust. § 98 ods. 1 písm. b/ SSP správny súd uznesením odmietne žalobu, ak o tej istej veci toho istého žalobcu už prebieha pred správnym súdom skôr začaté iné konanie. 5. Nakoľko súd zistil, že o žalobe proti inému zásahu orgánu verejnej správy zo dňa 24.01.2018 už na súde prebieha konanie vedené pod sp. zn. 7Sa/8/2018 a ide o prekážku litispendencie, s poukazom na citované zákonné ustanovenia žalobu odmietol. 6. O trovách konania súd rozhodol podľa ust. § 170 písm. a/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https://www.kauzis.sk/judikatura/r/ECLI:SK:KSBA:2018:2018200026.2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