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1S/254/2014 z 11. 4. 2018</w:t>
      </w:r>
    </w:p>
    <w:p>
      <w:r>
        <w:t>Uznesenie Krajského súdu Bratislava z 11. apríla 2018, sp. zn. 1S/254/2014, ECLI:SK:KSBA:2018:7014201034.6</w:t>
      </w:r>
    </w:p>
    <w:p>
      <w:r>
        <w:t>Súd: Krajský súd Bratislava</w:t>
      </w:r>
    </w:p>
    <w:p>
      <w:r>
        <w:t>Spisová značka: 1S/254/2014</w:t>
      </w:r>
    </w:p>
    <w:p>
      <w:r>
        <w:t>ECLI: ECLI:SK:KSBA:2018:7014201034.6</w:t>
      </w:r>
    </w:p>
    <w:p>
      <w:r>
        <w:t>Dátum vydania: 11. 4. 2018</w:t>
      </w:r>
    </w:p>
    <w:p>
      <w:r>
        <w:t>Forma: Uznesenie</w:t>
      </w:r>
    </w:p>
    <w:p>
      <w:pPr>
        <w:pStyle w:val="Heading2"/>
      </w:pPr>
      <w:r>
        <w:t>Text rozhodnutia</w:t>
      </w:r>
    </w:p>
    <w:p>
      <w:r>
        <w:t>Súd: Krajský súd Bratislava Spisová značka: 1S/254/2014 Identifikačné číslo súdneho spisu: 7014201034 Dátum vydania rozhodnutia: 12. 04. 2018 Meno a priezvisko sudcu, VSÚ: JUDr. Zuzana Mališová ECLI: ECLI:SK:KSBA:2018:7014201034.6 Uznesenie Krajský súd v Bratislave, ako správny súd v právnej veci žalobcov: 1. D. D., bytom G. XXXX/X, XXX XX P., 2. L. D., bytom G. XXXX/X, XXX XX P., obaja zastúpení: JUDr. Valéria Vassová, advokátka so sídlom Pribinova 2246/2, 075 01 Trebišov, proti žalovanému: Úrad geodézie, kartografie a katastra Slovenskej republiky, so sídlom Chlumeckého 2, 820 12 Bratislava, v konaní o preskúmanie zákonnosti rozhodnutia žalovaného č. LPO 4318/2014-519/Va zo dňa 07.07.2014, takto r o z h o d o l : Krajský súd v Bratislave konanie zastavuje. Žiaden z účastníkov konania nemá právo na náhradu trov konania. o d ô v o d n e n i e : 1. Žalobou pôvodne doručenou Krajskému súdu v Košiciach dňa 28.08.2014, následne postúpenou tunajšiemu správnemu súdu uznesením č. k. 7S/94/2014-56 zo dňa 16.10.2014, sa žalobcovia domáhali preskúmania zákonnosti rozhodnutia žalovaného č. LPO 4318/2014-519/Va zo dňa 07.07.2014, ktorým ten na odvolanie žalobcov zrušil rozhodnutie Okresného úradu Košice, odboru opravných prostriedkov č. UPo 4/2013, sp. zn. OU-KE-OOP5-2014/00037/SUC zo dňa 03.01.2014 v časti, v ktorej správny orgán prvého stupňa nevyhovel protestu okresného prokurátora Okresnej prokuratúry v Trebišove č. Pd 206/13-7 zo dňa 28.10.2013 a vec vrátil prvostupňovému správnemu orgánu na nové konanie a v ostatnej časti spoločné odvolanie žalobcov a Okresného stavebného bytového družstva Trebišov zo dňa 21.03.2014 zamietol a toto rozhodnutie potvrdil. 2. Žalobcovia podaním doručeným krajskému súdu dňa 03.04.2018 zobrali žalobu v celom rozsahu späť a navrhli konanie zastaviť. 3. Podľa § 63 zákona č. 162/2015 Z.z.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Nakoľko žalobcovia vzali späť žalobu pred rozhodnutím veci, správny súd v súlade s ustanovením § 99 písm. a) SSP konanie zastavil. 6. O náhrade trov konania správny súd rozhodol podľa § 170 písm. b) SSP tak, že žiaden z účastníkov konania nemá právo na náhradu trov konania, nakoľko konanie bolo zastavené. 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na Najvyšší súd SR.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https://www.kauzis.sk/judikatura/r/ECLI:SK:KSBA:2018:7014201034.6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