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4K/4/2006 z 17. 9. 2019</w:t>
      </w:r>
    </w:p>
    <w:p>
      <w:r>
        <w:t>Uznesenie Krajského súdu Bratislava z 17. septembra 2019, sp. zn. 4K/4/2006, ECLI:SK:KSBA:2019:1006200232.6</w:t>
      </w:r>
    </w:p>
    <w:p>
      <w:r>
        <w:t>Súd: Krajský súd Bratislava</w:t>
      </w:r>
    </w:p>
    <w:p>
      <w:r>
        <w:t>Spisová značka: 4K/4/2006</w:t>
      </w:r>
    </w:p>
    <w:p>
      <w:r>
        <w:t>ECLI: ECLI:SK:KSBA:2019:1006200232.6</w:t>
      </w:r>
    </w:p>
    <w:p>
      <w:r>
        <w:t>Dátum vydania: 17. 9. 2019</w:t>
      </w:r>
    </w:p>
    <w:p>
      <w:r>
        <w:t>Forma: Uznesenie</w:t>
      </w:r>
    </w:p>
    <w:p>
      <w:r>
        <w:t>Oblasť práva: Obchodné právo</w:t>
      </w:r>
    </w:p>
    <w:p>
      <w:pPr>
        <w:pStyle w:val="Heading2"/>
      </w:pPr>
      <w:r>
        <w:t>Text rozhodnutia</w:t>
      </w:r>
    </w:p>
    <w:p>
      <w:r>
        <w:t>Súd: Krajský súd Bratislava Spisová značka: 4K/4/2006 Identifikačné číslo súdneho spisu: 1006200232 Dátum vydania rozhodnutia: 18. 09. 2019 Meno a priezvisko sudcu, VSÚ: JUDr. Lýdia Noskovičová ECLI: ECLI:SK:KSBA:2019:1006200232.6 Uznesenie Krajský súd v Bratislave v konkurznej veci úpadcu: T3 - SK s.r.o., 951 48 Jarok 435, IČO: 31 425 844, s ustanoveným správcom konkurznej podstaty: KONKURZNÝ SPRÁVCA, k.s., Nám. SNP 15, 974 01 Banská Bystrica, o návrhu správcu na zrušenie konkurzu, takto r o z h o d o l : I. Súd z r u š u j e konkurz vyhlásený na majetok úpadcu: T3 - SK s.r.o., 951 48 Jarok 435, IČO: 31 425 844, po splnení rozvrhového uznesenia. II. Súd z b a v u j e spoločnosť KONKURZNÝ SPRÁVCA, k.s., Nám. SNP 15, 974 01 Banská Bystrica, funkcie správcu konkurznej podstaty. o d ô v o d n e n i e : 1. Uznesením tunajšieho súdu pod č. k. 4K/4/2006-167 zo dňa 28.05.2007 bol vyhlásený konkurz na majetok dlžníka T3 - SK s.r.o., 951 48 Jarok 435, IČO: 31 425 844. Súd zároveň predmetným uznesením ustanovil do funkcie správcu konkurznej podstaty Ing. Vladimíra Budiača, Štefanovičova 12, 811 04 Bratislava. Opravným uznesením č. k. 4K/4/2006-181 zo dňa 25.06.2007 bol spresnený názov správcu: KONKURZNÝ SPRÁVCA, k.s., Nám. SNP 15, 974 01 Banská Bystrica, nakoľko Ing. Vladimír Budiač bol jedným z komplementárov predmetnej spoločnosti. 2. Uznesením č. k. 4K/4/2006-419 zo dňa 18.03.2019, ktoré nadobudlo právoplatnosť dňa 26.04.2019, súd schválil konečnú správu o speňažení majetku a vyúčtovaní odmeny a výdavkov správcu. 3. Na základe návrhu správcu konkurznej podstaty o rozdelení finančných prostriedkov na uspokojenie veriteľov, súd vydal rozvrhové uznesenie pod č. k. 4K/4/2006-423 zo dňa 16.05.2019, ktoré nadobudlo právoplatnosť dňa 21.06.2019. 4. Podaním zo dňa 16.09.2019, doručeným súdu dňa 16.09.2019, správca konkurznej podstaty predložil súdu návrh na zrušenie konkurzu po splnení rozvrhového uznesenia a priložil listiny preukazujúce uskutočnené úhrady veriteľom v zmysle rozvrhového uznesenia. 5. Súdny poplatok za konkurzné konanie vo výške 1.991,50 Eur bol správcom konkurznej podstaty uhradený a na účet Krajského súdu v Bratislave pripísaný dňa 12.08.2019. 6. Súd na základe vyššie uvedeného konštatuje, že výťažok z predaja majetku patriaceho do konkurznej podstaty umožnil správcovi konkurznej podstaty uhradiť pohľadávky konkurzných veriteľov v plnej uznanej výške, v súlade s rozvrhovým uznesením. Úhrady správca preukázal súdu príslušnými účtovnými dokladmi. 7. Správca konkurznej podstaty doplnil svoj návrh na zrušenie konkurzu mailom zo dňa 17.09.2019, v ktorom na žiadosť súdu uviedol, že konkurzný bankový účet bol zriadený na obchodné meno úpadcu, pričom jediným disponentom vo vzťahu k tomuto účtu je spoločnosť správcu. Po zrušení konkurzu na majetok úpadcu zanikne spoločnosti správcu postavenie správcu konkurznej podstaty v tomto konkurznom konaní, ako aj oprávnenie nakladať s konkurznou podstatou, teda aj s peniazmi úpadcu na účte. Po právoplatnosti uznesenia o zrušení konkurzu, právo disponovať s peňažnými prostriedkami na uvedenom bankovom účte nadobudne úpadca. 8. V zmysle § 44 ods. 1 písm. b) zákona č. 328/1991 Zb. o konkurze a vyrovnaní v znení platnom pre toto konkurzné konanie (ďalej len „ZKV“), súd zruší konkurz, v ktorom nedošlo k potvrdeniu núteného vyrovnania, po splnení rozvrhového uznesenia a podľa ods. 4 citovaného ustanovenia, súd zbaví správcu funkcie. 9. Keďže správca konkurznej podstaty preukázal súdu splnenie rozvrhového uznesenia, súd v zmysle týchto ustanovení zrušil konkurz a podľa ust. § 44 ods. 4 ZKV zbavil spoločnosť KONKURZNÝ SPRÁVCA, k.s., Nám. SNP 15, 974 01 Banská Bystrica, funkcie správcu konkurznej podstaty v predmetnej konkurznej veci sp. zn. 4K/4/2006. Poučenie: Proti tomuto uzneseniu je možné podať odvolanie v lehote 30 dní od jeho zverejnenia v Obchodnom vestníku na Krajskom súde v Bratislave. V odvolaní sa má popri všeobecných náležitostiach (§ 363 zákon č. 160/2015 Z.z. Civilný sporový poriadok) uviesť, proti ktorému rozhodnutiu smeruje, v akom rozsahu sa napáda, z akých dôvodov sa rozhodnutie považuje za nesprávne (odvolacie dôvody) a čoho sa odvolateľ domáha (odvolací návrh). Zrušením konkurzu zanikajú účinky vyhlásenia konkurzu uvedené v § 14 ZKV, platnosť a účinnosť úkonov vykonaných počas konkurzu tým nie je dotknutá (§ 45 ods. 1 ZKV).</w:t>
      </w:r>
    </w:p>
    <w:p/>
    <w:p>
      <w:r>
        <w:t>Zdroj: KAUZIS.SK – https://www.kauzis.sk/judikatura/r/ECLI:SK:KSBA:2019:1006200232.6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