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3S/85/2010 z 14. 10. 2019</w:t>
      </w:r>
    </w:p>
    <w:p>
      <w:r>
        <w:t>Rozsudok Krajského súdu Bratislava z 14. októbra 2019, sp. zn. 3S/85/2010, ECLI:SK:KSBA:2019:1010200576.8</w:t>
      </w:r>
    </w:p>
    <w:p>
      <w:r>
        <w:t>Súd: Krajský súd Bratislava</w:t>
      </w:r>
    </w:p>
    <w:p>
      <w:r>
        <w:t>Spisová značka: 3S/85/2010</w:t>
      </w:r>
    </w:p>
    <w:p>
      <w:r>
        <w:t>ECLI: ECLI:SK:KSBA:2019:1010200576.8</w:t>
      </w:r>
    </w:p>
    <w:p>
      <w:r>
        <w:t>Dátum vydania: 14. 10. 2019</w:t>
      </w:r>
    </w:p>
    <w:p>
      <w:r>
        <w:t>Forma: Rozsudok</w:t>
      </w:r>
    </w:p>
    <w:p>
      <w:r>
        <w:t>Oblasť práva: Správne právo</w:t>
      </w:r>
    </w:p>
    <w:p>
      <w:pPr>
        <w:pStyle w:val="Heading2"/>
      </w:pPr>
      <w:r>
        <w:t>Text rozhodnutia</w:t>
      </w:r>
    </w:p>
    <w:p>
      <w:r>
        <w:t>Súd: Krajský súd Bratislava Spisová značka: 3S/85/2010 Identifikačné číslo súdneho spisu: 1010200576 Dátum vydania rozhodnutia: 15. 10. 2019 Meno a priezvisko sudcu, VSÚ: JUDr. Viera Šebestová ECLI: ECLI:SK:KSBA:2019:1010200576.8 ROZSUDOK V MENE SLOVENSKEJ REPUBLIKY Krajský súd v Bratislave v senáte zloženom z predsedníčky senátu JUDr. Viery Šebestovej a členiek senátu JUDr. Dáši Filovej a JUDr. Evy Fulcovej, v právnej veci žalobcu: I. Q., bytom Š.Á. XXX, F. C., zastúpený JUDr. Petrou Rumanovou, advokátkou, Zámocká 5, 811 01 Bratislava, proti žalovanému: Sociálna poisťovňa - ústredie, ul. 29. augusta č. 8-10, 813 63 Bratislava o preskúmanie zákonnosti rozhodnutia žalovaného č. 232-1862/2009 zo dňa 01.12.2009, takto r o z h o d o l : Krajský súd v Bratislave napadnuté rozhodnutie žalovaného č. 232-1862/2009 zo dňa 01.12.2009 z r u š u j e a vec v r a c i a žalovanému na ďalšie konanie. Žalobcovi voči žalovanému p r i z n á v a právo na náhradu trov konania vo výške 100%. O výške náhrady trov konania rozhodne po právoplatnosti rozsudku samostatným uznesením súdny úradník. o d ô v o d n e n i e : I. Priebeh administratívneho konania 1/ Dňa 09.08.2000 doručil žalobca Okresnému úradu práce Malacky žiadosť o sprostredkovanie zamestnania. 2/ Okresný úrad práce Malacky vydal dňa 24.08.2000 č.j. 5182/2000 rozhodnutie, ktorým žalobcu nezaradil do evidencie nezamestnaných občanov hľadajúcich zamestnanie. Proti ktorému podal žalobca odvolanie, o ktorom rozhodol Krajský úrad práce Bratislava rozhodnutím č: 1319/2000-PO z 24.10.2000 tak, že vyhovel odvolaniu žalobcu a rozhodnutie Okresného úradu práce Malacky zrušil. 3/ Okresný úrad práce Malacky vydal dňa 20.11.2000 rozhodnutie č.j. 5182/2000, ktorým žalobcovi nepriznal podporu v nezamestnanosti, nakoľko z predložených písomných podkladov nebolo preukázané, že v posledných 3 rokoch pred podaním žiadosti o sprostredkovanie zamestnania žalobca aspoň 24 mesiacov platil príspevok na poistenie v nezamestnanosti. Proti uvedenému rozhodnutiu podal odvolanie žalobca, o ktorom rozhodol Krajský úrad práce Bratislava rozhodnutím č: 1645/2000-PO z 11.01.2001 tak, že odvolanie žalobcu zamietol a potvrdil prvostupňové rozhodnutie Okresného úradu práce Malacky. 4/ Dňa 02.04.2002 vydal Okresný úrad práce Malacky rozhodnutie č. 5182/2000, ktorým žalobcovi priznal podporu v nezamestnanosti nasledovne: po dobu prvých troch mesiacov vo výške 50% zo sumy XXXX,- Sk (priemerného mesačného vymeriavacieho základu) v sume XXXX,- Sk; po zvyšnú dobu vo výške 45% tohto základu v sume XXXX,- Sk mesačne, resp. pomernú časť uvedenej sumy za neúplný mesiac, pri plnení ustanovených zákonných podmienok, najdlhšie po dobu 9 mesiacov, najviac do 1.5 násobku životného minima a so splatnosťou mesačne pozadu. Proti tomuto rozhodnutiu podal odvolanie žalobca, o ktorom rozhodol Krajský úrad práce Bratislava rozhodnutím č. 625/2002-PO z 14.06.2002 tak, že odvolanie žalobcu zamietol a rozhodnutie Okresného úradu práce Malacky č.j. 5182/2000 z 02.04.2002 potvrdil. 5/ Rozsudkom Krajského súdu v Bratislave č.k. 19S 234/02-16 z 03.04.2003 bola žaloba žalobcu o preskúmanie zákonnosti rozhodnutia Krajského úradu práce Bratislava č. 625/2002-PO z 14.06.2002 zamietnutá. Proti uvedenému rozsudku podal odvolanie žalobca, o ktorom rozhodol Najvyšší súd SR rozsudkom sp. zn. Sž-o-KS 212/03 z 28.02.2005 tak, že rozsudok Krajského súdu v Bratislave z 03.04.2003 č. 19S 234/02-16 zmenil tak, že rozhodnutie Národného úradu práce - Krajského úradu práce Bratislava z 14.06.2002 č. 625/2002-PO zrušil a vec vrátil Krajskému úradu práce Bratislava na ďalšie konanie. 6/ Dňa 06.07.2005 vydal žalovaný rozhodnutie č. 212-72-CA02/2004, ktorým žalobcovi podľa § 259 ods. 1 zákona č. 461/2003 Z.z. a § 55 ods. 2 zákona č. 387/1996 Z.z. nepriznal nárok na dodatočné poskytnutie podpory v nezamestnanosti. Rozhodnutie odôvodnil tak, že podľa rozsudku najvyššieho súdu č.k. Sž-o-KS 212/03 z 28.02.2005 žalobca pripojil k svojmu odvolaniu doklad, ktorým preukázal skutočnosť, že národnému úradu práce bolo oznámené, že mesačná výška jeho vymeriavacieho základu bola v mesiaci december 1997 určená sumou XXXX,- Sk a súčasne aj čiastkou XXXX,- SK. Preto bolo zmenené rozhodnutie krajského súdu tak, aby sa žalovaný správny orgán v ďalšom konaní s týmto skutkovým stavom v rámci dokazovania vysporiadal. Poukázal na ust. § 259 ods. 1 zákona o sociálnom poistení a § 55 ods. 2 zákona o zamestnanosti a uviedol, že podpora v nezamestnanosti patrila žalobcovi od 09.08.2000 do 08.05.2001, trojročná lehota na dodatočné poskytnutie podpory v nezamestnanosti uplynula dňa 08.05.2004. Z uvedeného vyplýva, že nárok žalobcu na dodatočné poskytnutie podpory v nezamestnanosti bol už v čase vydania rozhodnutia Najvyššieho súdu SR prekludovaný, t.j. žalobcovi nie je možné v zmysle platného právneho stavu doplatiť podporu v nezamestnanosti do výšky určenej vymeriavacím základom, ktorý vyplýva z rozsudku NS SR. Dňa 20.09.2005 podal proti rozhodnutiu žalovaného z 06.07.2005, č. 212-72-CA 02/2004 odvolanie, o ktorom rozhodol krajský súd v Bratislave rozsudkom č.k. 2S 294/05-19 z 14.02.2007 tak, že zrušil rozhodnutie žalovaného č. 212-72/CA 02/2004 z 06.07.2005 podľa § 250j ods. 2 písm. c/, d/ O.s.p. a vec vrátil žalovanému na ďalšie konanie. Z uvedeného rozsudku vyplýva, že úlohou žalovaného v ďalšom konaní bude opäť rozhodnúť o odvolaní žalobcu zo dňa 12.06.2003, v ktorom bude viazaný právnym názorom vysloveným v rozsudku Najvyššieho súdu SR zo dňa 28.02.2005 č. Sž-o-KS 212/03 s tým, že nebude rozhodovať o dodatočnom priznaní podpory v nezamestnanosti, ale o priznaní podpory v nezamestnanosti, pretože žalobcovi ešte právoplatne v tomto konaní priznaná nebola. 7/ Žalovaný rozhodnutím č. 232-317/2007 z 11.05.2007 rozhodol na základe odvolania žalobcu zo dňa 19.04.2002, proti rozhodnutiu Národného úradu práce, Okresného úradu práce Malacky, č.j.: 5182/2000, zo dňa 02.04-2002 a na základe rozsudku Najvyššieho súdu SR č. Sž-o-KS 212/03, zo dňa 28.02.2005 a rozsudku Krajského súdu v Bratislave, č. 2S 294/05-19 zo dňa 14.02.2007, napadnuté rozhodnutie ruší a vracia vec na nové prejednanie a rozhodnutie Sociálnej poisťovni, pobočka Bratislava-okolie. V rozhodnutí žalovaný uviedol, že v zmysle § 259 ods. 1 a § 218 ods. 3 zákona o sociálnom poistení a na základe právneho názoru NS SR je preto potrebné, aby Sociálna poisťovňa, pobočka Bratislava-okolie, príslušná na rozhodovanie podľa § 178 ods. 1 písm. a/ piateho bodu zákona o sociálnom poistení, v ďalšom konaní rozhodla o nároku žalobcu na dávku v nezamestnanosti. 8/ Sociálna poisťovňa, pobočka Bratislava-okolie vydala dňa 14.06.2007 rozhodnutie č. 400-148/2007-1, ktorým žalobca podľa § 46 ods. 3, § 50 ods. 1 písm. a/ a b/, ods. 2 písm. a/, ods. 6, § 51 ods. 1 a § 54 zákona č. 387/1996 Z.z. ná nárok na dávku v nezamestnanosti odo dňa 09.08.2000 nasledovne: - po dobu prvých troch mesiacov vo výške 50% zo sumy XXXX,- Sk (priemerného mesačného vymeriavacieho základu), v sume XXXX,- SK, - po zvyšnú dobu vo výške 45% tohto základu v sume XXXX,- Sk mesačne, najdlhšie po dobu 9 mesiacov. Nárok na dodatočné poskytnutie dávky v nezamestnanosti vo výške XXXX,- Sk (rozdiel medzi skutočným a vyplateným nárokom) žalobcovi zanikol v zmysle § 55 ods. 2 zákona č. 387/1996 Z.z. uplynutím lehoty 3 rokov, dňa 08.05.2004. Dňa 02.07.2007 podal odvolanie žalobca proti uvedenému rozhodnutiu z 14.06.2007, o ktorom rozhodol žalovaný rozhodnutím č.: 232-669/2007 z 13.08.2007 tak, že zamietol odvolanie žalobcu a potvrdil rozhodnutie Sociálnej poisťovne, pobočka Bratislava-vidiek, č. 400-1487/2007-1 z 14.06.2007. Z odôvodnenie rozhodnutia žalovaného vyplýva, že v rozhodnutí z 13.08.2017 bolo rozhodnuté v intenciách rozsudkov Najvyššieho súdu SR a Krajského súdu v Bratislave a § 55 ods. 2 zákona č. 387/1996 Z.z. Žalobca dňa 23.10.2007 doručil Krajskému súdu žalobu o preskúmanie rozhodnutia žalovaného č. 232-669/2007 z 13.08.2007, v ktorej argumentoval tým, že žalovaný mal opätovne rozhodnúť o odvolaní žalobcu a správnosti a zákonnosti prvostupňového rozhodnutia Okresného úradu práce Malacky č. 5182/2000 z 02.04.2002 a vonkoncom nie o dodatočnom poskytnutí podpory v nezamestnanosti. Krajský súd v Bratislave rozsudkom č.k. 1S 281/2007-40 zo dňa 29.01.2009 napadnuté rozhodnutie žalovaného č. 232-669/2007 zo dňa 13.08.2007 v spojení s prvostupňovým rozhodnutím č. 400-1487/2007-1 zo dňa 14.06.2007 zrušil podľa § 250j ods. 3 O.s.p. a vec vrátil žalovanému na ďalšie konanie. Krajský súd v odôvodnení rozhodnutia uviedol, že úlohou správneho orgánu v ďalšom konaní bude potrebné rozhodnúť o žiadosti žalobcu o priznanie podpory v nezamestnanosti žalobcu, v ktorom bude viazaný právnym názorom vysloveným v rozsudku najvyššieho súdu z 28.02.2005 č. Sž-o-KS 212/03 s tým, že nebude rozhodovať o dodatočnom priznaní podpory v nezamestnanosti ale o priznaní podpory v nezamestnanosti, pretože žalobcovi ešte právoplatne v tomto konaní priznaná nebola. Napadnuté rozhodnutie krajský súd zrušil podľa § 250j ods. 3 O.s.p. pre nepreskúmateľnosť a nezrozumiteľnosť a pre nedostatok dôvodov. 9/ Sociálna poisťovňa, pobočka Bratislava-okolie vydala dňa 19.06.2009 rozhodnutie č. 400-1487/2007-1 vo veci nároku na dávku v nezamestnanosti, ktorým priznala žalobcovi nárok na dávku v nezamestnanosti odo dňa 09.08.2000 nasledovne: - po dobu prvých troch mesiacov vo výške 50% zo sumy po prepočte konverzným kurzom XXX,XX eur (priemerného mesačného vymeriavacieho základu), v sume XXX,XX eur, - po zvyšnú dobu vo výške 45% tohto základu v sume XXX,XX eur mesačne, najdlhšie po dobu deviatich mesiacov. Celkový doplatok dávky v nezamestnanosti, t.j. rozdiel medzi skutočným a vyplateným nárokom, je suma XXX,XX eur. Proti tomuto rozhodnutiu podal žalobca odvolanie, ktoré bolo doručené Sociálnej poisťovni, pobočka Bratislava-okolie dňa 05.08.2009, v ktorom uviedol, že konanie ktoré prebieha je konaním o nároku na dávku v nezamestnanosti a nemôžu rozhodovať o doplatku dávky. Dňa 01.12.2009 rozhodol žalovaný rozhodnutím č. 232-1862/2009 tak, že zamietol odvolanie žalobcu a potvrdil rozhodnutie Sociálnej poisťovni, pobočka Bratislava-okolie, č. 400-1487/2007-1, zo dňa 19.06.2009. V odôvodnení rozhodnutia žalovaný uviedol, že v rozhodnutí z 19.06.2009 Sociálna poisťovňa, pobočka Bratislava rozhodla o nároku na dávku v nezamestnanosti žalobcu odo dňa 09.08.2000 a o doplatku dávky v nezamestnanosti vo výške XXX,XX eur. Podpora v nezamestnanosti bola žalobcovi vyplatená v pôvodne priznanej výške a preskúmaným rozhodnutím bol priznaný rozdiel v porovnaní s tým, na čo mal mať žalobca nárok podľa súdnych rozhodnutí a už vyplatenou dávkou. Z dôvodu zásady nerozhodovať dva razy v tej istej veci, nie je možné v súčasnosti priznať a opakovane vyplatiť to, čo už bolo žalobcovi priznané a vyplatené. II. Zhrnutie argumentov žalobcu 10/ Žalobca sa žalobou doručenou súdu dňa 09.02.2010 domáhal, aby súd zrušil rozhodnutie žalovaného č. 232-1862/2009 zo dňa 01.12.2009 a vec vrátil žalovanému na ďalšie konanie. Žalobca uvádza, že žalovaný potvrdil rozhodnutie Sociálnej poisťovne, pobočka Bratislava-okolie č. 400-1487/2007-1 zo dňa 19.06.2009, ktorým bolo rozhodnuté vo veci nároku na dávku v nezamestnanosti žalobcu podľa § 259 ods. 1 a 178 ods. 1 písm. a/ 5. bodu zákona č. 461/2003 Z.z. 11/ Žalobca uvádza, že prvostupňový správny orgán svojim rozhodnutím zo dňa 19.06.2009 a žalovaný jeho potvrdením rozhodli v rozpore z rozsudkom Krajského súdu v Bratislave zo dňa 29.01.2009 sp. zn. 1S 281/2007, v ktorom bol vyslovený právny názor súdu, že úlohou správneho orgánu v ďalšom konaní bude potrebné rozhodnúť o žiadosti žalobcu o priznanie podpory v nezamestnanosti žalobcu, v ktorom bude viazaný právnym názorom vysloveným v rozsudku Najvyššieho súdu v Bratislave zo dňa 28.02.2005, sp. zn. Sž-o-KS 212/03 s tým, že nebude rozhodovať o dodatočnom priznaní podpory v nezamestnanosti ale o priznaní podpory v nezamestnanosti, pretože žalobcovi ešte v tomto konaní právoplatne priznaná nebola. Tento právny názor súdu nebol správnymi orgánmi rešpektovaný ani v napadnutom rozhodnutí žalovaného a v rozhodnutí prvostupňového správneho orgánu, ktorým nebolo rozhodnuté o dávke nezamestnanosti za obdobie od 09.08.2000 do 08.05.2001 v plnej výške, ale len vo forme nejakého doplatku ako rozdielu medzi pôvodne vyplatenou dávkou a dávkou, ktorá mu skutočne patrí, čo nie je predmetom tohto konania. Žalobca zastáva názor, že nesprávnym rozhodnutím žalovaného a jeho postupom bol ukrátený na svojich právach vzhľadom na nezákonnosť rozhodnutia žalovaného. III. Vyjadrenie žalovaného 12/ Žalovaný vo vyjadrení k žalobe doručenom správnemu súdu dňa 15.03.2010 uviedol, že napadnutým rozhodnutím žalovaného zo dňa 01.12.2009 žalovaný potvrdil rozhodnutie prvostupňového orgánu zo dňa 19.06.2009, na základe ktorého prvostupňový orgán podľa § 46 ods. 3, § 50 ods. 1, ods. 2 písm. a/, ods. 6, § 51 ods. 1, § 54 zákona č. 387/1996 Z.z. o zamestnanosti v znení účinnom do 31.12.2003 (ďalej iba zákon č. 387/1996 Z.z.) rozhodol, že žalobca má nárok na dávku v nezamestnanosti odo dňa 09.08.2000 nasledovne: po dobu prvých troch mesiacov vo výške 50% zo sumy po prepočte konverzným kurzom XXX,XX eur (priemerného mesačného vymeriavacieho základu), v sume XXX,XX eur; po zvyšnú dobu vo výške 45% tohto základu v sume XXX,XX eur mesačne, najdlhšie po dobu 9 mesiacov. Celkový doplatok dávky v nezamestnanosti, t.j. rozdiel medzi skutočným a vyplateným nárokom je suma XXX,XX eur. Proti tomuto rozhodnutiu podal žalobca odvolanie a žalovaný svojim rozhodnutím potvrdil prvostupňové rozhodnutie správneho orgánu. 13/ Žalovaný poukazuje ďalej vo svojom vyjadrení na ust. § 259 ods. 1, § 260 ods. 2 písm. h/ zák. č. 461/2003 Z.z o sociálnom poistení (ďalej iba zákon č. 461/2003 Z.z.) a na ust. § 43 ods. 3, § 50 ods. 1, ods. 2 písm. a/; § 51 ods. 1, § 54 a §55 ods. 2 zákona č. 387/1996 Z.z. 14/ Žalovaný uvádza, že žalobca požiadal dňa 09.08.2009 o podporu v nezamestnanosti, ktorá mu bola rozhodnutím Národného úradu práce, Okresného úradu práce Malacky zo dňa 02.04.2002 č.j. 5182/2000 priznaná od 09.08.2000 s tým, že po dobu prvých troch mesiacov bola priznaná vo výške 50% zo sumy XXXX,- Sk v sume XXXX,- Sk, po zvyšnú dobu vo výške 45% tohto základu v sume XXXX,- Sk mesačne, resp. pomernú časť uvedenej sumy za neúplný mesiac, pri splnení ustanovených zákonných podmienok, najdlhšie po dobu 9 mesiacov, najviac do 1,5 násobku životného minima pre plnoletú fyzickú osobu ustanoveného osobitným predpisom a so splatnosťou mesačne pozadu. Toto rozhodnutie napadol žalobca odvolaním a Krajský súd v Bratislave rozsudkom č.k. 19S 234/02-16 zo dňa 03.04.2003 zamietol žalobu žalobcu. Najvyšší súd SR rozsudok Krajského súdu v Bratislave zo dňa 03.04.2003 rozsudkom Sž-o-KS 212/03 zo dňa 28.02.2005 zmenil tak, že rozhodnutie zo dňa 14.06.2002, č. 625/2002-PO zrušil a vrátil žalovanému na ďalšie konanie. V rozhodnutí najvyššieho súdu bol vyslovený právny názor, že vyrovnací základ žalobcu za mesiac december 1997 na účely nároku na podporu v nezamestnanosti, mal byť určený sumou XXXX,- Sk. 15/ Na základe rozsudku najvyššieho súdu žalovaný vydal rozhodnutie zo dňa 06.06.2005 č. 212-72- CA02/2004, ktorým konštatoval zánik nároku na dodatočne poskytnutie podpory v nezamestnanosti podľa § 55 ods. 2 zákona č. 387/1996 Z.z. z dôvodu uplynutia trojročnej prekluzívnej lehoty. Žalobou doručenou na Krajský súd v Bratislave dňa 20.09.2005 sa žalobca domáhal preskúmania zákonnosti tohto rozhodnutia, nakoľko namietal nesprávne právne posúdenie veci a nerešpektovanie právneho názoru Najvyššieho súdu SR. Krajský súd v Bratislave rozsudkom č.k. 2S 294/05-19 zo dňa 14.02.2007 rozhodnutie žalovaného zo dňa 06.07.2005 zrušil a vrátil na ďalšie konanie, v ktorom uložil žalovanému rozhodnúť o odvolaní žalobcu proti rozhodnutiu Národného úradu práce, Okresného úradu práce Malacky č.j. 5182/2000 zo dňa 02.04.2002. 16/ Na základe rozsudku Krajského súdu v Bratislave zo dňa 14.02.2007 č.k. 2S 294/05-19 žalovaný vydal dňa 11.05.2007 rozhodnutie č. 232-317/2007, ktorým zrušil rozhodnutie Národného úradu práce, Okresného úradu práce Malacky č. 5182/2000 zo dňa 02.04.2002 a vec vrátil na nové prejednanie a rozhodnutie. 17/ Prvostupňový orgán - Sociálna poisťovňa, pobočka Bratislava - okolie dňa 14.06.2007 vydal rozhodnutie č. 400-1487/2007-1, ktorým rozhodol o vzniku nároku na dávky v nezamestnanosti žalobcu odo dňa 09.08.2000 a zároveň rozhodol, že nárok na dodatočné poskytnutie dávky v nezamestnanosti žalobcu vo výške XXXX,- Sk zanikol v zmysle § 55 ods. 2 zákona č. 387/1996 Z.z. uplynutím lehoty 3 rokov, dňa 08.05.2004. Proti tomuto rozhodnutiu podal odvolanie žalobca a žalovaný zamietol odvolanie žalobcu rozhodnutím zo dňa 13.08.2007 č. 232-669/2007. Tieto rozhodnutia správnych orgánov boli rozsudkom Krajského súdu v Bratislave č.k. 1S 281/2007-40 zo dňa 29.01.2009 zrušené z dôvodu nepreskúmateľnosti a nezrozumiteľnosti predmetných rozhodnutí. 18/ Prvostupňový správny orgán v novom konaní rozhodol o nároku žalobcu na podporu v nezamestnanosti za obdobie od 09.08.2000, rešpektujúc právny názor vyjadrený v rozsudku Krajského súdu v Bratislave, č.k. 1S 281/2007-40 zo dňa 29.01.2009 a vydal rozhodnutie o vzniku nároku na podporu v nezamestnanosti. Poukazuje v tomto rozhodnutí, že celkový doplatok dávky v nezamestnanosti, t.j. rozdiel medzi skutočným a vyplateným nárokom je suma XXX,XX eur. 19/ Žalovaný uvádza, že aj prvostupňový správny orgán rozhodol o podpore v nezamestnanosti žalobcu tak ako im to bolo uložené právoplatnými súdnymi rozhodnutiami. V danom prípade žalovaný je toho názoru, že žalobu žalobcu je potrebné zamietnuť, pretože bol riadne zistený skutkový stav veci a riadne bolo poukázané na to, že rozhodovali oba správne orgány v intenciách rozhodnutiach súdov. IV. Konanie pred Krajským súdom v Bratislave a Najvyšším súdom SR 20/ Krajský súd v Bratislave rozsudkom č.k. 3S/65/2010-65 zo dňa 27.03.2012 napadnuté rozhodnutie žalovaného č. 232-1862/2009 zo dňa 01.122009 zrušil podľa § 250j ods. 2 písm. a/ O.s.p. a vec vrátil žalovanému na ďalšie konanie a priznal žalobcovi náhradu trov konania. 21/ Proti uvedenému rozsudku krajského súdu doručil dňa 25.05.2012 odvolanie žalovaný, o ktorom rozhodol Najvyšší súd SR uznesením sp. zn. 10Sžso/16/2012 zo dňa 22.05.2013 tak, že rozsudok krajského súdu v Bratislave č.k. 3S/85/2010-65 zo dňa 27.03.2012 zrušil a vec mu vrátil na ďalšie konanie, pretože žalobcovi bola odňatá možnosť konať pred súdom. V. Vyhlásenie rozsudku. 22/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15.10.2019, ktorý verejne vyhlásil. VI. Relevantné právne predpisy 23/ Krajský súd v Bratislave, ako súd vecne príslušný na konanie vo veci podľa ust. § 10 SSP, preskúmal napadnuté rozhodnutie a dospel k záveru, že žaloba je dôvodná. 24/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27/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28/ Podľa § 259 ods. 1 zákona č. 461/2003 Z.z., v konaniach o nároku na podporu v nezamestnanosti, ktorý vznikol pred 1. januárom 2004, o ktorom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29/ Podľa § 260 ods. 2 písm. h/ zákona č. 461/2003 Z.z., keď sa vo všeobecne záväzných právnych predpisoch vydaných pred 1. januárom 2004 používa pojem „podpora v nezamestnanosti“, rozumie sa tým „dávka v nezamestnanosti“. 30/ Podľa § 46 ods. 6 zákona č. 387/1996 Z.z., evidovanému nezamestnanému sa priznáva podpora v nezamestnanosti po splnení podmienok ustanovených týmto zákonom odo dňa jeho zaradenia do evidencie nezamestnaných. Podľa § 50 ods. 1 zákona č. 387/1996 Z.z., výška podpory v nezamestnanosti za jeden kalendárny mesiac je a/ počas prvých troch mesiacov 50% zo základu na určenie podpory v nezamestnanosti, b/ po zostávajúci čas 45% zo základu na určenie podpory v nezamestnanosti. 31/ Podľa § 50 ods. 2 písm. a/ zákona č. 387/1996 Z.z., základom na určenie podpory v nezamestnanosti je priemerný mesačný vymeriavací základ, ak občan platil príspevok na poistenie v nezamestnanosti poľa § 57 aspoň za šesť celých kalendárnych mesiacov v posledných troch rokoch pred jeho zaradením do evidencie nezamestnaných. 32/ Podľa § 51 ods. 1 zákona č. 387/1996 Z.z., podpora v nezamestnanosti sa poskytuje evidovanému nezamestnanému v závislosti od celkového obdobia platenia príspevku na poistenie v nezamestnanosti dosiahnutého v príslušnom kalendárnom roku do 15 rokov počas šiestich mesiacov, nad 15 rokov počas deviatich mesiacov (ďalej len „podporné obdobie“), ak zákon ďalej neustanovuje inak. 33/ Podľa § 54 zákona č. 387/1996 Z.z., evidovanému nezamestnanému vzniká nový nárok na podporu v nezamestnanosti, ak po vyradení z evidencie nezamestnaných platil príspevok na poistenie v nezamestnanosti najmenej počas šiestich mesiacov. 34/ Podľa § 55 ods. 2 zákona č. 387/1996 Z.z., ak okresný úrad práce dostatočne zistí, že podporu v nezamestnanosti evidovanému nezamestnanému priznal a poskytol v nižšej sume, ako mu patrila, alebo mu je neprávom odoprel, prípadne priznal od neskoršieho dňa, ako mu patrila, podporu v nezamestnanosti dodatočne prizná, zvýši alebo doplatí. Nárok na dodatočné poskytnutie podpory v nezamestnanosti alebo jej časti zaniká uplynutím lehoty troch rokov, ktorá začína plynúť odo dňa, od ktorého podpora v nezamestnanosti alebo jej časť patrila. VII. Posúdenie veci správnym súdom 35/ Správny súd, ako súd vecne a miestne príslušný na konanie vo veci § 9 ods. 1, § 10 SSP preskúmal napadnuté rozhodnutie v rozsahu dôvodov uvedených v žalobe a dospel k záveru, že rozhodnutie žalovaného č. 232-1862/2009 zo dňa 01.12.2009 je potrebné zrušiť podľa § 191 ods. 1 písm. d/ a e/ SSP , pretože napadnuté rozhodnutie žalovaného je nepreskúmateľné pre nezrozumiteľnosť alebo nedostatok dôvodov, zistenie skutkového stavu orgánom verejnej správy bolo nedostačujúce na riadne posúdenie veci. 36/ V správnom súdnictve preskúmavajú súdy na základe žalôb alebo opravných prostriedkov zákonnosť rozhodnutí a postupu orgánov verejnej správy, ktorými sa zakladajú, menia alebo zrušujú práva a povinnosti fyzických alebo právnických osôb, ako aj rozhodnutia, ktorými práva a právom chránené záujmy týchto osôb môžu byť dotknuté. 37/ Úlohou súdu v predmetnej veci bolo preskúmať zákonnosť rozhodnutia žalovaného vo veci nároku na dávku v nezamestnanosti odo dňa 09.08.2000 v zmysle zák. č. 387/1996 Z.z. o zamestnanosti v znení účinnom do 31.12.2003. 38/ Správny súd, v rozsudku časť I. Priebeh administratívneho konania, podrobne opísal priebeh administratívneho konania od podanie žiadosti žalobcu na priznanie dávky v nezamestnanosti až do času vydania napadnutého rozhodnutia. 39/ Správny súd konštatuje, že prvostupňový orgán v napadnutom rozhodnutí sa zaoberal doterajším priebehom žalobcovho nároku na dávku nezamestnanosti od 09.08.2000 opisuje v rozhodnutí všetky rozhodnutia, ktoré sa zaoberali touto problematikou od rozhodnutí prvostupňových správnych orgánov, rozhodnutí Krajského súdu v Bratislave a Najvyššieho súdu v Bratislave, avšak tomuto rozhodnutiu chýba odôvodnenie, pretože z odôvodnenia vyplýva, že: „z vyššie uvedených dôvodov rozhodla Sociálna poisťovňa, pobočka Bratislava - okolie tak, ako je uvedené vo výrokovej časti tohto rozhodnutia. Mesačná suma dávok, ktorá mala pánovi I. Q. patriť za obdobie od 09.08.2008 do 08.05.2001 bola určená v mene slovenská koruna a mesačný rozdiel medzi vyplatenou mesačnou sumou a skutočným nárokom bol prekonvertovaný konverzným kurzom na menu euro. Úhrn týchto súm predstavuje XXX,XX eur“. O podaní odvolania žalobcu rozhodol žalovaný, ktorý potvrdil rozhodnutie prvostupňového správneho orgánu rozhodnutím zo dňa 01.12.2009 č. 232/1862/2009, z ktorého odôvodnenia vyplýva, že podpora z nezamestnanosti bola žalobcovi vyplatená pôvodne v priznanej výške a preskúmavaným rozhodnutím bol priznaný rozdiel v porovnaní s tým, na čo mal mať žalobca nárok podľa súdnych rozhodnutí a už vyplatenou dávkou, konštatuje sa v ňom, že z dôvodu zásady nerozhodovať dva razy v tej istej veci, nie je možné priznať a opakovane vyplatiť to čo už bolo žalobcovi priznané. 40/ Správny súd konštatuje, že predmetom konania je nárok žalobcu na dávku v nezamestnanosti a to za obdobie od 09.08.2000 do 08.05.2001, je potrebné konštatovať, že do pojednávania konaného dňa 15.10.2019 orgány verejnej správy, tak prvého, ako aj druhého stupňa z dôvodu zrušenia všetkých ich predchádzajúcich rozhodnutí právoplatne o nároku žalobcu nerozhodli. Prvostupňový správny orgán rozhodnutím zo dňa 19.06.2009 ako aj rozhodnutím žalovaného rozhodli v rozpore s rozsudkom Krajského súdu v Bratislave, č.k. 1S 281/2007 zo dňa 29.01.2009, v ktorom bol vyslovený právny názor zhodný s rozhodnutím Najvyššieho súdu SR sp. zn. Sž-o-KS 212/03 zo dňa 28.02.2005. Taktiež nepostupovali v súlade s rozsudkom Krajského súdu v Bratislave č.k. 2S/294/05-19 zo dňa 14.02.2007. Oba správne orgány nerešpektovali vyslovené záväzné stanovisko v rozhodnutiach súdov. 41/ Úlohou žalovaného v ďalšom konaní bude potrebné rozhodnúť o žalobcovej žiadosti o priznaní podpory v nezamestnanosti, opätovne nebudú rozhodovať o doplatku dávky v nezamestnanosti, ale rozhodne o priznaní podpory v nezamestnanosti, pretože ešte v tomto konaní táto dávka právoplatne priznaná nebola. 42/ O trovách konania bolo rozhodnuté tak, že úspešnému žalobcovi súd priznal náhradu trov konania vo výške 100% voči žalovanému. 43/ Toto rozhodnutie senát Krajského súdu v Bratislave prijal pomerom hlasov 3 : 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https://www.kauzis.sk/judikatura/r/ECLI:SK:KSBA:2019:1010200576.8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