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5S/51/2014 z 8. 4. 2019</w:t>
      </w:r>
    </w:p>
    <w:p>
      <w:r>
        <w:t>Uznesenie Krajského súdu Bratislava z 8. apríla 2019, sp. zn. 5S/51/2014, ECLI:SK:KSBA:2019:1014200415.3</w:t>
      </w:r>
    </w:p>
    <w:p>
      <w:r>
        <w:t>Súd: Krajský súd Bratislava</w:t>
      </w:r>
    </w:p>
    <w:p>
      <w:r>
        <w:t>Spisová značka: 5S/51/2014</w:t>
      </w:r>
    </w:p>
    <w:p>
      <w:r>
        <w:t>ECLI: ECLI:SK:KSBA:2019:1014200415.3</w:t>
      </w:r>
    </w:p>
    <w:p>
      <w:r>
        <w:t>Dátum vydania: 8. 4. 2019</w:t>
      </w:r>
    </w:p>
    <w:p>
      <w:r>
        <w:t>Forma: Uznesenie</w:t>
      </w:r>
    </w:p>
    <w:p>
      <w:pPr>
        <w:pStyle w:val="Heading2"/>
      </w:pPr>
      <w:r>
        <w:t>Text rozhodnutia</w:t>
      </w:r>
    </w:p>
    <w:p>
      <w:r>
        <w:t>Súd: Krajský súd Bratislava Spisová značka: 5S/51/2014 Identifikačné číslo súdneho spisu: 1014200415 Dátum vydania rozhodnutia: 09. 04. 2019 Meno a priezvisko sudcu, VSÚ: JUDr. Viera Šebestová ECLI: ECLI:SK:KSBA:2019:1014200415.3 Uznesenie Krajský súd v Bratislave v právnej veci žalobcu: H.. U.. Q. F., bytom U. XXXX/XX, XXX XX O., proti žalovanému: Úrad pre verejné obstarávanie, Ružová dolina 606/10, 821 09 Bratislava, o preskúmanie zákonnosti rozhodnutia žalovaného č. 1013-6000/2014-ON/14 zo dňa 06.02.2014, takto r o z h o d o l : I. Správny súd žalobu o d m i e t a. II. Žiaden z účastníkov nemá právo na náhradu trov konania. o d ô v o d n e n i e : 1. Žalobca sa žalobou doručenou Krajskému súdu dňa 17.03.2014 domáhal preskúmania zákonnosti rozhodnutia žalovaného č. 1013-6000/2014-ON/14 zo dňa 06.02.2014. 2. Správny súd uznesením č. k. 5S/51/2014-20 zo dňa 21.01.2016 vyzval žalobcu na odstránenie vád žaloby, a to aby označil žalobcu, žalovaného, rozhodnutie, ktorého preskúmania sa domáha, uviedol správne znenie návrhu výroku rozsudku a aby si v lehote 15 dní od doručenia uznesenia ustanovil advokáta na zastupovanie v konaní. 3. Žalobca v súdom stanovenej lehote vady žaloby neodstránil. Správny súd uznesením č. k. 5S/51/2014-31 z 22.03.2016 z dôvodu neodstránenia vád žaloby konanie zastavil. 4. Žalobca podal proti tomuto uzneseniu odvolanie, o ktorom Najvyšší súd Slovenskej republiky rozhodol tak, že napadnuté uznesenie Krajského súdu v Bratislave zrušil a vec mu vrátil na ďalšie konanie. V zrušujúcom uznesení Najvyšší súd SR uložil Krajskému súdu v Bratislave povinnosť posúdiť žiadosť žalobcu o ustanovenie advokáta a až následne odstraňovať vady žaloby a vyvodzovať ďalší procesný postup v konaní. 5. Vzhľadom k tomu, že právomoc rozhodnúť o ustanovení právneho zástupcu z radov advokátov má od účinnosti zákona č. 332/2011 Z. z. Centrum právnej pomoci, Krajský súd v Bratislave oznámením č. k. 5S/51/2014-42 zo dňa 31.08.2016 žalobcu poučil, že má možnosť obrátiť sa so žiadosťou o ustanovenie advokáta na Centrum právnej pomoci a vyzval ho, aby v lehote 15 dní odo dňa doručenia oznámenia oznámil tunajšiemu správnemu súdu, či sa v danej veci obrátil na Centrum právnej pomoci a predložil originál plnomocenstva udeleného advokátovi na zastupovanie v konaní. 6. Žalobca podaním z 28.09.2016 správnemu súdu oznámil, že sa obrátil na Centrum právnej pomoci so žiadosťou o ustanovenie advokáta. Správny súd dopytom na Centrum právnej pomoci zistil, že konanie o nároku na poskytnutie právnej pomoci žalobcovi bolo rozhodnutím Centra právnej pomoci sp. zn. 13969/2016-KaBA, ČRZ: 84534/2016 zo dňa 29.12.2016 zastavené, nakoľko žalobca v stanovenej lehote neodstránil nedostatky podania a nepredložil požadované doklady. Proti rozhodnutiu o zastavení konania o nároku sp. zn. 13969/2016-KaBA, ČRZ: 84534/2016 podal žalobca dňa 17.01.2017 odvolanie. Dňa 09.02.2017 postúpilo Centrum právnej pomoci svojmu právnemu odboru ako odvolaciemu orgánu celý administratívny spis vedený pod sp. zn. 2632/2017-KaBA (13969/2016-KaBA) na rozhodnutie o odvolaní. Dňa 01.03.2017 vydalo Centrum právnej pomoci rozhodnutie sp. zn.: 4567/2017-PO-ZB, R. z.: 13742/2017, ktorým odvolanie žalobcu zamietlo a potvrdilo rozhodnutie Centra právnej pomoci, kancelária Bratislava sp. zn. 13969/2016-KaBA, ČRZ: 84534/2016 zo dňa 29.12.2016 o zastavení konania o nároku na poskytnutie právnej pomoci v celom rozsahu. Predmetné rozhodnutie nadobudlo právoplatnosť dňa 03.03.2017. 7. Následne správny súd výzvou č. k. 5S/51/2014-60 z 18.09.2018 opätovne vyzval žalobcu, aby v lehote 10 dní od doručenia výzvy písomne oznámil správnemu súdu, či si zvolil advokáta na zastupovanie v konaní. Zároveň súd žalobcu poučil o následku nepredloženia plnomocenstva udeleného advokátovi na zastupovanie v tomto konaní, ktorým je podľa § 98 ods. 1 písm. f) Správneho súdneho poriadku odmietnutie žaloby. Žalobca predmetnú výzvu prevzal dňa 13.12.2018. Lehota na predloženie plnomocenstva žalobcovi uplynula dňom 27.12.2018. 8. Zo súdneho spisu vyplýva, že žaloba nebola spísaná advokátom a žalobca nebol pri jej podaní zastúpený advokátom. Žalobca pri podaní žaloby nepredložil plnomocenstvo udelené advokátovi na zastupovanie v predmetnom konaní ani potvrdenie, že má vysokoškolské právnické vzdelanie druhého stupňa. Zároveň však v danom prípade nejde o výnimku z povinného právneho zastúpenia advokátom podľa § 49 ods. 2 zákona č. 162/2015 Z. z. Správny súdny poriadok (ďalej len „SSP“). Žalobca si nezvolil právneho zástupcu z radov advokátov a o tejto skutočnosti správnemu súdu nepredložil plnomocenstvo udelené advokátovi na zastupovanie v konaní ani na výzvu súdu v súdom stanovenej lehote. 9.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10.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11.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12. Advokátom je osoba zapísaná v zozname vedenom Slovenskou advokátskou komorou podľa zákona č. 586/2003 Z. z. o advokácii a o zmene a doplnení zákona č. 455/1991 Zb. o živnostenskom podnikaní (živnostenský zákon) v znení neskorších predpisov. 13. V konaní pred správnym súdom je v zásade právne zastúpenie advokátom povinné. Keďže sa v správnom súdnom procese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Plná moc pre advokáta musí byť udelená samostatne na konanie pred správnym súdom.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Procesná podmienka povinného zastúpenia advokátom musí byť splnená počas celého konania. Ak si účastník konania vzhľadom na svoje finančné a majetkové pomery nemôže dovoliť advokáta, môže požiadať Centrum právnej pomoci o poskytnutie bezplatnej právnej pomoci, prípadne o poskytnutie právnej pomoci s finančnou spoluúčasťou. 14. Podľa § 98 ods. 1 písm. f) SSP, správny súd uznesením odmietne žalobu, ak žalobca nebol pri jej podaní zastúpený podľa § 49 ods. 1 alebo § 50. 15. Vzhľadom na vyššie uvedené skutočnosti, z dôvodu, že žaloba nebola spísaná advokátom a žalobca nebol pri jej podaní zastúpený podľa § 49 ods. 1 SSP advokátom, správny súd postupoval v súlade s ust. § 98 ods. 1 písm. f) SSP a žalobu odmietol. 16. O náhrade trov konania správny súd rozhodol podľa § 170 písm. a) SSP tak, že žiaden z účastníkov nemá právo na náhradu trov konania, nakoľko žaloba bola odmietnutá. 17. Toto rozhodnutie senát Krajského súdu v Bratislave prijal pomerom hlasov 3:0 (§ 139 ods. 4 v spojení s § 147 ods. 2 SSP).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https://www.kauzis.sk/judikatura/r/ECLI:SK:KSBA:2019:1014200415.3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