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2S/179/2017 z 11. 3. 2019</w:t>
      </w:r>
    </w:p>
    <w:p>
      <w:r>
        <w:t>Uznesenie Krajského súdu Bratislava z 11. marca 2019, sp. zn. 2S/179/2017, ECLI:SK:KSBA:2019:1014201956.2</w:t>
      </w:r>
    </w:p>
    <w:p>
      <w:r>
        <w:t>Súd: Krajský súd Bratislava</w:t>
      </w:r>
    </w:p>
    <w:p>
      <w:r>
        <w:t>Spisová značka: 2S/179/2017</w:t>
      </w:r>
    </w:p>
    <w:p>
      <w:r>
        <w:t>ECLI: ECLI:SK:KSBA:2019:1014201956.2</w:t>
      </w:r>
    </w:p>
    <w:p>
      <w:r>
        <w:t>Dátum vydania: 11. 3. 2019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2S/179/2017 Identifikačné číslo súdneho spisu: 1014201956 Dátum vydania rozhodnutia: 12. 03. 2019 Meno a priezvisko sudcu, VSÚ: JUDr. Vlastimil Pavlikovský ECLI: ECLI:SK:KSBA:2019:1014201956.2 Uznesenie Krajský súd v Bratislave v právnej veci žalobcu: Kaufland Slovenská republika v.o.s., so sídlom Trnavská cesta 41/A, 831 04 Bratislava, IČO: 35 790 164, právne zastúpený advokátskou kanceláriou: Advokátska kancelária ECKER - KÁN &amp; PARTNERS, s.r.o., so sídlom Námestie Martina Benku 9, 811 07 Bratislava, IČO: 35 886 625, proti žalovanému: Štátna veterinárna a potravinová správa Slovenskej republiky, so sídlom Botanická 17, 842 13 Bratislava, o preskúmanie zákonnosti rozhodnutia žalovaného číslo: 2850/2014 zo dňa 17.09.2014, takto r o z h o d o l : Správny súd konanie z a s t a v u j e. II. Žiaden z účastníkov nemá právo na náhradu trov konania. III. Správny súd v r a c i a žalobcovi krátený súdny poplatok za podanie správnej žaloby vo výške 63,30 eura prostredníctvom prevádzkovateľa systému - Slovenskej pošty, a.s., so sídlom Partizánska cesta 9, 975 99 Banská Bystrica, po právoplatnosti tohto uznesenia. o d ô v o d n e n i e : Správnou žalobou zo dňa 21.11.2014, doručenou Krajskému súdu v Bratislave (ďalej aj ako „správny súd“ alebo „tunajší súd“) dňa 24.11.2014, sa žalobca domáhal preskúmania zákonnosti rozhodnutia žalovaného číslo: 2850/2014 zo dňa 17.09.2014, ktorým žalovaný zamietol odvolanie žalobcu a potvrdil rozhodnutie orgánu verejnej správy prvého stupňa - Regionálnej veterinárnej a potravinovej správy Poprad číslo: 1440/2014 zo dňa 09.07.2014 o uložení úhrnnej pokuty vo výške XX.XXX eur podľa § 28 ods. 4 písm. a) o potravinách, za nedostatky zistené pri výkone úradnej kontroly potravín dňa 28.05.2014 v čase od 09:00 do 15:00 hod. a podľa § 28 ods. 7 zákona o potravinách za opakované porušenie povinností podľa § 28 ods. 4 písm. a), v prevádzkarni: Kaufland SR v.o.s. - prevádzka Poprad, Moyzesova 4067/3, 058 01 Poprad. Žalobca žiadal napadnuté rozhodnutie v spojení s prvostupňovým rozhodnutím zrušiť a vec vrátiť žalovanému na ďalšie konanie. 2. Podaním doručeným správnemu súdu dňa 04.03.2019 vzal žalobca správnu žalobu v celom rozsahu späť a žiadal konanie zastaviť. Späťvzatie správnej žaloby bližšie neodôvodnil. Zároveň požiadal o vrátenie uhradeného súdneho poplatku. 3. Podľa § 63 zákona č. 162/2015 Z. z. Správny súdny poriadok (ďalej len „SSP“), žalobca môže do vydania rozhodnutia správneho súdu vziať žalobu späť, a to sčasti alebo celkom. Ak je žaloba vzatá späť celkom, správny súd konanie zastaví. Ak je žaloba vzatá späť sčasti, správny súd konanie v tejto časti zastaví. O čiastočnom späťvzatí žaloby rozhodne správny súd v rozhodnutí vo veci samej. 4. Podľa § 99 písm. a) SSP, správny súd konanie uznesením zastaví, ak žalobca vzal žalobu späť skôr, ako správny súd vo veci rozhodol. 5. Nakoľko žalobca vzal späť žalobu pred rozhodnutím veci, správny súd v súlade s ustanovením § 99 písm. a) SSP konanie zastavil. 6. O náhrade trov konania správny súd rozhodol podľa § 170 písm. b) SSP tak, že žiaden z účastníkov nemá právo na náhradu trov konania, nakoľko konanie bolo zastavené a nebol zistený žiaden dôvod pre aplikáciu ust. § 171 ods. 1 SSP. 7. Podľa § 11 ods. 3 veta tretia zákona č. 71/1992 Zb. o súdnych poplatkoch a poplatku za výpis z registra trestov (ďalej len „zákon č. 71/1992 Zb.“), v konaní pred správnym súdom sa poplatok vráti, ak sa konanie zastavilo, ak sa správna žaloba, kasačná sťažnosť alebo žaloba na obnovu konania odmietla alebo vzala späť pred prejednaním veci. Podľa § 11 ods. 4 veta prvá zákona č. 71/1992 Zb., okrem poplatku v konaní o rozvod manželstva a poplatku, ktorý sa vracia podľa odseku 1, sa poplatok alebo jeho časť (preplatok) vracia krátený o 1%, najmenej však 6,70 eura. 8. V zmysle ustanovení § 11 ods. 3 a 4 zákona č. 71/1992 Zb. tunajší súd záverom uvádza, že žalobcovi súčasne vracia krátený súdny poplatok za podanie správnej žaloby vo výške 63,30 eura prostredníctvom prevádzkovateľa systému - Slovenskej pošty, a.s., Partizánska cesta 9, Banská Bystrica. 9. Vzhľadom na citované zákonné ustanovenia a s poukazom na vyššie uvedené skutočnosti, správny súd rozhodol tak, ako je uvedené vo výrokovej časti tohto rozhodnutia. 10. Toto rozhodnutie prijal senát Krajského súdu v Bratislave pomerom hlasov 3 : 0 (§ 139 ods. 4 v spojení s § 147 ods. 2 SSP). Poučenie: Proti tomuto uzneseniu možno podať kasačnú sťažnosť v lehote jedného mesiaca od jeho doručenia na Krajský súd v Bratislave. Ak bolo vydané opravné uznesenie, lehota plynie znovu od doručenia opravného uznesenia len v rozsahu vykonanej opravy (§ 443 ods. 1 SSP). Zmeškanie lehoty nemožno odpustiť (§ 443 ods. 5 SSP). Lehota na podanie kasačnej sťažnosti je zachovaná, ak počas nej bola kasačná sťažnosť podaná na kasačnom súde (§ 444 ods. 2 SSP). V kasačnej sťažnosti sa musí okrem všeobecných náležitostí podania podľa § 57 SSP uviesť označenie napadnutého rozhodnutia, údaj kedy napadnuté rozhodnutie bolo sťažovateľovi doručené, opísanie rozhodujúcich skutočností, aby bolo zrejmé, v akom rozsahu a z akých dôvodov podľa § 440 SSP sa podáva a návrh výroku rozhodnutia. Sťažnostné body možno meniť len do uplynutia lehoty na podanie kasačnej sťažnosti (§ 445 ods. 1, 2 SSP).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má sťažovateľ alebo opomenutý sťažovateľ, jeho zamestnanec alebo člen, ktorý za neho na kasačnom súde koná alebo ho zastupuje, vysokoškolské právnické vzdelanie druhého stupňa (písm. a/); ide o konania o správnej žalobe podľa § 6 ods. 2 písm. c/ a d/ (písm. b/); je žalovaným Centrum právnej pomoci (písm. c/).</w:t>
      </w:r>
    </w:p>
    <w:p/>
    <w:p>
      <w:r>
        <w:t>Zdroj: KAUZIS.SK – https://www.kauzis.sk/judikatura/r/ECLI:SK:KSBA:2019:1014201956.2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