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10Scud/5/2016 z 12. 3. 2019</w:t>
      </w:r>
    </w:p>
    <w:p>
      <w:r>
        <w:t>Uznesenie Krajského súdu Bratislava z 12. marca 2019, sp. zn. 10Scud/5/2016, ECLI:SK:KSBA:2019:1016200303.2</w:t>
      </w:r>
    </w:p>
    <w:p>
      <w:r>
        <w:t>Súd: Krajský súd Bratislava</w:t>
      </w:r>
    </w:p>
    <w:p>
      <w:r>
        <w:t>Spisová značka: 10Scud/5/2016</w:t>
      </w:r>
    </w:p>
    <w:p>
      <w:r>
        <w:t>ECLI: ECLI:SK:KSBA:2019:1016200303.2</w:t>
      </w:r>
    </w:p>
    <w:p>
      <w:r>
        <w:t>Dátum vydania: 12. 3.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10Scud/5/2016 Identifikačné číslo súdneho spisu: 1016200303 Dátum vydania rozhodnutia: 13. 03. 2019 Meno a priezvisko sudcu, VSÚ: JUDr. Beata Jurgošová ECLI: ECLI:SK:KSBA:2019:1016200303.2 Uznesenie Krajský súd v Bratislave v právnej veci navrhovateľky: K. C., K. XX L. A., A. P., R. XXX XX, F., proti odporkyni: Sociálna poisťovňa ústredie, Ul. 29. augusta č. 8-10, Bratislava, o sumu starobného dôchodku, takto r o z h o d o l : Súd konanie zastavuje. Žiaden z účastníkov nemá právo na náhradu trov konania. o d ô v o d n e n i e : Navrhovateľka svojím návrhom žiadala preskúmať rozhodnutie odporkyne číslo XXX XXX XXXX X zo dňa 11.11.2015, ktorým odporkyňa podľa § 10 zákona č. 101/1964 Zb. o sociálnom zabezpečení a podľa § 259 ods. 1, § 114 ods. 1 a § 82 zákona č. 461/2003 Z.z. o sociálnom poistení v znení neskorších predpisov od 30. júla 2012 uvoľnila výplatu starobného dôchodku v sume 57,40 eur mesačne, ktorý bol od 1.1.2013 zvýšený na sumu 68,60 eur mesačne, od 1.1.2014 na sumu 77,40 eur mesačne a od 1.1.2015 na sumu 82,60 eur mesačne. Odporkyňa napadnuté rozhodnutie v časti odôvodnenia zmenila rozhodnutím číslo XXX XXX XXXX X zo dňa 8.3.2016. Týmto rozhodnutím navrhovateľke od 30. júla 2012 bola uvoľnená výplata starobného dôchodku. Písomným prehlásením doručeným súdu dňa 13.03.2019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https://www.kauzis.sk/judikatura/r/ECLI:SK:KSBA:2019:1016200303.2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