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9Sp/41/2016 z 27. 3. 2019</w:t>
      </w:r>
    </w:p>
    <w:p>
      <w:r>
        <w:t>Uznesenie Krajského súdu Bratislava z 27. marca 2019, sp. zn. 9Sp/41/2016, ECLI:SK:KSBA:2019:1016200741.1</w:t>
      </w:r>
    </w:p>
    <w:p>
      <w:r>
        <w:t>Súd: Krajský súd Bratislava</w:t>
      </w:r>
    </w:p>
    <w:p>
      <w:r>
        <w:t>Spisová značka: 9Sp/41/2016</w:t>
      </w:r>
    </w:p>
    <w:p>
      <w:r>
        <w:t>ECLI: ECLI:SK:KSBA:2019:1016200741.1</w:t>
      </w:r>
    </w:p>
    <w:p>
      <w:r>
        <w:t>Dátum vydania: 27. 3.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9Sp/41/2016 Identifikačné číslo súdneho spisu: 1016200741 Dátum vydania rozhodnutia: 28. 03. 2019 Meno a priezvisko sudcu, VSÚ: JUDr. Beata Jurgošová ECLI: ECLI:SK:KSBA:2019:1016200741.1 Uznesenie Krajský súd v Bratislave v právnej veci navrhovateľa: R. L., narodeného XX.XX.XXXX, zomretého XX.X.XXXX, naposledy bytom Y. XX, Q. proti odporcovi: Centrum právnej pomoci, Kancelária Bratislava, so sídlom Námestie slobody 12, Bratislava v konaní o opravnom prostriedku navrhovateľa z 20.4.2016 proti rozhodnutiu odporcu sp. zn. 4800/2016-KaBa (28487/2014-KaBA), ČRZ: 23521/2016 zo dňa 12.04.2016, takto r o z h o d o l : Krajský súd v Bratislave konanie z a s t a v u j e . Žiaden z účastníkov konania nemá právo na náhradu trov tohto konania. o d ô v o d n e n i e : Dňa 29.04.2016 bol konajúcemu Krajskému súdu v Bratislave (ďalej len „súd“) doručený návrh - opravný prostriedok navrhovateľa, ktorým sa domáhal zrušenia napadnutého rozhodnutia odporcu Sp. zn. 4800/2016-KaBa (2848/2014-KaBA), ČRZ: 23521/2016 z 12.04.2016. Napadnutým rozhodnutím odporca odňal navrhovateľovi nárok na poskytovanie právnej pomoci vo veci, vedenej na Okresnom súde Bratislava I pod sp. zn. 2Cbi/10/2008. Dňa 8.02.2019 bol tunajšiemu súdu doručený úmrtný list navrhovateľa, vystavený Matričným úradom Mestskej časti Bratislava - Nové Mesto o úmrtí navrhovateľa. Z uvedeného úmrtného listu (zväzok 69, ročník 2019, strana 112, por. č.72 označeného matričného úradu) súd zistil, že navrhovateľ dňa XX.X.XXXX zomrel. Podľa ust. § 250l ods.1) Občianskeho súdneho poriadku (ďalej len „O.s.p.“): Podľa ustanovení tejto hlavy sa postupuje v prípadoch, v ktorých zákon zveruje súdom rozhodovanie o opravných prostriedkoch proti neprávoplatným rozhodnutiam správnych orgánov. Podľa ust. ods. 2) citovaného zákonného ustanovenia: Pokiaľ v tejto hlave nie je ustanovené inak, použije sa primerane ustanovenie druhej hlavy. Podľa ust. § 246c ods. 1) O.s.p.: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ust. § 103 O.s.p.: Kedykoľvek za konania prihliada súd na to, či sú splnené podmienky, za ktorých môže konať vo veci (podmienky konania). Podľa ust. § 107 ods. 1) O.s.p.: Ak účastník stratí spôsobilosť byť účastníkom konania skôr, ako sa konanie právoplatne skončilo, súd posúdi podľa povahy veci, či má konanie zastaviť alebo prerušiť alebo či môže v ňom pokračovať. Nárok na poskytovanie právnej pomoci, ktorý bol napadnutým rozhodnutím odporcu navrhovateľovi odňatý, bol svojím charakterom osobnostným nárokom navrhovateľa. Pretože navrhovateľ po podaní návrhu v prejednávanej veci zomrel, čo je zrejmé z predloženého úmrtného listu, pričom vzhľadom na povahu veci (osobnostný nárok, ktorý smrťou zaniká) nie je možné v konaní pokračovať a ani ho prerušiť, súd s poukazom na citované zákonné ustanovenia konanie zastavil. O trovách konania súd rozhodol v súlade s ust. § 250h ods.2) O.s.p., tak, že nepriznal žiadnemu z účastníkov konania právo na náhradu trov konania. Poučenie: Proti tomuto uzneseniu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https://www.kauzis.sk/judikatura/r/ECLI:SK:KSBA:2019:1016200741.1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