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5Sd/78/2016 z 16. 4. 2019</w:t>
      </w:r>
    </w:p>
    <w:p>
      <w:r>
        <w:t>Uznesenie Krajského súdu Bratislava z 16. apríla 2019, sp. zn. 5Sd/78/2016, ECLI:SK:KSBA:2019:1016201007.3</w:t>
      </w:r>
    </w:p>
    <w:p>
      <w:r>
        <w:t>Súd: Krajský súd Bratislava</w:t>
      </w:r>
    </w:p>
    <w:p>
      <w:r>
        <w:t>Spisová značka: 5Sd/78/2016</w:t>
      </w:r>
    </w:p>
    <w:p>
      <w:r>
        <w:t>ECLI: ECLI:SK:KSBA:2019:1016201007.3</w:t>
      </w:r>
    </w:p>
    <w:p>
      <w:r>
        <w:t>Dátum vydania: 16. 4. 2019</w:t>
      </w:r>
    </w:p>
    <w:p>
      <w:r>
        <w:t>Forma: Uznesenie</w:t>
      </w:r>
    </w:p>
    <w:p>
      <w:pPr>
        <w:pStyle w:val="Heading2"/>
      </w:pPr>
      <w:r>
        <w:t>Text rozhodnutia</w:t>
      </w:r>
    </w:p>
    <w:p>
      <w:r>
        <w:t>Súd: Krajský súd Bratislava Spisová značka: 5Sd/78/2016 Identifikačné číslo súdneho spisu: 1016201007 Dátum vydania rozhodnutia: 17. 04. 2019 Meno a priezvisko sudcu, VSÚ: JUDr. Blanka Malichová ECLI: ECLI:SK:KSBA:2019:1016201007.3 Uznesenie Krajský súd v Bratislave v právnej veci navrhovateľa: Q. Q., nar. XX.XX.XXXX, bytom I. XXXX/XX, XXX XX O. - G. O., proti odporkyni: Sociálna poisťovňa - ústredie, Ul. 29. augusta č. 8-10, Bratislava, o invalidný dôchodok, o preskúmanie rozhodnutia správneho orgánu vo veci dôchodkového poistenia č. XXX XXX XXXX X zo dňa 07. marca 2016 takto r o z h o d o l : Konanie z a s t a v u j e. Žiaden z účastníkov nemá právo na náhradu trov konania. o d ô v o d n e n i e : 1. Navrhovateľ opravným prostriedkom zo dňa 19.04.2016, Krajskému súdu v Bratislave (ďalej iba „súd“) doručeným dňa 13.06.2016, žiadal preskúmať rozhodnutie odporkyne číslo č. XXX XXX XXXX X zo dňa 07. marca 2016, ktorým mu podľa ust. § 73, § 112 ods. 4 a § 82 zák.č. 461/2003 Z.z. zvýšila sumu invalidného dôchodku od 12.02.2016 na sumu 435,90 eur mesačne. 2. Na pojednávaní súdu dňa 17.04.2019 vzal navrhovateľ svoj návrh späť v celom rozsahu a žiadal konanie zastaviť. 3. Podľa § 491 ods. 1 Správneho súdneho poriadku č. 162/2015 Z.z. (ďalej len „S.s.p.“), ak nie je ďalej ustanovené inak, platí tento zákon aj na konania začaté podľa piatej časti Občianskeho súdneho poriadku predo dňom nadobudnutia jeho účinnosti. 4. Podľa § 491 ods. 2, druhá veta Správneho súdneho poriadku, ak sa tento zákon použije na konania začaté predo dňom nadobudnutia účinnosti tohto zákona, nemožno uplatňovať ustanovenia tohto zákona, ak by boli v neprospech žalobcu, ak je ním fyzická osoba alebo právnická osoba. 5. Podľa § 492 ods. 1 Správneho súdneho poriadku, konania podľa tretej hlavy piatej časti Občianskeho súdneho poriadku začaté predo dňom nadobudnutia účinnosti tohto zákona sa dokončia podľa doterajších predpisov. 6. Podľa § 492 ods. 2 Správneho súdneho poriadku, odvolacie konania podľa piatej časti Občianskeho súdneho poriadku začaté predo dňom nadobudnutia účinnosti tohto zákona sa dokončia podľa doterajších predpisov. 7. Podľa ust. § 250d ods. 3 Občianskeho súdneho poriadku č. 99/1963 Zb. (ďalej len „O.s.p.“) súd uznesením konanie zastaví, ak sa žaloba podala oneskorene, ak ju podala neoprávnená osoba, ak smeruje proti rozhodnutiu, ktoré nemôže byť predmetom preskúmavania súdom, ak žalobca neodstránil vady žaloby, ktorých odstránenie súd nariadil a ktoré bránia vecnému vybaveniu žaloby, alebo ak žalobca nie je zastúpený podľa § 250a alebo ak žaloba bola vzatá späť ( § 250h ods. 2). Odvolanie proti uzneseniu je prípustné. 8. Podľa ust. § 250h ods. 2 O.s.p. až do rozhodnutia súdu môže žalobca vziať žalobu späť; ak žalovanému medzitým vznikli trovy konania, rozhodne súd o ich náhrade. 9. Podľa ust. § 250l ods. 1 O.s.p. podľa ustanovení tejto hlavy sa postupuje v prípadoch, v ktorých zákon zveruje súdom rozhodovanie o opravných prostriedkoch proti neprávoplatným rozhodnutiam správnych orgánov. 10. Podľa ods. 2 cit ust. pokiaľ v tejto hlave nie je ustanovené inak, použije sa primerane ustanovenie druhej hlavy s výnimkou § 250a. 11. Krajský súd v Bratislave, so zreteľom na dispozitívny úkon navrhovateľa, ktorým vzal opravný prostriedok podaný proti rozhodnutiu odporkyne späť, konanie v zmysle ustanovení § 250d ods. 3 v spojení s ust. § 250h ods. 2 a § 250l ods. 2 O.s.p. zastavil, pričom svoj procesný postup podriadil zneniu ust. § 492 ods. 1 S.s.p a na svoje rozhodnutie aplikoval na vec vzťahujúce sa ustanovenia Občianskeho súdneho poriadku. 12. V zmysle jeho ustanovení postupoval aj pri rozhodovaní o trovách konania, a o ich náhrade rozhodol podľa ust. § 146 ods. 1 písm. c/ v spojení s § 246c ods. 1 veta prvá O.s.p. tak, že žiadnemu z účastníkov právo na náhradu trov konania nepriznal. Poučenie: Proti tomuto uzneseniu je možné podať odvolanie do 15 dní odo dňa jeho doručenia na Krajskom súde v Bratislave.</w:t>
      </w:r>
    </w:p>
    <w:p/>
    <w:p>
      <w:r>
        <w:t>Zdroj: KAUZIS.SK – https://www.kauzis.sk/judikatura/r/ECLI:SK:KSBA:2019:1016201007.3 (dáta aktuálne k 7.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