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6S/130/2016 z 23. 1. 2019</w:t>
      </w:r>
    </w:p>
    <w:p>
      <w:r>
        <w:t>Uznesenie Krajského súdu Bratislava z 23. januára 2019, sp. zn. 6S/130/2016, ECLI:SK:KSBA:2019:1016201034.2</w:t>
      </w:r>
    </w:p>
    <w:p>
      <w:r>
        <w:t>Súd: Krajský súd Bratislava</w:t>
      </w:r>
    </w:p>
    <w:p>
      <w:r>
        <w:t>Spisová značka: 6S/130/2016</w:t>
      </w:r>
    </w:p>
    <w:p>
      <w:r>
        <w:t>ECLI: ECLI:SK:KSBA:2019:1016201034.2</w:t>
      </w:r>
    </w:p>
    <w:p>
      <w:r>
        <w:t>Dátum vydania: 23. 1. 2019</w:t>
      </w:r>
    </w:p>
    <w:p>
      <w:r>
        <w:t>Forma: Uznesenie</w:t>
      </w:r>
    </w:p>
    <w:p>
      <w:pPr>
        <w:pStyle w:val="Heading2"/>
      </w:pPr>
      <w:r>
        <w:t>Text rozhodnutia</w:t>
      </w:r>
    </w:p>
    <w:p>
      <w:r>
        <w:t>Súd: Krajský súd Bratislava Spisová značka: 6S/130/2016 Identifikačné číslo súdneho spisu: 1016201034 Dátum vydania rozhodnutia: 24. 01. 2019 Meno a priezvisko sudcu, VSÚ: Mgr. Marián Degma ECLI: ECLI:SK:KSBA:2019:1016201034.2 Uznesenie Krajský súd v Bratislave v právnej veci žalobcu: Q.. O. E., I. O. Z. XXXX, XXX XX Q., I. Č. O. P. XX/XX, XXXX C., Y., právne zastúpený Mgr. Julianou Sumkovou, advokátka, so sídlom Námestie slobody 16, 915 01 Nové Mesto nad Váhom, proti žalovanému: Sociálna poisťovňa, ústredie, Ul. 29. augusta 8 a 10, 813 63 Bratislava, o preskúmanie zákonnosti rozhodnutia žalovaného č. 700-0211354516-GC04/16 zo dňa 15.02.2016, č. 700-0211354616-GC04/16 zo dňa 15.02.2016, takto r o z h o d o l : Krajský súd v Bratislave konanie z a s t a v u j e . Žiaden z účastníkov konania n e m á právo na náhradu trov konania. o d ô v o d n e n i e : 1. Žalobca sa žalobou podanou Krajskému súdu v Bratislave dňa 15.06.2016 domáhal preskúmania zákonnosti rozhodnutia žalovaného č. 700-0211354516-GC04/16 zo dňa 15.02.2016, ktorým žalovaný predpísal žalobcovi poistné za obdobie júl 2006 až december 2008, a to poistné na nemocenské poistenie v sume 436,61 €, poistné na starobné poistenie a príspevky na starobné dôchodkové sporenie v sume 1.784,20 €, poistné na invalidné poistenie v sume 595,07 € a poistné do rezervného fondu solidarity v sume 471,11 €, spolu vo výške 3.286,99 €. 2. Ďalej sa žalobca domáhal preskúmania zákonnosti rozhodnutia žalovaného č. 700-0211354616- GC04/16 zo dňa 15.02.2016, ktorým žalovaný predpísal žalobcovi poistné za obdobie január 2009, a to poistné na nemocenské poistenie v sume 5,70 €, poistné na starobné poistenie a príspevky na starobné dôchodkové sporenie v sume 23,70 €, poistné na invalidné poistenie v sume 7,90 € a poistné do rezervného fondu solidarity v sume 6,20 €, spolu vo výške 43,50 €. 3. Dňa 24.10.2016 žalovaný oznámil krajskému súdu, že žalobca podal návrh na obnovu konania a vzhľadom na to, že prebieha konanie o mimoriadnom opravnom prostriedku vo vzťahu k preskúmavaným rozhodnutiam, navrhol prerušenie konania podľa § 100 ods. 1 písm. e) zák.č. 162/2015 Z.z. o Správnom súdnom poriadku (ďalej len „SSP“). Na základe uvedenej skutočnosti správny súd uznesením sp.zn. 6S/130/2016-66 a 6S/131/2016-66 zo dňa 22.11.2016 konanie prerušil, až do skončenia správneho konania o mimoriadnom opravnom prostriedku. 4. Žalovaný vo vyjadrení doručenom súdu dňa 18.12.2018 (čl. 83) dal do pozornosti súdu, že konanie o obnove konania na základe návrhu žalobcu, smerujúceho voči uvedeným právoplatným rozhodnutiam bolo právoplatne ukončené. Uviedol, že Sociálna poisťovňa, pobočka Bratislava, obnovu konania v oboch prípadoch povolila. Po nadobudnutí právoplatnosti rozhodnutí Sociálnej poisťovne, pobočka Bratislava, č. 709-0213984418-GC04/18 a č. 709-0213984218-GC04/18, obe zo dňa 03.08.2018 o obnove konania, prvostupňový správny orgán vydal dňa 19.09.2018, nové rozhodnutia vo veci predpísania poistného na sociálne poistenie pod č. 700-0214950918-GC04/18 a č. 700-0214950818-GC04/18. Novými rozhodnutiami vo veci boli pôvodné rozhodnutia Sociálnej poisťovne, pobočka Bratislava, č. 700-0211354516-GC04/16 a č. 700-0211354616-GC04/16, ktoré žalobca napadol predmetnou žalobou, zrušené. Rozhodnutia Sociálnej poisťovne, pobočka Bratislava č. 700-0214950918-GC04/18 a č. 700-0214950818-GC04/18, vydané po povolení obnovy konania, nadobudli právoplatnosť dňa 11.10.2018. Na základe uvedeného žalovaný navrhol konanie podľa § 99 písm. d) SSP zastaviť. 5. Podľa § 99 písm. d) SSP, správny súd konanie uznesením zastaví, ak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6. Vzhľadom na to, že rozhodnutia, ktoré žalobca napadol predmetnou správnou žalobou boli v rámci obnovy konania zrušené a Sociálna poisťovňa, pobočka Bratislava po povolení obnovy konania vydala nové rozhodnutia, ktoré nadobudli právoplatnosť dňa 11.10.2018, správny súd postupoval v súlade s § 99 písm. d) SSP a konanie zastavil. 7. O náhrade trov konania súd rozhodol podľa § 170 písm. b) SSP tak, že žiaden z účastníkov konania nemá právo na náhradu trov konania, nakoľko konanie bolo zastavené. 8. Toto rozhodnutie senát Krajského súdu v Bratislave prijal pomerom hlasov 3:0 (§ 3 ods. 9 zákona č. 757/2004 Z.z. v znení zákona č. 33/2011Z.z.).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https://www.kauzis.sk/judikatura/r/ECLI:SK:KSBA:2019:1016201034.2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