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6S/151/2016 z 30. 1. 2019</w:t>
      </w:r>
    </w:p>
    <w:p>
      <w:r>
        <w:t>Uznesenie Krajského súdu Bratislava z 30. januára 2019, sp. zn. 6S/151/2016, ECLI:SK:KSBA:2019:1016201224.1</w:t>
      </w:r>
    </w:p>
    <w:p>
      <w:r>
        <w:t>Súd: Krajský súd Bratislava</w:t>
      </w:r>
    </w:p>
    <w:p>
      <w:r>
        <w:t>Spisová značka: 6S/151/2016</w:t>
      </w:r>
    </w:p>
    <w:p>
      <w:r>
        <w:t>ECLI: ECLI:SK:KSBA:2019:1016201224.1</w:t>
      </w:r>
    </w:p>
    <w:p>
      <w:r>
        <w:t>Dátum vydania: 30. 1. 2019</w:t>
      </w:r>
    </w:p>
    <w:p>
      <w:r>
        <w:t>Forma: Uznesenie</w:t>
      </w:r>
    </w:p>
    <w:p>
      <w:pPr>
        <w:pStyle w:val="Heading2"/>
      </w:pPr>
      <w:r>
        <w:t>Text rozhodnutia</w:t>
      </w:r>
    </w:p>
    <w:p>
      <w:r>
        <w:t>Súd: Krajský súd Bratislava Spisová značka: 6S/151/2016 Identifikačné číslo súdneho spisu: 1016201224 Dátum vydania rozhodnutia: 31. 01. 2019 Meno a priezvisko sudcu, VSÚ: JUDr. Andrea Krišková ECLI: ECLI:SK:KSBA:2019:1016201224.1 Uznesenie Krajský súd v Bratislave v právnej veci žalobcu: N.. Y. Y., H. U. X, XXX XX H., právne zast.: Advokátska kancelária Kovár a partneri, s.r.o., Vajnorská 8/A, Bratislava, proti žalovanému: Sociálna poisťovňa, pobočka Bratislava so sídlom Záhradnícka 31, 829 02 Bratislava v konaní o preskúmanie zákonnosti žalovaného č. 700-0213333216-GC04/16 zo dňa 15.04.2016, jednohlasne, takto r o z h o d o l : Krajský súd v Bratislave žalobu odmieta. Žiaden z účastníkov konania nemá právo na náhradu trov konania. o d ô v o d n e n i e : 1. Žalobou doručenou Krajskému súdu v Bratislave dňa 08.07.2016 sa žalobca domáhal preskúmania zákonnosti rozhodnutia žalovaného č. 700-0213333216-GC04/16 zo dňa 15.04.2016, ktorým žalovaný predpísal žalobcovi penále v sume 7.774,07 €. Proti tomuto rozhodnutiu bolo možné podľa poučenia podať odvolanie, nakoľko žalovaný je prvostupňový správny orgán. Navyše žalobou napadnuté rozhodnutie nadobudlo právoplatnosť dňa 12.05.2016. 2. Podľa § 7 písm. a) správneho súdneho poriadku (ďalej len S 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3. Podľa § 98 ods. 1 písm. g) SSP, správny súd uznesením odmietne žalobu, ak je neprípustná. 4. Z priloženého rozhodnutia č. 700-0213333216-GC04/16 zo dňa 15.04.2016 je zrejmé, že ide o rozhodnutie správneho orgánu prvého stupňa (voči ktorému je prípustné odvolanie), ktoré by malo byť predmetom súdneho prieskumu, avšak toto je v zmysle § 7 písm. a SSP zo súdneho prieskumu vylúčené. Dokonca aj sám žalobca v podanej žalobe udáva, že zákonná lehota na podanie odvolania mu márne uplynula. 5. Krajský súd v Bratislave na základe vyššie uvedených skutočností nemal inú možnosť, ako žalobu podľa § 98 ods. 1 písm. g) SSP odmietnuť z dôvodu, že podľa § 7 písm. a) SSP, správne súdy nepreskúmavajú právoplatné rozhodnutia orgánov verejnej správy, ak účastník konania pred ich právoplatnosťou nevyčerpal všetky riadne opravné prostriedky riadne a včas. 6. Podľa § 170 písm. a) SSP, žiaden z účastníkov konania nemá právo na náhradu trov konania, ak žaloba bola odmietnutá. 7. O náhrade trov konania súd rozhodol podľa § 170 písm. a) SSP tak, že žiaden z účastníkov konania nemá právo na náhradu trov konania, nakoľko žaloba bola odmietnutá.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https://www.kauzis.sk/judikatura/r/ECLI:SK:KSBA:2019:1016201224.1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