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1S/5/2017 z 6. 2. 2019</w:t>
      </w:r>
    </w:p>
    <w:p>
      <w:r>
        <w:t>Uznesenie Krajského súdu Bratislava z 6. februára 2019, sp. zn. 1S/5/2017, ECLI:SK:KSBA:2019:1017200027.2</w:t>
      </w:r>
    </w:p>
    <w:p>
      <w:r>
        <w:t>Súd: Krajský súd Bratislava</w:t>
      </w:r>
    </w:p>
    <w:p>
      <w:r>
        <w:t>Spisová značka: 1S/5/2017</w:t>
      </w:r>
    </w:p>
    <w:p>
      <w:r>
        <w:t>ECLI: ECLI:SK:KSBA:2019:1017200027.2</w:t>
      </w:r>
    </w:p>
    <w:p>
      <w:r>
        <w:t>Dátum vydania: 6. 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1S/5/2017 Identifikačné číslo súdneho spisu: 1017200027 Dátum vydania rozhodnutia: 07. 02. 2019 Meno a priezvisko sudcu, VSÚ: JUDr. Renáta Janáková ECLI: ECLI:SK:KSBA:2019:1017200027.2 Uznesenie Krajský súd v Bratislave, ako správny súd, v právnej veci žalobcu: C.. L. B.-H. P. F., U. cesta XXXX/XX, XXX XX V. V., C.: XX XXX XXX, zastúpený Mgr. Vladimírou Halamovou, advokátkou, Kaštanová 995, 25001 Brandýs nad Labem, Česká republika proti žalovanej: Slovenská obchodná inšpekcia, Ústredný inšpektorát Slovenskej obchodnej inšpekcie so sídlom v Bratislave, Prievozská 32, 827 99 Bratislava o preskúmanie zákonnosti rozhodnutia žalovaného č. SK/0832/99/2015 zo dňa 30.11.2016, takto r o z h o d o l : Krajský súd v Bratislave p o s t u p u j e vec Krajskému súdu v Banskej Bystrici. o d ô v o d n e n i e : 1. Žalobca sa žalobou zo dňa 06.01.2017, doručenou Krajskému súdu v Bratislave dňa 09.01.2017, domáha preskúmania a zrušenia rozhodnutia žalovanej č. SK/0832/99/2015 zo dňa 30.11.2016, ktorým potvrdila rozhodnutie Inšpektorátu Slovenskej obchodnej inšpekcie v Banskej Bystrici pre Banskobystrický kraj č. D/0231/06/15 zo dňa 27.10.2015 o uložení pokuty vo výške 300,- eur podľa § 15 ods. 2 písm. b) zákona č. 102/2014 Z.z. o ochrane spotrebiteľa pri predaji tovaru alebo poskytovaní služieb na základe zmluvy uzavretej na diaľku alebo zmluvy uzavretej mimo prevádzkových priestorov predávajúceho a o zmene a doplnení niektorých zákonov. 2. Podľa § 13 ods. 1 SSP, miestne príslušným je krajský súd, v ktorého obvode má sídlo orgán verejnej správy, ktorý rozhodol v prvom stupni, ak tento zákon neustanovuje inak. 3. Podľa § 18 ods. 2 SSP, ak správny súd zistí, že nie je vecne, miestne alebo kauzálne príslušný, postúpi vec uznesením príslušnému správnemu súdu. Nižší správny súd je postúpením veci vyšším správnym súdom viazaný. 4. Podľa § 97 SSP, ak tento zákon neustanovuje inak, správny súd kedykoľvek počas konania prihliada na to, či sú splnené podmienky, za ktorých môže správny súd konať a rozhodnúť (ďalej len "procesné podmienky"). 5. Príslušnosť správneho súdu na konanie a rozhodovanie v správnom súdnictve je upravená v § 13 SSP, pričom z dikcie ustanovenia § 13 ods. 1 vyplýva, že miestne príslušným je krajský súd, v ktorého obvode má sídlo orgán verejnej správy, ktorý rozhodol v prvom stupni, ak tento zákon neustanovuje inak. Žalobca správnou žalobou napáda rozhodnutie Slovenskej obchodnej inšpekcie, Ústredný inšpektorát Slovenskej obchodnej inšpekcie so sídlom v Bratislave č. SK/0832/99/2015 zo dňa 30.11.2016, ktorým potvrdil rozhodnutie Inšpektorátu Slovenskej obchodnej inšpekcie v Banskej Bystrici pre Banskobystrický kraj č. D/0231/06/15 zo dňa 27.10.2015 o uložení pokuty vo výške 300,- eur. Z uvedeného je zrejmé, že v prvom stupni rozhodoval Inšpektorát Slovenskej obchodnej inšpekcie so sídlom v Banskej Bystrici, preto je podľa § 13 ods. 1 SSP miestne príslušným v tejto veci Krajský súd v Banskej Bystrici. 6. V zmysle uvedeného Krajský súd v Bratislave nie je miestne príslušný pre toto konanie, preto podľa § 18 ods. 2 prvej vety SSP vec bude po právoplatnosti tohto uznesenia postúpená súdu vecne a miestne príslušnému na konanie, t.j. Krajskému súdu v Banskej Bystrici. Poučenie: Proti tomuto uzneseniu kasačná sťažnosť nie je prípustná (§ 439 ods. 2 písm. d/ SSP).</w:t>
      </w:r>
    </w:p>
    <w:p/>
    <w:p>
      <w:r>
        <w:t>Zdroj: KAUZIS.SK – https://www.kauzis.sk/judikatura/r/ECLI:SK:KSBA:2019:1017200027.2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