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2S/59/2017 z 15. 1. 2019</w:t>
      </w:r>
    </w:p>
    <w:p>
      <w:r>
        <w:t>Uznesenie Krajského súdu Bratislava z 15. januára 2019, sp. zn. 2S/59/2017, ECLI:SK:KSBA:2019:1017200433.2</w:t>
      </w:r>
    </w:p>
    <w:p>
      <w:r>
        <w:t>Súd: Krajský súd Bratislava</w:t>
      </w:r>
    </w:p>
    <w:p>
      <w:r>
        <w:t>Spisová značka: 2S/59/2017</w:t>
      </w:r>
    </w:p>
    <w:p>
      <w:r>
        <w:t>ECLI: ECLI:SK:KSBA:2019:1017200433.2</w:t>
      </w:r>
    </w:p>
    <w:p>
      <w:r>
        <w:t>Dátum vydania: 15. 1. 2019</w:t>
      </w:r>
    </w:p>
    <w:p>
      <w:r>
        <w:t>Forma: Uznesenie</w:t>
      </w:r>
    </w:p>
    <w:p>
      <w:pPr>
        <w:pStyle w:val="Heading2"/>
      </w:pPr>
      <w:r>
        <w:t>Text rozhodnutia</w:t>
      </w:r>
    </w:p>
    <w:p>
      <w:r>
        <w:t>Súd: Krajský súd Bratislava Spisová značka: 2S/59/2017 Identifikačné číslo súdneho spisu: 1017200433 Dátum vydania rozhodnutia: 16. 01. 2019 Meno a priezvisko sudcu, VSÚ: JUDr. Vlastimil Pavlikovský ECLI: ECLI:SK:KSBA:2019:1017200433.2 Uznesenie Krajský súd v Bratislave v právnej veci žalobcu: Trenčianska univerzita Alexandra Dubčeka, IČO: 31 118 259, Študentská 2, 911 50 Trenčín, zastúpený: MAPLE &amp; FISH s.r.o., advokátska kancelária, Dunajská 15/A, Bratislava, v mene ktorej koná JUDr. Viliam Karas, PhD., advokát a konateľ, proti žalovanému: 1/ Ministerstvo školstva, vedy, výskumu a športu Slovenskej republiky, Stromová 1, Bratislava, 2/ Výskumná agentúra, Sliačska 1523/1, Bratislava, v konaní o preskúmanie zákonnosti postupu a rozhodnutia žalovaného Správy o zistenej nezrovnalosti č. N21601923/O03 zo dňa 12.01.2017 v spojení so Žiadosťou o vrátenie finančných prostriedkov č. 26210120019/Z04, jednohlasne, takto r o z h o d o l : Krajský súd v Bratislave žalobu o d m i e t a .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I. 1. Žalobou doručenou Krajskému súdu v Bratislave dňa 22.03.2017 sa žalobca domáhal preskúmania zákonnosti postupu a rozhodnutia žalovaného 1 - Správy o zistenej nezrovnalosti č. N21601923/O03 zo dňa 12.01.2017 v spojení so Žiadosťou o vrátenie finančných prostriedkov č. 26210120019/Z04. 2. Žalobu dôvodil tým, že preskúmavané dokumenty - tak Správa o zistenej nezrovnalosti, ako i Žiadosť o vrátenie finančných prostriedkov - sú v rozpore s platnými právnymi predpismi Slovenskej republiky a Európskej únie. Všeobecnou správnou žalobou na súde sa domáha ochrany svojich práv v súlade s ustanovením čl. 46 Ústavy SR ako aj ustanovením § 6 ods. 2 písm. a) v spojení s § 177 a nasl. SSP. Žalobu odôvodnil podľa ustanovenia § 191 ods. 1 písm. c). d), e), f) a g) SSP, keďže správne rozhodnutie vychádzalo z nesprávneho právneho posúdenia veci, je nepreskúmateľné pre nezrozumiteľnosť alebo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došlo k podstatnému porušeniu ustanovení o konaní pred orgánom verejnej správy, ktoré mohlo mať za následok vydanie nezákonného rozhodnutia alebo opatrenia vo veci samej. Žalobca vyhlásil súťaž na predmet zákazky s názvom „Dobudovanie technickej infraštruktúry pre rozvoj vedy a výskumu na Trenčianskej univerzite Alexandra Dubčeka prostredníctvom hyperbarickej oxygenoterapie“ uverejnením oznámenia o vyhlásení metódy verejného obstarávania vo vestníku verejného obstarávania č. 240/2012 pod značkou 15051 - MST zo dňa 14.12.2012 a v Úradnom vestníku EÚ č. S 241/2012 pod značkou 396530 zo dňa 14.12.2012. Predmet zákazky bol financovaný z fondov EÚ, prostredníctvom Európskeho fondu regionálneho rozvoja. Operačný program Výskum a vývoj. Prioritná os 1 - Infraštruktúra výskumu a vývoja, opatrenia 1.1 Obnova a budovanie technickej infraštruktúry výskumu a vývoja. Výsledkom verejného obstarávania bolo uzatvorenie Zmluvy o dielo č. 3/2009/61 medzi žalobcom ako objednávateľom na jednej strane a úspešným uchádzačom, spoločnosťou TRANSKONTAKT spol. s.r.o. ako zhotoviteľom na strane druhej. Žalobca zaslal pred podpisom predmetnej zmluvy o dielo na kontrolu žalovanému 2 kompletnú dokumentáciou týkajúcu sa postupu predmetného verejného obstarávania. Žalovaný 2 následne uviedol vo svojom stanovisku, že postup predmetného verejného obstarávania bol v súlade so Zákonom č. 25/2006 Z. z. V súvislosti s finančnými prostriedkami poskytnutými Európskou úniou uviedol, že dňa 10.10.2012 žalobca ako prijímateľ a žalovaný 1 v zastúpení žalovaného 2 ako poskytovateľ uzatvorili zmluvu o nenávratnom finančnom príspevku, predmetom ktorej bola úprava zmluvných podmienok, práv a povinností medzi poskytovateľom a prijímateľom pri poskytnutí nenávratného finančného príspevku. Následne v dňoch od 29.01.2014 do 31.01.2014 žalovaný 2 vykonal u žalobcu kontrolu na mieste, ktorá sa týkala verejného obstarávania. Žalovaný 1 na základe kontroly konštatoval, že nezistil žiadne porušenia zákona č. 25/2006 Z. z. 3. V podanej žalobe ďalej žalobca poukázal v súvislosti so správou o zistenej nezrovnalosti na jej formálne nedostatky, posúdenie odôvodnenia správy o zistenej finančnej nezrovnalosti a žiadosti o vrátenie finančných prostriedkov a porušenie princípov „dobrej správy“. Popis nezrovnalosti v nej označil za nezrozumiteľný, samotná správu za protiústavnú z dôvodu vydania protichodných rozhodnutí žalovaného 2. V ďalšom odkazuje na absenciu požiadaviek finančného a ekonomického postavenia a technickej a odbornej starostlivosti stanovených žalobcovi v protokole o výsledku kontroly. Mal za to, že žalovaný 2 koná nielen v rozpore so všeobecne záväznými právnymi predpismi, ale taktiež aj v rozpore so všeobecne uznávanými požiadavkami na kvalitu postupov a činnosti verejnej správy, tzv. princíp dobrej správy. Vadou napadnutého rozhodnutia nie je podľa žalobcu náležite opísaný skutok, ktorý bol dôvodom pre vydanie rozhodnutia s uvedením dôkazov a ich hodnotením, ktoré boli pokladom pre vydanie rozhodnutia. 4. Vo vzťahu k napadnutej žiadosti o vrátenie finančných prostriedkov uviedol, že zo žiadosti o vrátenia finančných prostriedkov vyplýva, že žalobca by mal byť povinný vrátiť finančné prostriedky vo výške XX.XXX,XX Eur, pričom uvedená korekcia je neprimeraná vzhľadom na to, že nebolo preukázané žiadne porušenie zákona, ako ani príčinná súvislosť medzi postupom žalobcu v predmetnom verejnom obstarávaní a údajným porušením zákona č. 25/2006 Z. z. a je v spojení s ostanými korekciami pre žalobcu likvidačná. Podľa názoru žalobcu je zrejmé, že nedošlo k zvýhodňovaniu určitých záujemcov. Čerpanie fondov bolo regulérne a v súlade s predpismi Slovenskej republiky a Európskej únie. 5. V ďalšom žalobca argumentoval, že realizácia projektu je v súlade s európskymi ako i národnými predpismi. Správa o zistenej nezrovnalosti konštatuje nezrovnalosti, ktoré neboli preukázané a náležite opísané alebo odôvodnené. Obe napadnuté rozhodnutia sú v rozpore s platnými právnymi predpismi tak Európskej únie ako i Slovenskej republiky, nemajú oporu v práve, ani v zmluvných podmienkach dojednaných medzi žalobcom a žalovaným v prvom a druhom rade. 6. V závere konštatoval preskúmateľnosť ním napadnutých rozhodnutí z dôvodu, že napadnuté rozhodnutia sú správnymi aktmi správneho orgánu majúcimi povahu správneho rozhodnutia zasahujúceho do subjektívnych práv žalobcu, žalobca musí znášať náklady právneho zastúpenia v súvislosti s ochranou svojich práv v súvislosti s pokynutím nenávratného finančného príspevku a zároveň neexistujú iné právne prostriedky, prostredníctvom ktorých by sa žalobca mohol voči napadnutým rozhodnutiam brániť. II. 7. Vo vyjadrení k žalobe doručenom správnemu súdu dňa 27.04.2017 žalovaný 1. uviedol, že žalobu je potrebné v súlade s § 98 ods. 1 písm. g) SSP odmietnuť ako neprípustnú.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Mal za to, že preskúmanie napadnutých rozhodnutí prostredníctvom správneho súdnictva súdom nie je prípustné, a to podľa § 7 písm. e) SSP, ktorý ustanovuje, že správne súdy nepreskúmavajú rozhodnutia orgánov verejnej správy a opatrenia orgánov verejnej správy predbežnej, procesnej alebo poriadkovej povahy, ak nemohli mať za následok ujmu na subjektívnych právach účastníka konania.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1 ako riadiaci orgán nemôže len na základe Správy a Žiadosti a bez ďalšieho pristúpiť k vymáhaniu finančných prostriedkov. Z vyššie uvedeného vyplýva, že Správa spolu so Žiadosťou nie je konečným, záväzným a priamo vykonateľným vysporiadaním nezrovnalosti, žiadnym spôsobom nezasahujú priamo do práv a právom chránených záujmov a povinností žalobcu, ani sa ich priamo nedotýkajú, sú úkonmi predbežnej a procesnej povahy a po ich vydaní je nevyhnutne potrebné vykonať ďalšie úkony na konečné a záväzné doriešenie nezrovnalosti. Na základe vyššie uvedeného má za to, že žalobu je potrebné odmietnuť dôvodu je neprípustnosti podľa § 7 písm. e) SSP, ktorý stanovuje, že správne súdy nepreskúmavajú rozhodnutia orgánov verejnej správy a opatrenia orgánov verejnej správy predbežnej, procesnej alebo poriadkovej povahy, ak nemohli mať za následok ujmu na subjektívnych právach účastníka konania. Systém riadenia Štrukturálnych a kohézneho fondu verzia 4.1 - verzia 4.9 časť 4.2.3 bod 50 uvádza, že činnosťou Riadiaceho orgánu resp. Sprostredkovateľského orgánu pod Riadiacim orgánom nie dotknutá výlučná a konečná zodpovednosť prijímateľa ako verejného obstarávateľa, obstarávateľa alebo osoby podľa § 7 Zákona o VO za vykonanie verejného obstarávania pri dodržaní všeobecne záväzných právnych predpisov SR a EÚ, základných princípov verejného obstarávania a zmluvy o poskytnutí nenávratného finančného príspevku (ďalej len „NFP“). Skutočnosť, že žalovaný 2 skôr uskutočnenými kontrolami nezistil porušenie pravidiel a postupov verejného obstarávania, nevylučuje výlučnú a konečnú zodpovednosť žalobcu za vykonanie verejného obstarávania. Žalobca sa v Zmluve o poskytnutí NFP zaviazal, že strpí kontrolu/audit, a že v prípade, že poruší ustanovenia právnych predpisov SR alebo ES, a toto porušenie bude znamenať nezrovnalosť, vráti NFP alebo jeho časť. Správa, ako aj Žiadosť sú úkonmi predbežnej a procesnej povahy, nie sú konečným riešením nezrovnalosti, sú vylúčené zo súdneho prieskumu, pretože nemôžu mať za následok ujmu na subjektívnych právach žalobcu, ide o podkladové informácie, ktoré majú predbežnú povahu vzhľadom na ďalší postup riešenia nezrovnalosti. Podanie žaloby o preskúmanie zákonnosti v čase vypracovania a odoslania Správy a Žiadosti je predčasné, pretože ku dňu podania žaloby neexistuje konečné a právoplatné rozhodnutie o vrátení finančných prostriedkov, ktoré je spôsobilé zasiahnuť do subjektívnych práv žalobcu. Správou a ani Žiadosťou nie je žalobca zaviazaný s konečnou platnosťou k vráteniu finančných prostriedkov, Správa má len informatívny, oznamovací charakter a Žiadosť má len „dobrovoľný charakter výzvy“, obdobne ako výzva veriteľa dlžníkovi, žalobca sa môže sám rozhodnúť, či požadované finančné prostriedky vráti alebo nie. Správa ani Žiadosť nemajú priamy dopad na práva a právom chránené záujmy žalobcu, preto nie sú spôsobilé byť predmetom súdneho prieskumu v rámci správneho súdnictva. Žalobca nemusí závery v Správe akceptovať a žalovaný 1 ako riadiaci orgán si nemôže mocensky vynucovať uhradenie finančných prostriedkov len v zmysle Správy a Žiadosti. 8. Vo vyjadrení k žalobe doručenom Krajskému súdu v Bratislave dňa 12.04.2017 žalovaný 2 nesúhlasil s vyššie uvedenými tvrdeniami žalobcu, nakoľko v popise nezrovnalosti je jednoznačne definované, že vykonanou kontrolou nad dodržiavaním zákona o verejnom obstarávaní bolo z predloženej dokumentácie identifikované porušenie pravidiel a princípov verejného obstarávania. Žalovaný 2 taktiež jednoznačne definoval charakter uložených postihov tým, že uplatnil na výdavky z predmetného verejného obstarávania korekciu 25% na všetky výdavky deklarované Európskou komisiou v rámci overovaného verejného obstarávania, a teda určite jasne a zrozumiteľne definoval spôsob, akým došlo k výpočtu celkovej sumy, ktorú je žalobca povinný vrátiť. V Správach absentuje právne vynútiteľný, vykonateľný výrok o povinnosti vrátiť finančné prostriedky. Finančné vyčíslenie nezrovnalosti a popis stavu riešenia nezrovnalosti ešte samo o sebe nezakladá povinnosť vrátiť finančné prostriedky. Nakoľko porušenie pravidiel a princípov verejného obstarávania bolo identifikované na základe záverov uvedených v čiastkovej správe z vládneho auditu č. A694, K4029, Protokole Úradu pre verejné obstarávanie a taktiež na základe opätovnej administratívnej kontroly verejného obstarávania vykonanej žalovaným 2 v dňoch od 15.02.2016 do 13.05.2016 na základe ktorej bol vystavený kontrolný zoznam na identifikáciu porušenia zásad verejného obstarávania zo dňa 13.05.2016 a Záznam z administratívnej kontroly verejného obstarávania zo dňa 28.10.2016. Výška korekcie sa určuje v nadväznosti na zistené porušenie pravidiel a postupov verejného obstarávania, pričom v danom prípade za vyššie uvedené porušenie je stanovená výška korekcie 25% na všetky výdavky deklarované Európskej komisii, v rámci overovaného verejného obstarávania. Námietky žalobcu nepovažoval vo vzťahu ku kvalite postupov a činnosti verejnej správy a zásahu do princípu legitímneho očakávania za oprávnené. Žalobca si musel byť vedomý a uzavretím zmluvy o poskytnutí NFP prejavil vôľu správať sa a dodržiavať pravidlá uvedené v zmluve o poskytnutí NFP, medzi ktoré patrí aj povinnosť strpieť kontrolu/audit a v prípade, že poruší ustanovenia právnych predpisov SR alebo ES, a toto porušenie bude znamenať nezrovnalosť, vráti NFP alebo jeho časť. Správy neobsahujú, tak ako vo svojom vyjadrení uvádza žalobca, explicitné a autoritatívne stanovenie povinnosti vrátiť finančné prostriedky. V prípade, ak žalobca neuhradí sumu uvedenú v Žiadostiach o vrátenie finančných prostriedkov projektu 26250120027 nezakladá to jej vynútiteľnosť. Žalovaný 2 ako sprostredkovateľský orgán Žalobcu iba vyzval na dobrovoľné vrátenie poskytnutého finančného príspevku. Iba v prípade, ak by žalobca dobrovoľne nevrátil NFP na základe výzvy podľa § 27a ods. 1 Zákona o pomoci a podpore a Zmluvy o NFP, nasledovala by rozhodovacia činnosť v oblasti verejnej správy podľa § 27a ods. 3, resp. ods. 5 Zákona o pomoci a podpore. Vystavením a predložením Správ spolu so Žiadosťami nedošlo k uloženiu sankčnej povinnosti pre Žalobcu, nakoľko povinnosť vrátiť poskytnutý NFP alebo jeho časť, v prípade zistených nezrovnalostí, vyplýva priamo zo Zmluvy o poskytnutí NFP. Vystavením a predložením Správ a Žiadostí žalovaný 2 postupoval v súlade so všeobecne záväznými právnymi predpismi SR a Zmluvou o poskytnutí NFP, ktorým si Žalovaný 2 uplatňoval zodpovednosť za porušenie zmluvných povinností prijímateľa - žalobcu. Žalovaný 2 zároveň v danej súvislosti dodal, že nie je oprávnený rozhodovať v správnom konaní podľa § 27a Zákona o pomoci a podpore, čo preukazuje aj Splnomocnenie Výskumnej agentúry ako sprostredkovateľského orgánu pod riadiacim orgánom na plnenie úloh Ministerstvo školstva, vedy, výskumu a športu Slovenskej republiky ako riadiaceho orgánu pre Operačný program Výskum a vývoj v znení jeho dodatkov. III. 9. Krajský súd v Bratislave ako správny súd vecne a miestne príslušný na konanie vo veci (§ 10, § 11 ods. 1 SSP), primárne riešil otázku prípustnosti súdneho preskúmania žalobou napadnutej Správy o zistenej nezrovnalosti a Žiadosti o vrátenie finančných prostriedkov.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177 ods. 1 SSP, správnou žalobou sa žalobca môže domáhať ochrany svojich subjektívnych práv proti rozhodnutiu orgánu verejnej správy alebo opatreniu orgánu verejnej správy.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 46a) § 248 písm. d) O.s.p. 19. Podľa § 27a ods. 1 zákona č. 528/2008 Z. z., ak riadiaci orgán zistí porušenie pravidiel a postupov verejného obstarávania, môže vyzvať prijímateľa na vrátenie poskytnutého príspevku alebo jeho časti na predmet zákazky. IV. 20. Krajský súd v Bratislave z obsahu administratívneho spisu zistil, že dňa 10.10.2012 došlo k uzatvoreniu Zmluvy o poskytnutí nenávratného finančného príspevku, medzi žalobcom a žalovaným 1 ako poskytovateľom v zastúpení žalovaným 2 č. 017/2012/1.1/OPVaV.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21. Žalobca vyhlásil verejnú súťaž na predmet zákazky „Dobudovanie technickej infraštruktúry pre rozvoj vedy a výskumu na Trenčianskej univerzite Alexandra Dubčeka prostredníctvom hyperbarickej oxygenoterapie“ uverejnením oznámenia o vyhlásení verejného obstarávania vo Vestníku verejného obstarávania č. 240/2012 zo dňa 14.12.2012 pod značkou 15051-MST. Na základe výsledkov verejného obstarávania uzatvoril žalobca kúpnu zmluvu dňa 01.06.2010 s víťazným uchádzačom spoločnosťou TRANSKONTAKT spol. s.r.o. 22. Úrad pre verejné obstarávanie (ďalej len „UVO“) vykonal kontrolu verejného obstarávania na predmet zákazky, ktorý bol predmetom Zmluvy o NFP a zistil nezrovnalosti v predmetnom verejnom obstarávaní, ktoré konštatoval v Protokole o výsledku kontroly dodržiavania zákona o verejnom obstarávaní č. 2469-7000/2016-OK/4 zo dňa 13.5.2016 a v Zápisnici o prerokovaní protokolu č. 2469-7000/2016-OK/8 zo dňa 20.5.2016. ÚVO potvrdilo v Protokole ÚVO porušenia zákona o verejnom obstarávaní. Na základe Protokolu ÚVO a v súlade so Zmluvou o NFP vykonal žalovaný 2 opätovnú administratívnu kontrolu predmetného verejného obstarávania, na základe ktorej vystavil Kontrolný zoznam na identifikáciu porušenia zásad verejného obstarávania zo dňa 26.10.2016 a Záznam z administratívnej kontroly verejného obstarávania zo dňa 28.10.2016, v ktorých sú uvedené zistené nezrovnalosti. 23. Na základe predmetnej Opätovnej administratívnej kontroly verejného obstarávania a Protokolu ÚVO vystavil žalovaný 2 list pre žalobcu, ktorého prílohou bola Správa a Žiadosť. Zo spisu mal súd za preukázané, že dňa 23.01.2017 bola žalobcovi doručená Správa a žiadosť o vrátenie finančných prostriedkov, obe zo dňa 12.01.2017, na základe ktorých žalovaný 2/ žiada od žalobcu vrátenie 47.736,76 eura. 24. Predmetom preskúmania v predmetnej veci v zmysle žaloby je Správa o zistenej nezrovnalosti č. N21601923/O03 zo dňa 12.01.2017 a Žiadosť o vrátenie finančných prostriedkov č. 26210120019/Z04. 25.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Konajúci súd v súlade s právnym názorom Najvyššieho súdu Slovenskej republiky vysloveným v rozhodnutiach sp. zn. 5Sžf/26/2012 zo dňa 29.11.2012, 4Sžf/56/2015 zo dňa 08.06.2016, 10Sžo/90/2016 zo dňa 25.10.2017, 6Sžs/22/2017 zo dňa 27.09.2017, 8Sžk/21/2017 zo dňa 22.11.2018 a 8Sžk/9/2017 zo dňa 22.11.2018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28.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29.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2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30.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31.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32.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33. O náhrade trov konania súd rozhodol podľa § 170 písm. a) SSP tak, že žiaden z účastníkov konania nemá právo na náhradu trov konania, nakoľko žaloba bola odmietnutá. 34.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35.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https://www.kauzis.sk/judikatura/r/ECLI:SK:KSBA:2019:1017200433.2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