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1S/92/2017 z 3. 1. 2019</w:t>
      </w:r>
    </w:p>
    <w:p>
      <w:r>
        <w:t>Uznesenie Krajského súdu Bratislava z 3. januára 2019, sp. zn. 1S/92/2017, ECLI:SK:KSBA:2019:1017200684.2</w:t>
      </w:r>
    </w:p>
    <w:p>
      <w:r>
        <w:t>Súd: Krajský súd Bratislava</w:t>
      </w:r>
    </w:p>
    <w:p>
      <w:r>
        <w:t>Spisová značka: 1S/92/2017</w:t>
      </w:r>
    </w:p>
    <w:p>
      <w:r>
        <w:t>ECLI: ECLI:SK:KSBA:2019:1017200684.2</w:t>
      </w:r>
    </w:p>
    <w:p>
      <w:r>
        <w:t>Dátum vydania: 3. 1. 2019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1S/92/2017 Identifikačné číslo súdneho spisu: 1017200684 Dátum vydania rozhodnutia: 04. 01. 2019 Meno a priezvisko sudcu, VSÚ: JUDr. Renáta Janáková ECLI: ECLI:SK:KSBA:2019:1017200684.2 Uznesenie Krajský súd v Bratislave v právnej veci žalobcu: Slovak Telekom, a.s., so sídlom ul. Bajkalská 28, 817 62 Bratislava, IČO: 35 763 469, zastúpeného: JUDr. Petrom Škerlíkom, advokátom, ul. J. Ťatliaka 2051/8, 026 01 Dolný Kubín, proti žalovanému: Ministerstvo dopravy a výstavby Slovenskej republiky, Námestie slobody 6, P.O.Box 100, 810 05 Bratislava 15 o preskúmanie zákonnosti rozhodnutia žalovaného č. 15116/2015/B625-SV/32709/Pek zo dňa 29.06.2015 a o oprave zrejmej nesprávnosti rozsudku Krajského súdu v Bratislave č. k. 1S/92/2017-82 zo dňa 28.06.2018, takto r o z h o d o l : Rozsudok Krajského súdu v Bratislave č. k. 1S/92/2017-82 zo dňa 28.06.2018 sa opravuje nasledovne: 1) výrok o trovách konania správne znie: „Žalovanému súd právo voči žalobcovi na náhradu trov konania nepriznáva.“ 2) odôvodnenie rozsudku bod 79. správne znie: „O náhrade trov konania súd rozhodol podľa § 168 SSP a v konaní úspešnému žalovanému právo na ich náhradu nepriznal, ktorý podľa ustálenej judikatúry nemá v takomto prípade právo na náhradu trov konania.“ o d ô v o d n e n i e : 1. Krajský súd v Bratislave na pojednávaní konanom dňa 28.06.2018 vyhlásil rozsudok, tak, ako je uvedené v zápisnici o pojednávaní, v znení: „Krajský súd v Bratislave žalobu zamieta. Žalovanému súd právo na náhradu trov konania nepriznáva.“ 2. V písomnom vyhotovení rozsudku č.k. 1S/92/2017-82 zo dňa 28.06.2018: 1) výrok o trovách konania je v znení: „Žalobcovi súd voči žalovanému právo na náhradu trov konania nepriznáva.“ sa nezhoduje so znením výroku rozsudku obsiahnutým v zápisnici o pojednávaní zo dňa 28.06.2018, 2) bod 79 odôvodnenia rozsudku týkajúci sa trov konania uvádzal odôvodnenie trov konania vo vzťahu k žalobcovi a nie k žalovanému. 3. Podľa § 143 Správneho súdneho poriadku (ďalej len SSP), správny súd kedykoľvek aj bez návrhu opraví v rozsudku chyby v písaní a počítaní, ako aj iné zrejmé nesprávnosti. O oprave vydá opravné uznesenie, ktoré doručí osobám uvedeným v § 142 ods. 1. 4. Podľa § 147 ods. 2 SSP, ak nie je ďalej ustanovené inak, použijú sa na uznesenie primerane ustanovenia o rozsudku vrátane ustanovenia § 139 ods. 4 a § 141. 5. Vzhľadom na skutočnosť, že pri písomnom vyhotovení rozsudku došlo k iným zrejmým nesprávnostiam a to, že vo výroku rozsudku o trovách konania bol nesprávne uvedený žalobca namiesto žalovaného, čo vyplýva i zo zápisnice o pojednávaní zo dňa 28.06.2018, čomu nesprávne korešpondovalo i odôvodnenie rozsudku v bode 79. 6. S poukazom na uvedené súd v zmysle § 143 SSP uvedenú chybu opravil tak, ako je uvedené vo výroku tohto rozhodnutia. Poučenie: Proti tomuto uzneseniu možno podať kasačnú sťažnosť v lehote jedného mesiaca od jeho doručenia, na Krajský súd v Bratislave. Ak bolo vydané opravné uznesenie, lehota plynie znovu od doručenia opravného uznesenia len v rozsahu vykonanej opravy. V kasačnej sťažnosti sa má popri všeobecných náležitostiach (§ 57 S.s.p.) uviesť označenie napadnutého rozhodnutia, údaj, kedy bolo napadnuté rozhodnutie doručené sťažovateľovi, opísanie rozhodujúcich skutočností, aby bolo zrejmé, v akom rozsahu a z akých dôvodov podľa § 440 S.s.p. sa podáva (sťažnostné body) a návrh výroku rozhodnutia (sťažnostný návrh). Sťažnostné body možno meniť len do uplynutia lehoty na podanie kasačnej sťažnosti.</w:t>
      </w:r>
    </w:p>
    <w:p/>
    <w:p>
      <w:r>
        <w:t>Zdroj: KAUZIS.SK – https://www.kauzis.sk/judikatura/r/ECLI:SK:KSBA:2019:1017200684.2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