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5S/83/2017 z 9. 1. 2019</w:t>
      </w:r>
    </w:p>
    <w:p>
      <w:r>
        <w:t>Uznesenie Krajského súdu Bratislava z 9. januára 2019, sp. zn. 5S/83/2017, ECLI:SK:KSBA:2019:1017200724.2</w:t>
      </w:r>
    </w:p>
    <w:p>
      <w:r>
        <w:t>Súd: Krajský súd Bratislava</w:t>
      </w:r>
    </w:p>
    <w:p>
      <w:r>
        <w:t>Spisová značka: 5S/83/2017</w:t>
      </w:r>
    </w:p>
    <w:p>
      <w:r>
        <w:t>ECLI: ECLI:SK:KSBA:2019:1017200724.2</w:t>
      </w:r>
    </w:p>
    <w:p>
      <w:r>
        <w:t>Dátum vydania: 9. 1. 2019</w:t>
      </w:r>
    </w:p>
    <w:p>
      <w:r>
        <w:t>Forma: Uznesenie</w:t>
      </w:r>
    </w:p>
    <w:p>
      <w:pPr>
        <w:pStyle w:val="Heading2"/>
      </w:pPr>
      <w:r>
        <w:t>Text rozhodnutia</w:t>
      </w:r>
    </w:p>
    <w:p>
      <w:r>
        <w:t>Súd: Krajský súd Bratislava Spisová značka: 5S/83/2017 Identifikačné číslo súdneho spisu: 1017200724 Dátum vydania rozhodnutia: 10. 01. 2019 Meno a priezvisko sudcu, VSÚ: Mgr. Radim Hudec ECLI: ECLI:SK:KSBA:2019:1017200724.2 Uznesenie Krajský súd v Bratislave v právnej veci žalobcu: NAVAL spol. s r. o., Čermeľská cesta 1, 040 01 Košice, IČO: 36 778 214, proti žalovanému: Národný inšpektorát práce, Masarykova 10, 041 01 Košice, IČO: 00166405, o preskúmanie zákonnosti rozhodnutia žalovaného č. OPS/BEZ/2017/2722, O-42/2017 zo dňa 23.02.2017, takto r o z h o d o l : Správny súd konanie z a s t a v u j e. Žiaden z účastníkov nemá právo na náhradu trov konania. o d ô v o d n e n i e : 1. Žalobou doručenou tunajšiemu súdu dňa 10.05.2017 sa žalobca domáha preskúmania zákonnosti rozhodnutia žalovaného č. OPS/BEZ/2017/2722, O-42/2017 zo dňa 23.02.2017, ktorým žalovaný zamietol odvolanie žalobcu podľa ust. § 59 ods. 2 zákona č. 71/1967 Zb. o správnom konaní a rozhodnutie prvostupňového orgánu potvrdil. Prvostupňovým rozhodnutím sp. zn. 2016/239, 2016/18796 zo dňa 16.12.2016 Inšpektorát práce Bratislava uložil žalobcovi za spáchanie viacerých správnych deliktov pokutu vo výške XXX,- EUR. 2. Keďže žalobca spolu s podaním žaloby nezaplatil súdny poplatok za žalobu v sume 70,- eur, správny súd ho pod následkom zastavenia konania vyzval na zaplatenie súdneho poplatku za podanie žaloby v lehote 10 dní od doručenia, výzvou č. k. 5S/83/2017-22 zo dňa 23.05.2017. Výzva na zaplatenie súdneho poplatku bola doručovaná právnemu zástupcovi žalobcu poštou a dňa 26.07.2017 sa súdu vrátila ako neprevzatá v odbernej lehote. Súd výzvu na zaplatenie súdneho poplatku za žalobu opätovne doručoval právnemu zástupcovi žalobcu dňa 29.06.2017 a právny zástupca žalobcu výzvu prevzal dňa 21.08.2017. 3. Správny súd konštatuje, že lehota na zaplatenie súdneho poplatku za žalobu žalobcovi uplynula dňom 31.08.2017.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súlade s ust.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https://www.kauzis.sk/judikatura/r/ECLI:SK:KSBA:2019:1017200724.2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